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E4EEF" w:rsidRDefault="009E4EEF">
      <w:pPr>
        <w:rPr>
          <w:b/>
          <w:sz w:val="24"/>
          <w:szCs w:val="24"/>
        </w:rPr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column">
                  <wp:posOffset>19050</wp:posOffset>
                </wp:positionH>
                <wp:positionV relativeFrom="paragraph">
                  <wp:posOffset>2933700</wp:posOffset>
                </wp:positionV>
                <wp:extent cx="6029325" cy="6067425"/>
                <wp:effectExtent l="0" t="0" r="0" b="0"/>
                <wp:wrapNone/>
                <wp:docPr id="3" name="Caixa de Text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29325" cy="60674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9E4EEF" w:rsidRPr="009E4EEF" w:rsidRDefault="009E4EEF" w:rsidP="009E4EEF">
                            <w:pPr>
                              <w:spacing w:after="0" w:line="360" w:lineRule="auto"/>
                              <w:jc w:val="center"/>
                              <w:rPr>
                                <w:rFonts w:cs="Times New Roman"/>
                                <w:b/>
                                <w:color w:val="FFFFFF" w:themeColor="background1"/>
                                <w:sz w:val="72"/>
                                <w:szCs w:val="72"/>
                              </w:rPr>
                            </w:pPr>
                            <w:bookmarkStart w:id="0" w:name="_GoBack"/>
                            <w:r w:rsidRPr="009E4EEF">
                              <w:rPr>
                                <w:rFonts w:cs="Times New Roman"/>
                                <w:b/>
                                <w:color w:val="FFFFFF" w:themeColor="background1"/>
                                <w:sz w:val="72"/>
                                <w:szCs w:val="72"/>
                              </w:rPr>
                              <w:t>MANUAL</w:t>
                            </w:r>
                            <w:bookmarkEnd w:id="0"/>
                            <w:r w:rsidRPr="009E4EEF">
                              <w:rPr>
                                <w:rFonts w:cs="Times New Roman"/>
                                <w:b/>
                                <w:color w:val="FFFFFF" w:themeColor="background1"/>
                                <w:sz w:val="72"/>
                                <w:szCs w:val="72"/>
                              </w:rPr>
                              <w:t xml:space="preserve"> D</w:t>
                            </w:r>
                            <w:r w:rsidR="006A5674">
                              <w:rPr>
                                <w:rFonts w:cs="Times New Roman"/>
                                <w:b/>
                                <w:color w:val="FFFFFF" w:themeColor="background1"/>
                                <w:sz w:val="72"/>
                                <w:szCs w:val="72"/>
                              </w:rPr>
                              <w:t>E ORIENTAÇÕES PARA O REGIME ESPECIAL DE ESTUDOS</w:t>
                            </w:r>
                            <w:r w:rsidRPr="009E4EEF">
                              <w:rPr>
                                <w:rFonts w:cs="Times New Roman"/>
                                <w:b/>
                                <w:color w:val="FFFFFF" w:themeColor="background1"/>
                                <w:sz w:val="72"/>
                                <w:szCs w:val="72"/>
                              </w:rPr>
                              <w:t xml:space="preserve"> </w:t>
                            </w:r>
                          </w:p>
                          <w:p w:rsidR="009E4EEF" w:rsidRDefault="009E4EEF" w:rsidP="009E4EEF">
                            <w:pPr>
                              <w:spacing w:after="0" w:line="360" w:lineRule="auto"/>
                              <w:rPr>
                                <w:rFonts w:ascii="Times New Roman" w:hAnsi="Times New Roman" w:cs="Times New Roman"/>
                                <w:b/>
                                <w:color w:val="FFFFFF" w:themeColor="background1"/>
                                <w:sz w:val="72"/>
                                <w:szCs w:val="72"/>
                              </w:rPr>
                            </w:pPr>
                          </w:p>
                          <w:p w:rsidR="009E4EEF" w:rsidRDefault="009E4EEF" w:rsidP="009E4EEF">
                            <w:pPr>
                              <w:spacing w:after="0" w:line="36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FFFFFF" w:themeColor="background1"/>
                                <w:sz w:val="72"/>
                                <w:szCs w:val="72"/>
                              </w:rPr>
                            </w:pPr>
                          </w:p>
                          <w:p w:rsidR="009E4EEF" w:rsidRPr="009E4EEF" w:rsidRDefault="009E4EEF" w:rsidP="009E4EEF">
                            <w:pPr>
                              <w:spacing w:after="0"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FFFFFF" w:themeColor="background1"/>
                                <w:sz w:val="72"/>
                                <w:szCs w:val="72"/>
                              </w:rPr>
                            </w:pPr>
                            <w:r w:rsidRPr="009E4EEF">
                              <w:rPr>
                                <w:rFonts w:ascii="Times New Roman" w:hAnsi="Times New Roman" w:cs="Times New Roman"/>
                                <w:b/>
                                <w:color w:val="FFFFFF" w:themeColor="background1"/>
                                <w:sz w:val="72"/>
                                <w:szCs w:val="72"/>
                              </w:rPr>
                              <w:t>2026</w:t>
                            </w:r>
                          </w:p>
                          <w:p w:rsidR="009E4EEF" w:rsidRDefault="009E4EEF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ixa de Texto 3" o:spid="_x0000_s1026" type="#_x0000_t202" style="position:absolute;margin-left:1.5pt;margin-top:231pt;width:474.75pt;height:477.75pt;z-index:-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" filled="f" stroked="f" strokeweight=".5pt">
                <v:textbox>
                  <w:txbxContent>
                    <w:p w:rsidR="009E4EEF" w:rsidRPr="009E4EEF" w:rsidRDefault="009E4EEF" w:rsidP="009E4EEF">
                      <w:pPr>
                        <w:spacing w:after="0" w:line="360" w:lineRule="auto"/>
                        <w:jc w:val="center"/>
                        <w:rPr>
                          <w:rFonts w:cs="Times New Roman"/>
                          <w:b/>
                          <w:color w:val="FFFFFF" w:themeColor="background1"/>
                          <w:sz w:val="72"/>
                          <w:szCs w:val="72"/>
                        </w:rPr>
                      </w:pPr>
                      <w:bookmarkStart w:id="1" w:name="_GoBack"/>
                      <w:r w:rsidRPr="009E4EEF">
                        <w:rPr>
                          <w:rFonts w:cs="Times New Roman"/>
                          <w:b/>
                          <w:color w:val="FFFFFF" w:themeColor="background1"/>
                          <w:sz w:val="72"/>
                          <w:szCs w:val="72"/>
                        </w:rPr>
                        <w:t>MANUAL</w:t>
                      </w:r>
                      <w:bookmarkEnd w:id="1"/>
                      <w:r w:rsidRPr="009E4EEF">
                        <w:rPr>
                          <w:rFonts w:cs="Times New Roman"/>
                          <w:b/>
                          <w:color w:val="FFFFFF" w:themeColor="background1"/>
                          <w:sz w:val="72"/>
                          <w:szCs w:val="72"/>
                        </w:rPr>
                        <w:t xml:space="preserve"> D</w:t>
                      </w:r>
                      <w:r w:rsidR="006A5674">
                        <w:rPr>
                          <w:rFonts w:cs="Times New Roman"/>
                          <w:b/>
                          <w:color w:val="FFFFFF" w:themeColor="background1"/>
                          <w:sz w:val="72"/>
                          <w:szCs w:val="72"/>
                        </w:rPr>
                        <w:t>E ORIENTAÇÕES PARA O REGIME ESPECIAL DE ESTUDOS</w:t>
                      </w:r>
                      <w:r w:rsidRPr="009E4EEF">
                        <w:rPr>
                          <w:rFonts w:cs="Times New Roman"/>
                          <w:b/>
                          <w:color w:val="FFFFFF" w:themeColor="background1"/>
                          <w:sz w:val="72"/>
                          <w:szCs w:val="72"/>
                        </w:rPr>
                        <w:t xml:space="preserve"> </w:t>
                      </w:r>
                    </w:p>
                    <w:p w:rsidR="009E4EEF" w:rsidRDefault="009E4EEF" w:rsidP="009E4EEF">
                      <w:pPr>
                        <w:spacing w:after="0" w:line="360" w:lineRule="auto"/>
                        <w:rPr>
                          <w:rFonts w:ascii="Times New Roman" w:hAnsi="Times New Roman" w:cs="Times New Roman"/>
                          <w:b/>
                          <w:color w:val="FFFFFF" w:themeColor="background1"/>
                          <w:sz w:val="72"/>
                          <w:szCs w:val="72"/>
                        </w:rPr>
                      </w:pPr>
                    </w:p>
                    <w:p w:rsidR="009E4EEF" w:rsidRDefault="009E4EEF" w:rsidP="009E4EEF">
                      <w:pPr>
                        <w:spacing w:after="0" w:line="360" w:lineRule="auto"/>
                        <w:jc w:val="center"/>
                        <w:rPr>
                          <w:rFonts w:ascii="Times New Roman" w:hAnsi="Times New Roman" w:cs="Times New Roman"/>
                          <w:b/>
                          <w:color w:val="FFFFFF" w:themeColor="background1"/>
                          <w:sz w:val="72"/>
                          <w:szCs w:val="72"/>
                        </w:rPr>
                      </w:pPr>
                    </w:p>
                    <w:p w:rsidR="009E4EEF" w:rsidRPr="009E4EEF" w:rsidRDefault="009E4EEF" w:rsidP="009E4EEF">
                      <w:pPr>
                        <w:spacing w:after="0" w:line="360" w:lineRule="auto"/>
                        <w:jc w:val="center"/>
                        <w:rPr>
                          <w:rFonts w:ascii="Times New Roman" w:hAnsi="Times New Roman" w:cs="Times New Roman"/>
                          <w:color w:val="FFFFFF" w:themeColor="background1"/>
                          <w:sz w:val="72"/>
                          <w:szCs w:val="72"/>
                        </w:rPr>
                      </w:pPr>
                      <w:r w:rsidRPr="009E4EEF">
                        <w:rPr>
                          <w:rFonts w:ascii="Times New Roman" w:hAnsi="Times New Roman" w:cs="Times New Roman"/>
                          <w:b/>
                          <w:color w:val="FFFFFF" w:themeColor="background1"/>
                          <w:sz w:val="72"/>
                          <w:szCs w:val="72"/>
                        </w:rPr>
                        <w:t>2026</w:t>
                      </w:r>
                    </w:p>
                    <w:p w:rsidR="009E4EEF" w:rsidRDefault="009E4EEF"/>
                  </w:txbxContent>
                </v:textbox>
              </v:shape>
            </w:pict>
          </mc:Fallback>
        </mc:AlternateContent>
      </w:r>
      <w:r>
        <w:rPr>
          <w:noProof/>
          <w:lang w:val="pt-BR" w:eastAsia="pt-BR"/>
        </w:rPr>
        <w:drawing>
          <wp:anchor distT="0" distB="0" distL="114300" distR="114300" simplePos="0" relativeHeight="251658240" behindDoc="1" locked="0" layoutInCell="1" hidden="0" allowOverlap="1" wp14:anchorId="781B0F38" wp14:editId="4123D825">
            <wp:simplePos x="0" y="0"/>
            <wp:positionH relativeFrom="column">
              <wp:posOffset>-1123950</wp:posOffset>
            </wp:positionH>
            <wp:positionV relativeFrom="paragraph">
              <wp:posOffset>-895350</wp:posOffset>
            </wp:positionV>
            <wp:extent cx="8006715" cy="10668000"/>
            <wp:effectExtent l="0" t="0" r="0" b="0"/>
            <wp:wrapNone/>
            <wp:docPr id="1" name="image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006715" cy="106680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>
        <w:rPr>
          <w:b/>
          <w:sz w:val="24"/>
          <w:szCs w:val="24"/>
        </w:rPr>
        <w:br w:type="page"/>
      </w:r>
    </w:p>
    <w:p w:rsidR="009E4EEF" w:rsidRDefault="009E4EEF" w:rsidP="009E4EEF">
      <w:pPr>
        <w:widowControl w:val="0"/>
        <w:suppressAutoHyphens/>
        <w:jc w:val="center"/>
        <w:rPr>
          <w:b/>
          <w:sz w:val="24"/>
          <w:szCs w:val="24"/>
        </w:rPr>
      </w:pPr>
    </w:p>
    <w:p w:rsidR="009E4EEF" w:rsidRPr="00594AA6" w:rsidRDefault="009E4EEF" w:rsidP="009E4EEF">
      <w:pPr>
        <w:widowControl w:val="0"/>
        <w:tabs>
          <w:tab w:val="left" w:pos="5175"/>
        </w:tabs>
        <w:suppressAutoHyphens/>
        <w:jc w:val="center"/>
        <w:rPr>
          <w:color w:val="000000"/>
          <w:spacing w:val="10"/>
          <w:sz w:val="32"/>
          <w:szCs w:val="32"/>
        </w:rPr>
      </w:pPr>
      <w:r w:rsidRPr="00594AA6">
        <w:rPr>
          <w:color w:val="000000"/>
          <w:spacing w:val="10"/>
          <w:sz w:val="32"/>
          <w:szCs w:val="32"/>
        </w:rPr>
        <w:t>MANTENEDORA</w:t>
      </w:r>
    </w:p>
    <w:p w:rsidR="009E4EEF" w:rsidRPr="00594AA6" w:rsidRDefault="009E4EEF" w:rsidP="009E4EEF">
      <w:pPr>
        <w:widowControl w:val="0"/>
        <w:suppressAutoHyphens/>
        <w:spacing w:line="240" w:lineRule="auto"/>
        <w:jc w:val="center"/>
        <w:rPr>
          <w:color w:val="000000"/>
          <w:spacing w:val="10"/>
          <w:sz w:val="32"/>
          <w:szCs w:val="32"/>
        </w:rPr>
      </w:pPr>
      <w:r w:rsidRPr="00594AA6">
        <w:rPr>
          <w:color w:val="000000"/>
          <w:spacing w:val="10"/>
          <w:sz w:val="32"/>
          <w:szCs w:val="32"/>
        </w:rPr>
        <w:t>FUNDAÇÃO EDUCACIONAL LUCAS MACHADO</w:t>
      </w:r>
    </w:p>
    <w:p w:rsidR="009E4EEF" w:rsidRPr="00594AA6" w:rsidRDefault="009E4EEF" w:rsidP="009E4EEF">
      <w:pPr>
        <w:spacing w:line="240" w:lineRule="auto"/>
        <w:jc w:val="center"/>
        <w:rPr>
          <w:rFonts w:eastAsia="Arial"/>
          <w:color w:val="191919"/>
        </w:rPr>
      </w:pPr>
    </w:p>
    <w:p w:rsidR="009E4EEF" w:rsidRPr="00594AA6" w:rsidRDefault="009E4EEF" w:rsidP="009E4EEF">
      <w:pPr>
        <w:widowControl w:val="0"/>
        <w:suppressAutoHyphens/>
        <w:spacing w:line="240" w:lineRule="auto"/>
        <w:jc w:val="center"/>
        <w:rPr>
          <w:color w:val="000000"/>
          <w:spacing w:val="10"/>
          <w:sz w:val="32"/>
          <w:szCs w:val="32"/>
        </w:rPr>
      </w:pPr>
    </w:p>
    <w:p w:rsidR="009E4EEF" w:rsidRPr="00594AA6" w:rsidRDefault="009E4EEF" w:rsidP="009E4EEF">
      <w:pPr>
        <w:spacing w:line="240" w:lineRule="auto"/>
        <w:jc w:val="center"/>
        <w:rPr>
          <w:color w:val="000000"/>
          <w:spacing w:val="10"/>
          <w:sz w:val="32"/>
          <w:szCs w:val="32"/>
        </w:rPr>
      </w:pPr>
      <w:r w:rsidRPr="00594AA6">
        <w:rPr>
          <w:color w:val="000000"/>
          <w:spacing w:val="10"/>
          <w:sz w:val="32"/>
          <w:szCs w:val="32"/>
        </w:rPr>
        <w:t>CONSELHO DIRETOR FELUMA</w:t>
      </w:r>
    </w:p>
    <w:p w:rsidR="009E4EEF" w:rsidRPr="00594AA6" w:rsidRDefault="009E4EEF" w:rsidP="009E4EEF">
      <w:pPr>
        <w:spacing w:line="0" w:lineRule="atLeast"/>
        <w:jc w:val="center"/>
        <w:rPr>
          <w:color w:val="A39161"/>
        </w:rPr>
      </w:pPr>
    </w:p>
    <w:p w:rsidR="009E4EEF" w:rsidRPr="00594AA6" w:rsidRDefault="009E4EEF" w:rsidP="009E4EEF">
      <w:pPr>
        <w:spacing w:line="240" w:lineRule="auto"/>
        <w:jc w:val="center"/>
        <w:rPr>
          <w:color w:val="A39161"/>
        </w:rPr>
      </w:pPr>
      <w:r w:rsidRPr="00594AA6">
        <w:rPr>
          <w:color w:val="A39161"/>
        </w:rPr>
        <w:t>Dr. Wagner Eduardo Ferreira</w:t>
      </w:r>
    </w:p>
    <w:p w:rsidR="009E4EEF" w:rsidRPr="00594AA6" w:rsidRDefault="007F0052" w:rsidP="009E4EEF">
      <w:pPr>
        <w:spacing w:line="240" w:lineRule="auto"/>
        <w:jc w:val="center"/>
        <w:rPr>
          <w:color w:val="000000"/>
          <w:spacing w:val="7"/>
          <w:sz w:val="20"/>
          <w:szCs w:val="20"/>
        </w:rPr>
      </w:pPr>
      <w:r w:rsidRPr="00594AA6">
        <w:rPr>
          <w:color w:val="000000"/>
          <w:spacing w:val="7"/>
          <w:sz w:val="20"/>
          <w:szCs w:val="20"/>
        </w:rPr>
        <w:t>P</w:t>
      </w:r>
      <w:r>
        <w:rPr>
          <w:color w:val="000000"/>
          <w:spacing w:val="7"/>
          <w:sz w:val="20"/>
          <w:szCs w:val="20"/>
        </w:rPr>
        <w:t>res</w:t>
      </w:r>
      <w:r w:rsidRPr="00594AA6">
        <w:rPr>
          <w:color w:val="000000"/>
          <w:spacing w:val="7"/>
          <w:sz w:val="20"/>
          <w:szCs w:val="20"/>
        </w:rPr>
        <w:t>ident</w:t>
      </w:r>
      <w:r>
        <w:rPr>
          <w:color w:val="000000"/>
          <w:spacing w:val="7"/>
          <w:sz w:val="20"/>
          <w:szCs w:val="20"/>
        </w:rPr>
        <w:t>e</w:t>
      </w:r>
    </w:p>
    <w:p w:rsidR="009E4EEF" w:rsidRPr="00594AA6" w:rsidRDefault="009E4EEF" w:rsidP="009E4EEF">
      <w:pPr>
        <w:spacing w:line="0" w:lineRule="atLeast"/>
        <w:jc w:val="center"/>
        <w:rPr>
          <w:color w:val="A39161"/>
        </w:rPr>
      </w:pPr>
    </w:p>
    <w:p w:rsidR="009E4EEF" w:rsidRPr="00594AA6" w:rsidRDefault="009E4EEF" w:rsidP="009E4EEF">
      <w:pPr>
        <w:spacing w:line="240" w:lineRule="auto"/>
        <w:jc w:val="center"/>
        <w:rPr>
          <w:color w:val="A39161"/>
        </w:rPr>
      </w:pPr>
      <w:r w:rsidRPr="00594AA6">
        <w:rPr>
          <w:color w:val="A39161"/>
        </w:rPr>
        <w:t>Dr. Rafael B</w:t>
      </w:r>
      <w:r w:rsidR="00310465">
        <w:rPr>
          <w:color w:val="A39161"/>
        </w:rPr>
        <w:t>rec</w:t>
      </w:r>
      <w:r w:rsidRPr="00594AA6">
        <w:rPr>
          <w:color w:val="A39161"/>
        </w:rPr>
        <w:t xml:space="preserve">cia </w:t>
      </w:r>
      <w:proofErr w:type="spellStart"/>
      <w:r w:rsidRPr="00594AA6">
        <w:rPr>
          <w:color w:val="A39161"/>
        </w:rPr>
        <w:t>Mascarenhas</w:t>
      </w:r>
      <w:proofErr w:type="spellEnd"/>
    </w:p>
    <w:p w:rsidR="009E4EEF" w:rsidRPr="00594AA6" w:rsidRDefault="009E4EEF" w:rsidP="009E4EEF">
      <w:pPr>
        <w:spacing w:line="240" w:lineRule="auto"/>
        <w:jc w:val="center"/>
        <w:rPr>
          <w:color w:val="000000"/>
          <w:spacing w:val="7"/>
          <w:sz w:val="20"/>
          <w:szCs w:val="20"/>
        </w:rPr>
      </w:pPr>
      <w:r w:rsidRPr="00594AA6">
        <w:rPr>
          <w:color w:val="000000"/>
          <w:spacing w:val="7"/>
          <w:sz w:val="20"/>
          <w:szCs w:val="20"/>
        </w:rPr>
        <w:t>Vice-</w:t>
      </w:r>
      <w:r w:rsidR="00310465" w:rsidRPr="00594AA6">
        <w:rPr>
          <w:color w:val="000000"/>
          <w:spacing w:val="7"/>
          <w:sz w:val="20"/>
          <w:szCs w:val="20"/>
        </w:rPr>
        <w:t>P</w:t>
      </w:r>
      <w:r w:rsidR="00310465">
        <w:rPr>
          <w:color w:val="000000"/>
          <w:spacing w:val="7"/>
          <w:sz w:val="20"/>
          <w:szCs w:val="20"/>
        </w:rPr>
        <w:t>res</w:t>
      </w:r>
      <w:r w:rsidR="00310465" w:rsidRPr="00594AA6">
        <w:rPr>
          <w:color w:val="000000"/>
          <w:spacing w:val="7"/>
          <w:sz w:val="20"/>
          <w:szCs w:val="20"/>
        </w:rPr>
        <w:t>ident</w:t>
      </w:r>
      <w:r w:rsidR="00310465">
        <w:rPr>
          <w:color w:val="000000"/>
          <w:spacing w:val="7"/>
          <w:sz w:val="20"/>
          <w:szCs w:val="20"/>
        </w:rPr>
        <w:t>e</w:t>
      </w:r>
    </w:p>
    <w:p w:rsidR="009E4EEF" w:rsidRPr="00594AA6" w:rsidRDefault="009E4EEF" w:rsidP="009E4EEF">
      <w:pPr>
        <w:spacing w:line="0" w:lineRule="atLeast"/>
        <w:jc w:val="center"/>
        <w:rPr>
          <w:color w:val="A39161"/>
        </w:rPr>
      </w:pPr>
    </w:p>
    <w:p w:rsidR="009E4EEF" w:rsidRPr="00594AA6" w:rsidRDefault="009E4EEF" w:rsidP="009E4EEF">
      <w:pPr>
        <w:spacing w:line="254" w:lineRule="auto"/>
        <w:ind w:left="10" w:right="59" w:hanging="10"/>
        <w:jc w:val="center"/>
      </w:pPr>
      <w:r w:rsidRPr="00594AA6">
        <w:rPr>
          <w:color w:val="A39161"/>
        </w:rPr>
        <w:t xml:space="preserve">Dr. Eduardo </w:t>
      </w:r>
      <w:proofErr w:type="spellStart"/>
      <w:r w:rsidRPr="00594AA6">
        <w:rPr>
          <w:color w:val="A39161"/>
        </w:rPr>
        <w:t>Luís</w:t>
      </w:r>
      <w:proofErr w:type="spellEnd"/>
      <w:r w:rsidRPr="00594AA6">
        <w:rPr>
          <w:color w:val="A39161"/>
        </w:rPr>
        <w:t xml:space="preserve"> </w:t>
      </w:r>
      <w:proofErr w:type="spellStart"/>
      <w:r w:rsidRPr="00594AA6">
        <w:rPr>
          <w:color w:val="A39161"/>
        </w:rPr>
        <w:t>Guimarães</w:t>
      </w:r>
      <w:proofErr w:type="spellEnd"/>
      <w:r w:rsidRPr="00594AA6">
        <w:rPr>
          <w:color w:val="A39161"/>
        </w:rPr>
        <w:t xml:space="preserve"> Machado</w:t>
      </w:r>
    </w:p>
    <w:p w:rsidR="009E4EEF" w:rsidRPr="00594AA6" w:rsidRDefault="009E4EEF" w:rsidP="009E4EEF">
      <w:pPr>
        <w:spacing w:line="254" w:lineRule="auto"/>
        <w:ind w:left="10" w:right="68" w:hanging="10"/>
        <w:jc w:val="center"/>
      </w:pPr>
      <w:proofErr w:type="spellStart"/>
      <w:r w:rsidRPr="00594AA6">
        <w:rPr>
          <w:sz w:val="20"/>
        </w:rPr>
        <w:t>Secretário-geral</w:t>
      </w:r>
      <w:proofErr w:type="spellEnd"/>
      <w:r w:rsidRPr="00594AA6">
        <w:rPr>
          <w:sz w:val="20"/>
        </w:rPr>
        <w:t xml:space="preserve"> de </w:t>
      </w:r>
      <w:proofErr w:type="spellStart"/>
      <w:r w:rsidRPr="00594AA6">
        <w:rPr>
          <w:sz w:val="20"/>
        </w:rPr>
        <w:t>Administração</w:t>
      </w:r>
      <w:proofErr w:type="spellEnd"/>
      <w:r w:rsidRPr="00594AA6">
        <w:rPr>
          <w:sz w:val="20"/>
        </w:rPr>
        <w:t xml:space="preserve"> e </w:t>
      </w:r>
      <w:proofErr w:type="spellStart"/>
      <w:r w:rsidRPr="00594AA6">
        <w:rPr>
          <w:sz w:val="20"/>
        </w:rPr>
        <w:t>Finanças</w:t>
      </w:r>
      <w:proofErr w:type="spellEnd"/>
      <w:r w:rsidRPr="00594AA6">
        <w:rPr>
          <w:color w:val="A39161"/>
        </w:rPr>
        <w:t xml:space="preserve"> </w:t>
      </w:r>
    </w:p>
    <w:p w:rsidR="009E4EEF" w:rsidRPr="00594AA6" w:rsidRDefault="009E4EEF" w:rsidP="009E4EEF">
      <w:pPr>
        <w:spacing w:line="0" w:lineRule="atLeast"/>
        <w:jc w:val="center"/>
        <w:rPr>
          <w:color w:val="A39161"/>
        </w:rPr>
      </w:pPr>
    </w:p>
    <w:p w:rsidR="009E4EEF" w:rsidRPr="00594AA6" w:rsidRDefault="009E4EEF" w:rsidP="009E4EEF">
      <w:pPr>
        <w:spacing w:after="81" w:line="254" w:lineRule="auto"/>
        <w:ind w:left="10" w:right="73" w:hanging="10"/>
        <w:jc w:val="center"/>
      </w:pPr>
      <w:r w:rsidRPr="00594AA6">
        <w:rPr>
          <w:sz w:val="32"/>
        </w:rPr>
        <w:t xml:space="preserve">REITORIA </w:t>
      </w:r>
    </w:p>
    <w:p w:rsidR="009E4EEF" w:rsidRPr="00594AA6" w:rsidRDefault="009E4EEF" w:rsidP="009E4EEF">
      <w:pPr>
        <w:spacing w:line="254" w:lineRule="auto"/>
        <w:jc w:val="center"/>
      </w:pPr>
      <w:r w:rsidRPr="00594AA6">
        <w:t xml:space="preserve"> </w:t>
      </w:r>
    </w:p>
    <w:p w:rsidR="009E4EEF" w:rsidRPr="00594AA6" w:rsidRDefault="009E4EEF" w:rsidP="009E4EEF">
      <w:pPr>
        <w:spacing w:line="254" w:lineRule="auto"/>
        <w:ind w:left="10" w:right="59" w:hanging="10"/>
        <w:jc w:val="center"/>
      </w:pPr>
      <w:r w:rsidRPr="00594AA6">
        <w:rPr>
          <w:color w:val="A39161"/>
        </w:rPr>
        <w:t xml:space="preserve">Prof. José Celso Cunha Guerra Pinto </w:t>
      </w:r>
    </w:p>
    <w:p w:rsidR="009E4EEF" w:rsidRPr="00594AA6" w:rsidRDefault="009E4EEF" w:rsidP="009E4EEF">
      <w:pPr>
        <w:spacing w:after="89" w:line="254" w:lineRule="auto"/>
        <w:ind w:left="10" w:right="68" w:hanging="10"/>
        <w:jc w:val="center"/>
      </w:pPr>
      <w:proofErr w:type="spellStart"/>
      <w:r w:rsidRPr="00594AA6">
        <w:rPr>
          <w:sz w:val="20"/>
        </w:rPr>
        <w:t>Reitor</w:t>
      </w:r>
      <w:proofErr w:type="spellEnd"/>
      <w:r w:rsidRPr="00594AA6">
        <w:rPr>
          <w:sz w:val="20"/>
        </w:rPr>
        <w:t xml:space="preserve"> </w:t>
      </w:r>
    </w:p>
    <w:p w:rsidR="009E4EEF" w:rsidRPr="00594AA6" w:rsidRDefault="009E4EEF" w:rsidP="009E4EEF">
      <w:pPr>
        <w:spacing w:line="254" w:lineRule="auto"/>
        <w:ind w:left="20"/>
        <w:jc w:val="center"/>
      </w:pPr>
      <w:r w:rsidRPr="00594AA6">
        <w:rPr>
          <w:sz w:val="32"/>
        </w:rPr>
        <w:t xml:space="preserve"> </w:t>
      </w:r>
    </w:p>
    <w:p w:rsidR="009E4EEF" w:rsidRPr="00594AA6" w:rsidRDefault="009E4EEF" w:rsidP="009E4EEF">
      <w:pPr>
        <w:spacing w:line="254" w:lineRule="auto"/>
        <w:ind w:left="10" w:right="61" w:hanging="10"/>
        <w:jc w:val="center"/>
      </w:pPr>
      <w:r w:rsidRPr="00594AA6">
        <w:rPr>
          <w:color w:val="A39161"/>
        </w:rPr>
        <w:t xml:space="preserve">Prof.ª Ana Paula Lima de Almeida </w:t>
      </w:r>
      <w:proofErr w:type="spellStart"/>
      <w:r w:rsidRPr="00594AA6">
        <w:rPr>
          <w:color w:val="A39161"/>
        </w:rPr>
        <w:t>Amorim</w:t>
      </w:r>
      <w:proofErr w:type="spellEnd"/>
      <w:r w:rsidRPr="00594AA6">
        <w:rPr>
          <w:color w:val="A39161"/>
        </w:rPr>
        <w:t xml:space="preserve">  </w:t>
      </w:r>
    </w:p>
    <w:p w:rsidR="009E4EEF" w:rsidRPr="00594AA6" w:rsidRDefault="009E4EEF" w:rsidP="009E4EEF">
      <w:pPr>
        <w:spacing w:after="89" w:line="254" w:lineRule="auto"/>
        <w:ind w:left="10" w:right="69" w:hanging="10"/>
        <w:jc w:val="center"/>
      </w:pPr>
      <w:r w:rsidRPr="00594AA6">
        <w:rPr>
          <w:sz w:val="20"/>
        </w:rPr>
        <w:t>Vice-</w:t>
      </w:r>
      <w:proofErr w:type="spellStart"/>
      <w:r w:rsidRPr="00594AA6">
        <w:rPr>
          <w:sz w:val="20"/>
        </w:rPr>
        <w:t>Reitora</w:t>
      </w:r>
      <w:proofErr w:type="spellEnd"/>
      <w:r w:rsidRPr="00594AA6">
        <w:rPr>
          <w:sz w:val="20"/>
        </w:rPr>
        <w:t xml:space="preserve"> </w:t>
      </w:r>
      <w:proofErr w:type="spellStart"/>
      <w:r w:rsidRPr="00594AA6">
        <w:rPr>
          <w:sz w:val="20"/>
        </w:rPr>
        <w:t>Educacional</w:t>
      </w:r>
      <w:proofErr w:type="spellEnd"/>
      <w:r w:rsidRPr="00594AA6">
        <w:rPr>
          <w:sz w:val="20"/>
        </w:rPr>
        <w:t xml:space="preserve"> </w:t>
      </w:r>
    </w:p>
    <w:p w:rsidR="009E4EEF" w:rsidRPr="00594AA6" w:rsidRDefault="009E4EEF" w:rsidP="009E4EEF">
      <w:pPr>
        <w:spacing w:line="254" w:lineRule="auto"/>
        <w:ind w:left="20"/>
        <w:jc w:val="center"/>
      </w:pPr>
      <w:r w:rsidRPr="00594AA6">
        <w:rPr>
          <w:sz w:val="32"/>
        </w:rPr>
        <w:t xml:space="preserve"> </w:t>
      </w:r>
    </w:p>
    <w:p w:rsidR="009E4EEF" w:rsidRPr="00594AA6" w:rsidRDefault="009E4EEF" w:rsidP="009E4EEF">
      <w:pPr>
        <w:spacing w:line="254" w:lineRule="auto"/>
        <w:ind w:left="10" w:right="63" w:hanging="10"/>
        <w:jc w:val="center"/>
      </w:pPr>
      <w:r w:rsidRPr="00594AA6">
        <w:rPr>
          <w:color w:val="A39161"/>
        </w:rPr>
        <w:t xml:space="preserve">Prof.ª Debora </w:t>
      </w:r>
      <w:proofErr w:type="spellStart"/>
      <w:r w:rsidRPr="00594AA6">
        <w:rPr>
          <w:color w:val="A39161"/>
        </w:rPr>
        <w:t>Lucciola</w:t>
      </w:r>
      <w:proofErr w:type="spellEnd"/>
      <w:r w:rsidRPr="00594AA6">
        <w:rPr>
          <w:color w:val="A39161"/>
        </w:rPr>
        <w:t xml:space="preserve"> Coelho </w:t>
      </w:r>
    </w:p>
    <w:p w:rsidR="009E4EEF" w:rsidRPr="00594AA6" w:rsidRDefault="009E4EEF" w:rsidP="009E4EEF">
      <w:pPr>
        <w:spacing w:after="89" w:line="254" w:lineRule="auto"/>
        <w:ind w:left="10" w:right="70" w:hanging="10"/>
        <w:jc w:val="center"/>
        <w:rPr>
          <w:sz w:val="20"/>
        </w:rPr>
      </w:pPr>
      <w:r w:rsidRPr="00594AA6">
        <w:rPr>
          <w:sz w:val="20"/>
        </w:rPr>
        <w:t>Vice-</w:t>
      </w:r>
      <w:proofErr w:type="spellStart"/>
      <w:r w:rsidRPr="00594AA6">
        <w:rPr>
          <w:sz w:val="20"/>
        </w:rPr>
        <w:t>Reitora</w:t>
      </w:r>
      <w:proofErr w:type="spellEnd"/>
      <w:r w:rsidRPr="00594AA6">
        <w:rPr>
          <w:sz w:val="20"/>
        </w:rPr>
        <w:t xml:space="preserve"> de </w:t>
      </w:r>
      <w:proofErr w:type="spellStart"/>
      <w:r w:rsidRPr="00594AA6">
        <w:rPr>
          <w:sz w:val="20"/>
        </w:rPr>
        <w:t>Integração</w:t>
      </w:r>
      <w:proofErr w:type="spellEnd"/>
      <w:r w:rsidRPr="00594AA6">
        <w:rPr>
          <w:sz w:val="20"/>
        </w:rPr>
        <w:t xml:space="preserve"> </w:t>
      </w:r>
      <w:proofErr w:type="spellStart"/>
      <w:r w:rsidRPr="00594AA6">
        <w:rPr>
          <w:sz w:val="20"/>
        </w:rPr>
        <w:t>Docente</w:t>
      </w:r>
      <w:proofErr w:type="spellEnd"/>
      <w:r w:rsidRPr="00594AA6">
        <w:rPr>
          <w:sz w:val="20"/>
        </w:rPr>
        <w:t xml:space="preserve"> </w:t>
      </w:r>
      <w:proofErr w:type="spellStart"/>
      <w:r w:rsidRPr="00594AA6">
        <w:rPr>
          <w:sz w:val="20"/>
        </w:rPr>
        <w:t>Assistencial</w:t>
      </w:r>
      <w:proofErr w:type="spellEnd"/>
      <w:r w:rsidRPr="00594AA6">
        <w:rPr>
          <w:sz w:val="20"/>
        </w:rPr>
        <w:t xml:space="preserve"> </w:t>
      </w:r>
    </w:p>
    <w:p w:rsidR="009E4EEF" w:rsidRPr="00594AA6" w:rsidRDefault="009E4EEF" w:rsidP="009E4EEF">
      <w:pPr>
        <w:spacing w:after="89" w:line="254" w:lineRule="auto"/>
        <w:ind w:left="10" w:right="70" w:hanging="10"/>
        <w:jc w:val="center"/>
        <w:rPr>
          <w:sz w:val="20"/>
        </w:rPr>
      </w:pPr>
    </w:p>
    <w:p w:rsidR="009E4EEF" w:rsidRPr="00594AA6" w:rsidRDefault="009E4EEF" w:rsidP="009E4EEF">
      <w:pPr>
        <w:spacing w:line="254" w:lineRule="auto"/>
        <w:ind w:left="10" w:right="63" w:hanging="10"/>
        <w:jc w:val="center"/>
      </w:pPr>
      <w:r w:rsidRPr="00594AA6">
        <w:rPr>
          <w:color w:val="A39161"/>
        </w:rPr>
        <w:t xml:space="preserve">Prof.ª Susan Martins Lage </w:t>
      </w:r>
    </w:p>
    <w:p w:rsidR="009E4EEF" w:rsidRPr="00594AA6" w:rsidRDefault="009E4EEF" w:rsidP="009E4EEF">
      <w:pPr>
        <w:spacing w:after="89" w:line="254" w:lineRule="auto"/>
        <w:ind w:left="10" w:right="70" w:hanging="10"/>
        <w:jc w:val="center"/>
        <w:rPr>
          <w:sz w:val="20"/>
        </w:rPr>
      </w:pPr>
      <w:proofErr w:type="spellStart"/>
      <w:r w:rsidRPr="00594AA6">
        <w:rPr>
          <w:sz w:val="20"/>
        </w:rPr>
        <w:t>Assessora</w:t>
      </w:r>
      <w:proofErr w:type="spellEnd"/>
      <w:r w:rsidRPr="00594AA6">
        <w:rPr>
          <w:sz w:val="20"/>
        </w:rPr>
        <w:t xml:space="preserve"> da </w:t>
      </w:r>
      <w:proofErr w:type="spellStart"/>
      <w:r w:rsidRPr="00594AA6">
        <w:rPr>
          <w:sz w:val="20"/>
        </w:rPr>
        <w:t>Reitoria</w:t>
      </w:r>
      <w:proofErr w:type="spellEnd"/>
      <w:r w:rsidRPr="00594AA6">
        <w:rPr>
          <w:sz w:val="20"/>
        </w:rPr>
        <w:t xml:space="preserve"> </w:t>
      </w:r>
    </w:p>
    <w:p w:rsidR="009E4EEF" w:rsidRPr="00594AA6" w:rsidRDefault="009E4EEF" w:rsidP="009E4EEF">
      <w:pPr>
        <w:spacing w:after="89" w:line="254" w:lineRule="auto"/>
        <w:ind w:right="70"/>
      </w:pPr>
    </w:p>
    <w:p w:rsidR="009E4EEF" w:rsidRPr="00594AA6" w:rsidRDefault="009E4EEF" w:rsidP="009E4EEF">
      <w:pPr>
        <w:spacing w:after="153" w:line="254" w:lineRule="auto"/>
        <w:ind w:left="20"/>
        <w:jc w:val="center"/>
      </w:pPr>
      <w:r w:rsidRPr="00594AA6">
        <w:rPr>
          <w:sz w:val="32"/>
        </w:rPr>
        <w:t xml:space="preserve"> </w:t>
      </w:r>
    </w:p>
    <w:p w:rsidR="009E4EEF" w:rsidRPr="00594AA6" w:rsidRDefault="009E4EEF" w:rsidP="009E4EEF">
      <w:pPr>
        <w:spacing w:after="81" w:line="254" w:lineRule="auto"/>
        <w:ind w:left="10" w:right="73" w:hanging="10"/>
        <w:jc w:val="center"/>
      </w:pPr>
      <w:r w:rsidRPr="00594AA6">
        <w:rPr>
          <w:sz w:val="32"/>
        </w:rPr>
        <w:t xml:space="preserve">DIRETORIA DE ESTRATÉGIA E NOVOS NEGÓCIOS </w:t>
      </w:r>
    </w:p>
    <w:p w:rsidR="009E4EEF" w:rsidRPr="00594AA6" w:rsidRDefault="009E4EEF" w:rsidP="009E4EEF">
      <w:pPr>
        <w:spacing w:line="254" w:lineRule="auto"/>
        <w:jc w:val="center"/>
      </w:pPr>
      <w:r w:rsidRPr="00594AA6">
        <w:rPr>
          <w:color w:val="A39161"/>
        </w:rPr>
        <w:t xml:space="preserve"> </w:t>
      </w:r>
    </w:p>
    <w:p w:rsidR="009E4EEF" w:rsidRPr="00594AA6" w:rsidRDefault="009E4EEF" w:rsidP="009E4EEF">
      <w:pPr>
        <w:spacing w:line="254" w:lineRule="auto"/>
        <w:ind w:left="10" w:right="62" w:hanging="10"/>
        <w:jc w:val="center"/>
      </w:pPr>
      <w:proofErr w:type="spellStart"/>
      <w:r w:rsidRPr="00594AA6">
        <w:rPr>
          <w:color w:val="A39161"/>
        </w:rPr>
        <w:t>Flávio</w:t>
      </w:r>
      <w:proofErr w:type="spellEnd"/>
      <w:r w:rsidRPr="00594AA6">
        <w:rPr>
          <w:color w:val="A39161"/>
        </w:rPr>
        <w:t xml:space="preserve"> de Almeida </w:t>
      </w:r>
      <w:proofErr w:type="spellStart"/>
      <w:r w:rsidRPr="00594AA6">
        <w:rPr>
          <w:color w:val="A39161"/>
        </w:rPr>
        <w:t>Amaral</w:t>
      </w:r>
      <w:proofErr w:type="spellEnd"/>
      <w:r w:rsidRPr="00594AA6">
        <w:rPr>
          <w:color w:val="A39161"/>
        </w:rPr>
        <w:t xml:space="preserve"> </w:t>
      </w:r>
    </w:p>
    <w:p w:rsidR="009E4EEF" w:rsidRPr="00594AA6" w:rsidRDefault="009E4EEF" w:rsidP="009E4EEF">
      <w:pPr>
        <w:spacing w:after="89" w:line="254" w:lineRule="auto"/>
        <w:ind w:left="10" w:right="69" w:hanging="10"/>
        <w:jc w:val="center"/>
      </w:pPr>
      <w:proofErr w:type="spellStart"/>
      <w:r w:rsidRPr="00594AA6">
        <w:rPr>
          <w:sz w:val="20"/>
        </w:rPr>
        <w:t>Diretor</w:t>
      </w:r>
      <w:proofErr w:type="spellEnd"/>
      <w:r w:rsidRPr="00594AA6">
        <w:rPr>
          <w:sz w:val="20"/>
        </w:rPr>
        <w:t xml:space="preserve"> de </w:t>
      </w:r>
      <w:proofErr w:type="spellStart"/>
      <w:r w:rsidRPr="00594AA6">
        <w:rPr>
          <w:sz w:val="20"/>
        </w:rPr>
        <w:t>Estratégia</w:t>
      </w:r>
      <w:proofErr w:type="spellEnd"/>
      <w:r w:rsidRPr="00594AA6">
        <w:rPr>
          <w:sz w:val="20"/>
        </w:rPr>
        <w:t xml:space="preserve"> e </w:t>
      </w:r>
      <w:proofErr w:type="spellStart"/>
      <w:r w:rsidRPr="00594AA6">
        <w:rPr>
          <w:sz w:val="20"/>
        </w:rPr>
        <w:t>Novos</w:t>
      </w:r>
      <w:proofErr w:type="spellEnd"/>
      <w:r w:rsidRPr="00594AA6">
        <w:rPr>
          <w:sz w:val="20"/>
        </w:rPr>
        <w:t xml:space="preserve"> </w:t>
      </w:r>
      <w:proofErr w:type="spellStart"/>
      <w:r w:rsidRPr="00594AA6">
        <w:rPr>
          <w:sz w:val="20"/>
        </w:rPr>
        <w:t>Negócios</w:t>
      </w:r>
      <w:proofErr w:type="spellEnd"/>
      <w:r w:rsidRPr="00594AA6">
        <w:rPr>
          <w:sz w:val="20"/>
        </w:rPr>
        <w:t xml:space="preserve"> </w:t>
      </w:r>
    </w:p>
    <w:p w:rsidR="009E4EEF" w:rsidRPr="00594AA6" w:rsidRDefault="009E4EEF" w:rsidP="009E4EEF">
      <w:pPr>
        <w:spacing w:after="153" w:line="254" w:lineRule="auto"/>
        <w:ind w:left="20"/>
        <w:jc w:val="center"/>
      </w:pPr>
      <w:r w:rsidRPr="00594AA6">
        <w:rPr>
          <w:sz w:val="32"/>
        </w:rPr>
        <w:t xml:space="preserve"> </w:t>
      </w:r>
    </w:p>
    <w:p w:rsidR="009E4EEF" w:rsidRPr="00594AA6" w:rsidRDefault="009E4EEF" w:rsidP="009E4EEF">
      <w:pPr>
        <w:spacing w:after="81" w:line="254" w:lineRule="auto"/>
        <w:ind w:left="10" w:right="72" w:hanging="10"/>
        <w:jc w:val="center"/>
      </w:pPr>
      <w:r w:rsidRPr="00594AA6">
        <w:rPr>
          <w:sz w:val="32"/>
        </w:rPr>
        <w:t xml:space="preserve">DIRETORIA FELUMA </w:t>
      </w:r>
    </w:p>
    <w:p w:rsidR="009E4EEF" w:rsidRPr="00594AA6" w:rsidRDefault="009E4EEF" w:rsidP="009E4EEF">
      <w:pPr>
        <w:spacing w:line="254" w:lineRule="auto"/>
        <w:jc w:val="center"/>
      </w:pPr>
      <w:r w:rsidRPr="00594AA6">
        <w:rPr>
          <w:color w:val="A39161"/>
        </w:rPr>
        <w:t xml:space="preserve"> </w:t>
      </w:r>
    </w:p>
    <w:p w:rsidR="009E4EEF" w:rsidRPr="00594AA6" w:rsidRDefault="009E4EEF" w:rsidP="009E4EEF">
      <w:pPr>
        <w:spacing w:line="254" w:lineRule="auto"/>
        <w:ind w:left="10" w:right="64" w:hanging="10"/>
        <w:jc w:val="center"/>
      </w:pPr>
      <w:proofErr w:type="spellStart"/>
      <w:r w:rsidRPr="00594AA6">
        <w:rPr>
          <w:color w:val="A39161"/>
        </w:rPr>
        <w:t>Túlio</w:t>
      </w:r>
      <w:proofErr w:type="spellEnd"/>
      <w:r w:rsidRPr="00594AA6">
        <w:rPr>
          <w:color w:val="A39161"/>
        </w:rPr>
        <w:t xml:space="preserve"> </w:t>
      </w:r>
      <w:proofErr w:type="spellStart"/>
      <w:r w:rsidRPr="00594AA6">
        <w:rPr>
          <w:color w:val="A39161"/>
        </w:rPr>
        <w:t>Pedrosa</w:t>
      </w:r>
      <w:proofErr w:type="spellEnd"/>
      <w:r w:rsidRPr="00594AA6">
        <w:rPr>
          <w:color w:val="A39161"/>
        </w:rPr>
        <w:t xml:space="preserve"> Gomes </w:t>
      </w:r>
    </w:p>
    <w:p w:rsidR="009E4EEF" w:rsidRPr="00594AA6" w:rsidRDefault="009E4EEF" w:rsidP="009E4EEF">
      <w:pPr>
        <w:spacing w:line="254" w:lineRule="auto"/>
        <w:ind w:left="10" w:right="70" w:hanging="10"/>
        <w:jc w:val="center"/>
      </w:pPr>
      <w:proofErr w:type="spellStart"/>
      <w:r w:rsidRPr="00594AA6">
        <w:rPr>
          <w:sz w:val="20"/>
        </w:rPr>
        <w:t>Diretor</w:t>
      </w:r>
      <w:proofErr w:type="spellEnd"/>
      <w:r w:rsidRPr="00594AA6">
        <w:rPr>
          <w:sz w:val="20"/>
        </w:rPr>
        <w:t xml:space="preserve"> </w:t>
      </w:r>
      <w:proofErr w:type="spellStart"/>
      <w:r w:rsidRPr="00594AA6">
        <w:rPr>
          <w:sz w:val="20"/>
        </w:rPr>
        <w:t>Executivo</w:t>
      </w:r>
      <w:proofErr w:type="spellEnd"/>
      <w:r w:rsidRPr="00594AA6">
        <w:rPr>
          <w:color w:val="A39161"/>
        </w:rPr>
        <w:t xml:space="preserve"> </w:t>
      </w:r>
    </w:p>
    <w:p w:rsidR="009E4EEF" w:rsidRPr="00594AA6" w:rsidRDefault="009E4EEF" w:rsidP="009E4EEF">
      <w:pPr>
        <w:spacing w:line="254" w:lineRule="auto"/>
        <w:jc w:val="center"/>
      </w:pPr>
      <w:r w:rsidRPr="00594AA6">
        <w:rPr>
          <w:color w:val="A39161"/>
        </w:rPr>
        <w:t xml:space="preserve"> </w:t>
      </w:r>
    </w:p>
    <w:p w:rsidR="009E4EEF" w:rsidRPr="00594AA6" w:rsidRDefault="009E4EEF" w:rsidP="009E4EEF">
      <w:pPr>
        <w:spacing w:line="254" w:lineRule="auto"/>
        <w:ind w:left="10" w:right="64" w:hanging="10"/>
        <w:jc w:val="center"/>
      </w:pPr>
      <w:proofErr w:type="spellStart"/>
      <w:r w:rsidRPr="00594AA6">
        <w:rPr>
          <w:color w:val="A39161"/>
        </w:rPr>
        <w:t>Flávio</w:t>
      </w:r>
      <w:proofErr w:type="spellEnd"/>
      <w:r w:rsidRPr="00594AA6">
        <w:rPr>
          <w:color w:val="A39161"/>
        </w:rPr>
        <w:t xml:space="preserve"> Rocha </w:t>
      </w:r>
      <w:proofErr w:type="spellStart"/>
      <w:r w:rsidRPr="00594AA6">
        <w:rPr>
          <w:color w:val="A39161"/>
        </w:rPr>
        <w:t>Gonçalves</w:t>
      </w:r>
      <w:proofErr w:type="spellEnd"/>
      <w:r w:rsidRPr="00594AA6">
        <w:rPr>
          <w:color w:val="A39161"/>
        </w:rPr>
        <w:t xml:space="preserve"> </w:t>
      </w:r>
    </w:p>
    <w:p w:rsidR="009E4EEF" w:rsidRPr="00594AA6" w:rsidRDefault="009E4EEF" w:rsidP="009E4EEF">
      <w:pPr>
        <w:spacing w:line="254" w:lineRule="auto"/>
        <w:ind w:left="10" w:right="66" w:hanging="10"/>
        <w:jc w:val="center"/>
      </w:pPr>
      <w:proofErr w:type="spellStart"/>
      <w:r w:rsidRPr="00594AA6">
        <w:rPr>
          <w:sz w:val="20"/>
        </w:rPr>
        <w:t>Diretor</w:t>
      </w:r>
      <w:proofErr w:type="spellEnd"/>
      <w:r w:rsidRPr="00594AA6">
        <w:rPr>
          <w:sz w:val="20"/>
        </w:rPr>
        <w:t xml:space="preserve"> de </w:t>
      </w:r>
      <w:proofErr w:type="spellStart"/>
      <w:r w:rsidRPr="00594AA6">
        <w:rPr>
          <w:sz w:val="20"/>
        </w:rPr>
        <w:t>Operações</w:t>
      </w:r>
      <w:proofErr w:type="spellEnd"/>
      <w:r w:rsidRPr="00594AA6">
        <w:rPr>
          <w:sz w:val="20"/>
        </w:rPr>
        <w:t xml:space="preserve"> </w:t>
      </w:r>
    </w:p>
    <w:p w:rsidR="009E4EEF" w:rsidRPr="00594AA6" w:rsidRDefault="009E4EEF" w:rsidP="00457E2D">
      <w:pPr>
        <w:spacing w:line="254" w:lineRule="auto"/>
      </w:pPr>
      <w:r w:rsidRPr="00594AA6">
        <w:t xml:space="preserve"> </w:t>
      </w:r>
    </w:p>
    <w:p w:rsidR="009E4EEF" w:rsidRPr="00594AA6" w:rsidRDefault="009E4EEF" w:rsidP="009E4EEF">
      <w:pPr>
        <w:spacing w:after="25" w:line="254" w:lineRule="auto"/>
        <w:ind w:left="20"/>
        <w:jc w:val="center"/>
      </w:pPr>
      <w:r w:rsidRPr="00594AA6">
        <w:rPr>
          <w:sz w:val="32"/>
        </w:rPr>
        <w:t xml:space="preserve"> FACULDADE DE CIÊNCIAS MÉDICAS DE MINAS GERAIS </w:t>
      </w:r>
    </w:p>
    <w:p w:rsidR="009E4EEF" w:rsidRPr="00594AA6" w:rsidRDefault="009E4EEF" w:rsidP="009E4EEF">
      <w:pPr>
        <w:spacing w:line="254" w:lineRule="auto"/>
        <w:jc w:val="center"/>
      </w:pPr>
      <w:r w:rsidRPr="00594AA6">
        <w:rPr>
          <w:color w:val="A39161"/>
        </w:rPr>
        <w:t xml:space="preserve"> </w:t>
      </w:r>
    </w:p>
    <w:p w:rsidR="009E4EEF" w:rsidRPr="00594AA6" w:rsidRDefault="009E4EEF" w:rsidP="009E4EEF">
      <w:pPr>
        <w:spacing w:line="254" w:lineRule="auto"/>
        <w:ind w:left="10" w:right="62" w:hanging="10"/>
        <w:jc w:val="center"/>
      </w:pPr>
      <w:r w:rsidRPr="00594AA6">
        <w:rPr>
          <w:color w:val="A39161"/>
        </w:rPr>
        <w:t xml:space="preserve">Prof. Rodrigo Moreira </w:t>
      </w:r>
      <w:proofErr w:type="spellStart"/>
      <w:r w:rsidRPr="00594AA6">
        <w:rPr>
          <w:color w:val="A39161"/>
        </w:rPr>
        <w:t>Faleiro</w:t>
      </w:r>
      <w:proofErr w:type="spellEnd"/>
    </w:p>
    <w:p w:rsidR="009E4EEF" w:rsidRPr="00594AA6" w:rsidRDefault="009E4EEF" w:rsidP="009E4EEF">
      <w:pPr>
        <w:spacing w:after="89" w:line="254" w:lineRule="auto"/>
        <w:ind w:left="10" w:right="65" w:hanging="10"/>
        <w:jc w:val="center"/>
      </w:pPr>
      <w:proofErr w:type="spellStart"/>
      <w:r w:rsidRPr="00594AA6">
        <w:rPr>
          <w:sz w:val="20"/>
        </w:rPr>
        <w:t>Diretor</w:t>
      </w:r>
      <w:proofErr w:type="spellEnd"/>
      <w:r w:rsidRPr="00594AA6">
        <w:rPr>
          <w:sz w:val="20"/>
        </w:rPr>
        <w:t xml:space="preserve"> de </w:t>
      </w:r>
      <w:proofErr w:type="spellStart"/>
      <w:r w:rsidRPr="00594AA6">
        <w:rPr>
          <w:sz w:val="20"/>
        </w:rPr>
        <w:t>Graduação</w:t>
      </w:r>
      <w:proofErr w:type="spellEnd"/>
      <w:r w:rsidRPr="00594AA6">
        <w:rPr>
          <w:sz w:val="20"/>
        </w:rPr>
        <w:t xml:space="preserve"> </w:t>
      </w:r>
    </w:p>
    <w:p w:rsidR="009E4EEF" w:rsidRPr="00594AA6" w:rsidRDefault="009E4EEF" w:rsidP="009E4EEF">
      <w:pPr>
        <w:spacing w:line="254" w:lineRule="auto"/>
        <w:ind w:left="20"/>
        <w:jc w:val="center"/>
      </w:pPr>
      <w:r w:rsidRPr="00594AA6">
        <w:rPr>
          <w:sz w:val="32"/>
        </w:rPr>
        <w:t xml:space="preserve"> </w:t>
      </w:r>
    </w:p>
    <w:p w:rsidR="009E4EEF" w:rsidRPr="00594AA6" w:rsidRDefault="009E4EEF" w:rsidP="009E4EEF">
      <w:pPr>
        <w:spacing w:line="254" w:lineRule="auto"/>
        <w:ind w:left="10" w:right="62" w:hanging="10"/>
        <w:jc w:val="center"/>
      </w:pPr>
      <w:r w:rsidRPr="00594AA6">
        <w:rPr>
          <w:color w:val="A39161"/>
        </w:rPr>
        <w:t xml:space="preserve">Prof. Rafael Duarte Silva </w:t>
      </w:r>
    </w:p>
    <w:p w:rsidR="009E4EEF" w:rsidRPr="00594AA6" w:rsidRDefault="009E4EEF" w:rsidP="009E4EEF">
      <w:pPr>
        <w:spacing w:line="254" w:lineRule="auto"/>
        <w:ind w:left="10" w:right="69" w:hanging="10"/>
        <w:jc w:val="center"/>
      </w:pPr>
      <w:r w:rsidRPr="00594AA6">
        <w:rPr>
          <w:sz w:val="20"/>
        </w:rPr>
        <w:t>Vice-</w:t>
      </w:r>
      <w:proofErr w:type="spellStart"/>
      <w:r w:rsidRPr="00594AA6">
        <w:rPr>
          <w:sz w:val="20"/>
        </w:rPr>
        <w:t>Diretor</w:t>
      </w:r>
      <w:proofErr w:type="spellEnd"/>
      <w:r w:rsidRPr="00594AA6">
        <w:rPr>
          <w:sz w:val="20"/>
        </w:rPr>
        <w:t xml:space="preserve"> de </w:t>
      </w:r>
      <w:proofErr w:type="spellStart"/>
      <w:r w:rsidRPr="00594AA6">
        <w:rPr>
          <w:sz w:val="20"/>
        </w:rPr>
        <w:t>Graduação</w:t>
      </w:r>
      <w:proofErr w:type="spellEnd"/>
      <w:r w:rsidRPr="00594AA6">
        <w:rPr>
          <w:sz w:val="20"/>
        </w:rPr>
        <w:t xml:space="preserve"> </w:t>
      </w:r>
    </w:p>
    <w:p w:rsidR="009E4EEF" w:rsidRPr="00594AA6" w:rsidRDefault="009E4EEF" w:rsidP="009E4EEF">
      <w:pPr>
        <w:spacing w:line="254" w:lineRule="auto"/>
        <w:ind w:right="10"/>
        <w:jc w:val="center"/>
      </w:pPr>
      <w:r w:rsidRPr="00594AA6">
        <w:rPr>
          <w:sz w:val="20"/>
        </w:rPr>
        <w:t xml:space="preserve">  </w:t>
      </w:r>
    </w:p>
    <w:p w:rsidR="009E4EEF" w:rsidRPr="00594AA6" w:rsidRDefault="009E4EEF" w:rsidP="009E4EEF">
      <w:pPr>
        <w:spacing w:line="254" w:lineRule="auto"/>
        <w:ind w:left="10" w:right="64" w:hanging="10"/>
        <w:jc w:val="center"/>
      </w:pPr>
      <w:r w:rsidRPr="00594AA6">
        <w:rPr>
          <w:color w:val="A39161"/>
        </w:rPr>
        <w:t xml:space="preserve">Prof.ª </w:t>
      </w:r>
      <w:proofErr w:type="spellStart"/>
      <w:r w:rsidRPr="00594AA6">
        <w:rPr>
          <w:color w:val="A39161"/>
        </w:rPr>
        <w:t>Marayra</w:t>
      </w:r>
      <w:proofErr w:type="spellEnd"/>
      <w:r w:rsidRPr="00594AA6">
        <w:rPr>
          <w:color w:val="A39161"/>
        </w:rPr>
        <w:t xml:space="preserve"> </w:t>
      </w:r>
      <w:proofErr w:type="spellStart"/>
      <w:r w:rsidRPr="00594AA6">
        <w:rPr>
          <w:color w:val="A39161"/>
        </w:rPr>
        <w:t>Inês</w:t>
      </w:r>
      <w:proofErr w:type="spellEnd"/>
      <w:r w:rsidRPr="00594AA6">
        <w:rPr>
          <w:color w:val="A39161"/>
        </w:rPr>
        <w:t xml:space="preserve"> </w:t>
      </w:r>
      <w:proofErr w:type="spellStart"/>
      <w:r w:rsidRPr="00594AA6">
        <w:rPr>
          <w:color w:val="A39161"/>
        </w:rPr>
        <w:t>França</w:t>
      </w:r>
      <w:proofErr w:type="spellEnd"/>
      <w:r w:rsidRPr="00594AA6">
        <w:rPr>
          <w:color w:val="A39161"/>
        </w:rPr>
        <w:t xml:space="preserve"> </w:t>
      </w:r>
      <w:proofErr w:type="spellStart"/>
      <w:r w:rsidRPr="00594AA6">
        <w:rPr>
          <w:color w:val="A39161"/>
        </w:rPr>
        <w:t>Coury</w:t>
      </w:r>
      <w:proofErr w:type="spellEnd"/>
    </w:p>
    <w:p w:rsidR="009E4EEF" w:rsidRPr="00594AA6" w:rsidRDefault="009E4EEF" w:rsidP="009E4EEF">
      <w:pPr>
        <w:spacing w:after="89" w:line="254" w:lineRule="auto"/>
        <w:ind w:left="10" w:right="65" w:hanging="10"/>
        <w:jc w:val="center"/>
        <w:rPr>
          <w:sz w:val="20"/>
        </w:rPr>
      </w:pPr>
      <w:proofErr w:type="spellStart"/>
      <w:r w:rsidRPr="00594AA6">
        <w:rPr>
          <w:sz w:val="20"/>
        </w:rPr>
        <w:t>Diretora</w:t>
      </w:r>
      <w:proofErr w:type="spellEnd"/>
      <w:r w:rsidRPr="00594AA6">
        <w:rPr>
          <w:sz w:val="20"/>
        </w:rPr>
        <w:t xml:space="preserve"> de </w:t>
      </w:r>
      <w:proofErr w:type="spellStart"/>
      <w:r w:rsidRPr="00594AA6">
        <w:rPr>
          <w:sz w:val="20"/>
        </w:rPr>
        <w:t>Pós-graduação</w:t>
      </w:r>
      <w:proofErr w:type="spellEnd"/>
      <w:r w:rsidRPr="00594AA6">
        <w:rPr>
          <w:sz w:val="20"/>
        </w:rPr>
        <w:t xml:space="preserve"> </w:t>
      </w:r>
    </w:p>
    <w:p w:rsidR="009E4EEF" w:rsidRPr="00594AA6" w:rsidRDefault="009E4EEF" w:rsidP="009E4EEF">
      <w:pPr>
        <w:spacing w:after="89" w:line="254" w:lineRule="auto"/>
        <w:ind w:left="10" w:right="65" w:hanging="10"/>
        <w:jc w:val="center"/>
        <w:rPr>
          <w:sz w:val="20"/>
        </w:rPr>
      </w:pPr>
    </w:p>
    <w:p w:rsidR="009E4EEF" w:rsidRPr="00594AA6" w:rsidRDefault="009E4EEF" w:rsidP="009E4EEF">
      <w:pPr>
        <w:spacing w:line="254" w:lineRule="auto"/>
        <w:ind w:left="10" w:right="61" w:hanging="10"/>
        <w:jc w:val="center"/>
      </w:pPr>
      <w:r w:rsidRPr="00594AA6">
        <w:rPr>
          <w:color w:val="A39161"/>
        </w:rPr>
        <w:t xml:space="preserve">Prof.ª Mariana Ribeiro </w:t>
      </w:r>
      <w:proofErr w:type="spellStart"/>
      <w:r w:rsidRPr="00594AA6">
        <w:rPr>
          <w:color w:val="A39161"/>
        </w:rPr>
        <w:t>Volpini</w:t>
      </w:r>
      <w:proofErr w:type="spellEnd"/>
      <w:r w:rsidRPr="00594AA6">
        <w:rPr>
          <w:color w:val="A39161"/>
        </w:rPr>
        <w:t xml:space="preserve"> Lana</w:t>
      </w:r>
    </w:p>
    <w:p w:rsidR="009E4EEF" w:rsidRPr="00594AA6" w:rsidRDefault="009E4EEF" w:rsidP="009E4EEF">
      <w:pPr>
        <w:spacing w:line="256" w:lineRule="auto"/>
        <w:ind w:left="10" w:right="66" w:hanging="10"/>
        <w:jc w:val="center"/>
        <w:rPr>
          <w:sz w:val="20"/>
        </w:rPr>
      </w:pPr>
      <w:r w:rsidRPr="00594AA6">
        <w:rPr>
          <w:sz w:val="20"/>
        </w:rPr>
        <w:t>Vice-</w:t>
      </w:r>
      <w:proofErr w:type="spellStart"/>
      <w:r w:rsidRPr="00594AA6">
        <w:rPr>
          <w:sz w:val="20"/>
        </w:rPr>
        <w:t>diretora</w:t>
      </w:r>
      <w:proofErr w:type="spellEnd"/>
      <w:r w:rsidRPr="00594AA6">
        <w:rPr>
          <w:sz w:val="20"/>
        </w:rPr>
        <w:t xml:space="preserve"> de </w:t>
      </w:r>
      <w:proofErr w:type="spellStart"/>
      <w:r w:rsidRPr="00594AA6">
        <w:rPr>
          <w:sz w:val="20"/>
        </w:rPr>
        <w:t>Pós-graduação</w:t>
      </w:r>
      <w:proofErr w:type="spellEnd"/>
      <w:r w:rsidRPr="00594AA6">
        <w:rPr>
          <w:sz w:val="20"/>
        </w:rPr>
        <w:t xml:space="preserve">  </w:t>
      </w:r>
    </w:p>
    <w:p w:rsidR="009E4EEF" w:rsidRPr="00594AA6" w:rsidRDefault="009E4EEF" w:rsidP="009E4EEF">
      <w:pPr>
        <w:spacing w:line="254" w:lineRule="auto"/>
      </w:pPr>
    </w:p>
    <w:p w:rsidR="009E4EEF" w:rsidRPr="00594AA6" w:rsidRDefault="009E4EEF" w:rsidP="009E4EEF">
      <w:pPr>
        <w:spacing w:line="254" w:lineRule="auto"/>
        <w:ind w:left="10" w:right="59" w:hanging="10"/>
        <w:jc w:val="center"/>
      </w:pPr>
      <w:r w:rsidRPr="00594AA6">
        <w:rPr>
          <w:color w:val="A39161"/>
        </w:rPr>
        <w:t xml:space="preserve">Prof. José </w:t>
      </w:r>
      <w:proofErr w:type="spellStart"/>
      <w:r w:rsidRPr="00594AA6">
        <w:rPr>
          <w:color w:val="A39161"/>
        </w:rPr>
        <w:t>Felippe</w:t>
      </w:r>
      <w:proofErr w:type="spellEnd"/>
      <w:r w:rsidRPr="00594AA6">
        <w:rPr>
          <w:color w:val="A39161"/>
        </w:rPr>
        <w:t xml:space="preserve"> </w:t>
      </w:r>
      <w:proofErr w:type="spellStart"/>
      <w:r w:rsidRPr="00594AA6">
        <w:rPr>
          <w:color w:val="A39161"/>
        </w:rPr>
        <w:t>Pinho</w:t>
      </w:r>
      <w:proofErr w:type="spellEnd"/>
      <w:r w:rsidRPr="00594AA6">
        <w:rPr>
          <w:color w:val="A39161"/>
        </w:rPr>
        <w:t xml:space="preserve"> da Silva </w:t>
      </w:r>
    </w:p>
    <w:p w:rsidR="009E4EEF" w:rsidRPr="00594AA6" w:rsidRDefault="009E4EEF" w:rsidP="009E4EEF">
      <w:pPr>
        <w:spacing w:line="254" w:lineRule="auto"/>
        <w:ind w:left="10" w:right="66" w:hanging="10"/>
        <w:jc w:val="center"/>
      </w:pPr>
      <w:proofErr w:type="spellStart"/>
      <w:r w:rsidRPr="00594AA6">
        <w:rPr>
          <w:sz w:val="20"/>
        </w:rPr>
        <w:lastRenderedPageBreak/>
        <w:t>Diretor</w:t>
      </w:r>
      <w:proofErr w:type="spellEnd"/>
      <w:r w:rsidRPr="00594AA6">
        <w:rPr>
          <w:sz w:val="20"/>
        </w:rPr>
        <w:t xml:space="preserve"> de </w:t>
      </w:r>
      <w:proofErr w:type="spellStart"/>
      <w:r w:rsidRPr="00594AA6">
        <w:rPr>
          <w:sz w:val="20"/>
        </w:rPr>
        <w:t>Pesquisa</w:t>
      </w:r>
      <w:proofErr w:type="spellEnd"/>
      <w:r w:rsidRPr="00594AA6">
        <w:rPr>
          <w:sz w:val="20"/>
        </w:rPr>
        <w:t xml:space="preserve"> e </w:t>
      </w:r>
      <w:proofErr w:type="spellStart"/>
      <w:r w:rsidRPr="00594AA6">
        <w:rPr>
          <w:sz w:val="20"/>
        </w:rPr>
        <w:t>Extensão</w:t>
      </w:r>
      <w:proofErr w:type="spellEnd"/>
      <w:r w:rsidRPr="00594AA6">
        <w:rPr>
          <w:sz w:val="20"/>
        </w:rPr>
        <w:t xml:space="preserve"> </w:t>
      </w:r>
    </w:p>
    <w:p w:rsidR="009E4EEF" w:rsidRPr="009E4EEF" w:rsidRDefault="009E4EEF" w:rsidP="009E4EEF">
      <w:pPr>
        <w:spacing w:after="17" w:line="254" w:lineRule="auto"/>
        <w:ind w:right="10"/>
        <w:jc w:val="center"/>
        <w:rPr>
          <w:sz w:val="20"/>
        </w:rPr>
      </w:pPr>
      <w:r w:rsidRPr="00594AA6">
        <w:rPr>
          <w:sz w:val="20"/>
        </w:rPr>
        <w:t xml:space="preserve"> </w:t>
      </w:r>
    </w:p>
    <w:p w:rsidR="009E4EEF" w:rsidRPr="00594AA6" w:rsidRDefault="009E4EEF" w:rsidP="009E4EEF">
      <w:pPr>
        <w:autoSpaceDE w:val="0"/>
        <w:autoSpaceDN w:val="0"/>
        <w:adjustRightInd w:val="0"/>
        <w:jc w:val="center"/>
        <w:rPr>
          <w:color w:val="A39161"/>
        </w:rPr>
      </w:pPr>
      <w:r w:rsidRPr="00594AA6">
        <w:rPr>
          <w:rFonts w:ascii="Minion Pro" w:eastAsia="Calibri" w:hAnsi="Minion Pro" w:cs="Minion Pro"/>
          <w:color w:val="A39161"/>
        </w:rPr>
        <w:t xml:space="preserve">Prof.ª </w:t>
      </w:r>
      <w:r>
        <w:rPr>
          <w:color w:val="A39161"/>
        </w:rPr>
        <w:t xml:space="preserve">Maria Clara </w:t>
      </w:r>
      <w:proofErr w:type="spellStart"/>
      <w:r>
        <w:rPr>
          <w:color w:val="A39161"/>
        </w:rPr>
        <w:t>Salomão</w:t>
      </w:r>
      <w:proofErr w:type="spellEnd"/>
      <w:r>
        <w:rPr>
          <w:color w:val="A39161"/>
        </w:rPr>
        <w:t xml:space="preserve"> e Silva </w:t>
      </w:r>
      <w:proofErr w:type="spellStart"/>
      <w:r>
        <w:rPr>
          <w:color w:val="A39161"/>
        </w:rPr>
        <w:t>Guimarães</w:t>
      </w:r>
      <w:proofErr w:type="spellEnd"/>
    </w:p>
    <w:p w:rsidR="009E4EEF" w:rsidRPr="00594AA6" w:rsidRDefault="009E4EEF" w:rsidP="009E4EEF">
      <w:pPr>
        <w:autoSpaceDE w:val="0"/>
        <w:autoSpaceDN w:val="0"/>
        <w:adjustRightInd w:val="0"/>
        <w:jc w:val="center"/>
        <w:rPr>
          <w:rFonts w:ascii="Minion Pro" w:eastAsia="Calibri" w:hAnsi="Minion Pro" w:cs="Minion Pro"/>
          <w:color w:val="000000"/>
          <w:sz w:val="20"/>
        </w:rPr>
      </w:pPr>
      <w:proofErr w:type="spellStart"/>
      <w:r w:rsidRPr="00594AA6">
        <w:rPr>
          <w:rFonts w:ascii="Minion Pro" w:eastAsia="Calibri" w:hAnsi="Minion Pro" w:cs="Minion Pro"/>
          <w:color w:val="000000"/>
          <w:sz w:val="20"/>
        </w:rPr>
        <w:t>Coordenadora</w:t>
      </w:r>
      <w:proofErr w:type="spellEnd"/>
      <w:r w:rsidRPr="00594AA6">
        <w:rPr>
          <w:rFonts w:ascii="Minion Pro" w:eastAsia="Calibri" w:hAnsi="Minion Pro" w:cs="Minion Pro"/>
          <w:color w:val="000000"/>
          <w:sz w:val="20"/>
        </w:rPr>
        <w:t xml:space="preserve"> do </w:t>
      </w:r>
      <w:proofErr w:type="spellStart"/>
      <w:r w:rsidRPr="00594AA6">
        <w:rPr>
          <w:rFonts w:ascii="Minion Pro" w:eastAsia="Calibri" w:hAnsi="Minion Pro" w:cs="Minion Pro"/>
          <w:color w:val="000000"/>
          <w:sz w:val="20"/>
        </w:rPr>
        <w:t>curso</w:t>
      </w:r>
      <w:proofErr w:type="spellEnd"/>
      <w:r w:rsidRPr="00594AA6">
        <w:rPr>
          <w:rFonts w:ascii="Minion Pro" w:eastAsia="Calibri" w:hAnsi="Minion Pro" w:cs="Minion Pro"/>
          <w:color w:val="000000"/>
          <w:sz w:val="20"/>
        </w:rPr>
        <w:t xml:space="preserve"> de </w:t>
      </w:r>
      <w:proofErr w:type="spellStart"/>
      <w:r w:rsidRPr="00594AA6">
        <w:rPr>
          <w:rFonts w:ascii="Minion Pro" w:eastAsia="Calibri" w:hAnsi="Minion Pro" w:cs="Minion Pro"/>
          <w:color w:val="000000"/>
          <w:sz w:val="20"/>
        </w:rPr>
        <w:t>graduação</w:t>
      </w:r>
      <w:proofErr w:type="spellEnd"/>
      <w:r w:rsidRPr="00594AA6">
        <w:rPr>
          <w:rFonts w:ascii="Minion Pro" w:eastAsia="Calibri" w:hAnsi="Minion Pro" w:cs="Minion Pro"/>
          <w:color w:val="000000"/>
          <w:sz w:val="20"/>
        </w:rPr>
        <w:t xml:space="preserve"> </w:t>
      </w:r>
      <w:proofErr w:type="spellStart"/>
      <w:r w:rsidRPr="00594AA6">
        <w:rPr>
          <w:rFonts w:ascii="Minion Pro" w:eastAsia="Calibri" w:hAnsi="Minion Pro" w:cs="Minion Pro"/>
          <w:color w:val="000000"/>
          <w:sz w:val="20"/>
        </w:rPr>
        <w:t>em</w:t>
      </w:r>
      <w:proofErr w:type="spellEnd"/>
      <w:r w:rsidRPr="00594AA6">
        <w:rPr>
          <w:rFonts w:ascii="Minion Pro" w:eastAsia="Calibri" w:hAnsi="Minion Pro" w:cs="Minion Pro"/>
          <w:color w:val="000000"/>
          <w:sz w:val="20"/>
        </w:rPr>
        <w:t xml:space="preserve"> </w:t>
      </w:r>
      <w:proofErr w:type="spellStart"/>
      <w:r>
        <w:rPr>
          <w:rFonts w:ascii="Minion Pro" w:eastAsia="Calibri" w:hAnsi="Minion Pro" w:cs="Minion Pro"/>
          <w:color w:val="000000"/>
          <w:sz w:val="20"/>
        </w:rPr>
        <w:t>Enfermagem</w:t>
      </w:r>
      <w:proofErr w:type="spellEnd"/>
    </w:p>
    <w:p w:rsidR="009E4EEF" w:rsidRPr="00594AA6" w:rsidRDefault="009E4EEF" w:rsidP="009E4EEF">
      <w:pPr>
        <w:autoSpaceDE w:val="0"/>
        <w:autoSpaceDN w:val="0"/>
        <w:adjustRightInd w:val="0"/>
        <w:jc w:val="center"/>
        <w:rPr>
          <w:rFonts w:ascii="Minion Pro" w:eastAsia="Calibri" w:hAnsi="Minion Pro" w:cs="Minion Pro"/>
          <w:color w:val="000000"/>
          <w:sz w:val="20"/>
        </w:rPr>
      </w:pPr>
    </w:p>
    <w:p w:rsidR="009E4EEF" w:rsidRPr="00594AA6" w:rsidRDefault="009E4EEF" w:rsidP="009E4EEF">
      <w:pPr>
        <w:autoSpaceDE w:val="0"/>
        <w:autoSpaceDN w:val="0"/>
        <w:adjustRightInd w:val="0"/>
        <w:jc w:val="center"/>
        <w:rPr>
          <w:color w:val="A39161"/>
        </w:rPr>
      </w:pPr>
      <w:r w:rsidRPr="00594AA6">
        <w:rPr>
          <w:rFonts w:ascii="Minion Pro" w:eastAsia="Calibri" w:hAnsi="Minion Pro" w:cs="Minion Pro"/>
          <w:color w:val="A39161"/>
        </w:rPr>
        <w:t xml:space="preserve">Prof.ª </w:t>
      </w:r>
      <w:r>
        <w:rPr>
          <w:color w:val="A39161"/>
        </w:rPr>
        <w:t xml:space="preserve">Mariana Rodrigues </w:t>
      </w:r>
      <w:proofErr w:type="spellStart"/>
      <w:r>
        <w:rPr>
          <w:color w:val="A39161"/>
        </w:rPr>
        <w:t>Carvalho</w:t>
      </w:r>
      <w:proofErr w:type="spellEnd"/>
      <w:r>
        <w:rPr>
          <w:color w:val="A39161"/>
        </w:rPr>
        <w:t xml:space="preserve"> de Aquino</w:t>
      </w:r>
    </w:p>
    <w:p w:rsidR="009E4EEF" w:rsidRDefault="009E4EEF" w:rsidP="009E4EEF">
      <w:pPr>
        <w:autoSpaceDE w:val="0"/>
        <w:autoSpaceDN w:val="0"/>
        <w:adjustRightInd w:val="0"/>
        <w:jc w:val="center"/>
        <w:rPr>
          <w:rFonts w:ascii="Minion Pro" w:eastAsia="Calibri" w:hAnsi="Minion Pro" w:cs="Minion Pro"/>
          <w:color w:val="000000"/>
          <w:sz w:val="20"/>
        </w:rPr>
      </w:pPr>
      <w:proofErr w:type="spellStart"/>
      <w:r w:rsidRPr="00594AA6">
        <w:rPr>
          <w:rFonts w:ascii="Minion Pro" w:eastAsia="Calibri" w:hAnsi="Minion Pro" w:cs="Minion Pro"/>
          <w:color w:val="000000"/>
          <w:sz w:val="20"/>
        </w:rPr>
        <w:t>Coordenadora</w:t>
      </w:r>
      <w:proofErr w:type="spellEnd"/>
      <w:r w:rsidRPr="00594AA6">
        <w:rPr>
          <w:rFonts w:ascii="Minion Pro" w:eastAsia="Calibri" w:hAnsi="Minion Pro" w:cs="Minion Pro"/>
          <w:color w:val="000000"/>
          <w:sz w:val="20"/>
        </w:rPr>
        <w:t xml:space="preserve"> do </w:t>
      </w:r>
      <w:proofErr w:type="spellStart"/>
      <w:r w:rsidRPr="00594AA6">
        <w:rPr>
          <w:rFonts w:ascii="Minion Pro" w:eastAsia="Calibri" w:hAnsi="Minion Pro" w:cs="Minion Pro"/>
          <w:color w:val="000000"/>
          <w:sz w:val="20"/>
        </w:rPr>
        <w:t>curso</w:t>
      </w:r>
      <w:proofErr w:type="spellEnd"/>
      <w:r w:rsidRPr="00594AA6">
        <w:rPr>
          <w:rFonts w:ascii="Minion Pro" w:eastAsia="Calibri" w:hAnsi="Minion Pro" w:cs="Minion Pro"/>
          <w:color w:val="000000"/>
          <w:sz w:val="20"/>
        </w:rPr>
        <w:t xml:space="preserve"> de </w:t>
      </w:r>
      <w:proofErr w:type="spellStart"/>
      <w:r w:rsidRPr="00594AA6">
        <w:rPr>
          <w:rFonts w:ascii="Minion Pro" w:eastAsia="Calibri" w:hAnsi="Minion Pro" w:cs="Minion Pro"/>
          <w:color w:val="000000"/>
          <w:sz w:val="20"/>
        </w:rPr>
        <w:t>graduação</w:t>
      </w:r>
      <w:proofErr w:type="spellEnd"/>
      <w:r w:rsidRPr="00594AA6">
        <w:rPr>
          <w:rFonts w:ascii="Minion Pro" w:eastAsia="Calibri" w:hAnsi="Minion Pro" w:cs="Minion Pro"/>
          <w:color w:val="000000"/>
          <w:sz w:val="20"/>
        </w:rPr>
        <w:t xml:space="preserve"> </w:t>
      </w:r>
      <w:proofErr w:type="spellStart"/>
      <w:r w:rsidRPr="00594AA6">
        <w:rPr>
          <w:rFonts w:ascii="Minion Pro" w:eastAsia="Calibri" w:hAnsi="Minion Pro" w:cs="Minion Pro"/>
          <w:color w:val="000000"/>
          <w:sz w:val="20"/>
        </w:rPr>
        <w:t>em</w:t>
      </w:r>
      <w:proofErr w:type="spellEnd"/>
      <w:r w:rsidRPr="00594AA6">
        <w:rPr>
          <w:rFonts w:ascii="Minion Pro" w:eastAsia="Calibri" w:hAnsi="Minion Pro" w:cs="Minion Pro"/>
          <w:color w:val="000000"/>
          <w:sz w:val="20"/>
        </w:rPr>
        <w:t xml:space="preserve"> </w:t>
      </w:r>
      <w:proofErr w:type="spellStart"/>
      <w:r>
        <w:rPr>
          <w:rFonts w:ascii="Minion Pro" w:eastAsia="Calibri" w:hAnsi="Minion Pro" w:cs="Minion Pro"/>
          <w:color w:val="000000"/>
          <w:sz w:val="20"/>
        </w:rPr>
        <w:t>Fisioterapia</w:t>
      </w:r>
      <w:proofErr w:type="spellEnd"/>
    </w:p>
    <w:p w:rsidR="009E4EEF" w:rsidRPr="00594AA6" w:rsidRDefault="009E4EEF" w:rsidP="009E4EEF">
      <w:pPr>
        <w:autoSpaceDE w:val="0"/>
        <w:autoSpaceDN w:val="0"/>
        <w:adjustRightInd w:val="0"/>
        <w:jc w:val="center"/>
        <w:rPr>
          <w:rFonts w:ascii="Minion Pro" w:eastAsia="Calibri" w:hAnsi="Minion Pro" w:cs="Minion Pro"/>
          <w:color w:val="000000"/>
          <w:sz w:val="20"/>
        </w:rPr>
      </w:pPr>
    </w:p>
    <w:p w:rsidR="009E4EEF" w:rsidRPr="00594AA6" w:rsidRDefault="009E4EEF" w:rsidP="009E4EEF">
      <w:pPr>
        <w:autoSpaceDE w:val="0"/>
        <w:autoSpaceDN w:val="0"/>
        <w:adjustRightInd w:val="0"/>
        <w:jc w:val="center"/>
        <w:rPr>
          <w:color w:val="A39161"/>
        </w:rPr>
      </w:pPr>
      <w:r w:rsidRPr="00594AA6">
        <w:rPr>
          <w:rFonts w:ascii="Minion Pro" w:eastAsia="Calibri" w:hAnsi="Minion Pro" w:cs="Minion Pro"/>
          <w:color w:val="A39161"/>
        </w:rPr>
        <w:t xml:space="preserve">Prof.ª </w:t>
      </w:r>
      <w:r>
        <w:rPr>
          <w:color w:val="A39161"/>
        </w:rPr>
        <w:t>Rodrigo Santana Dutra</w:t>
      </w:r>
    </w:p>
    <w:p w:rsidR="009E4EEF" w:rsidRDefault="009E4EEF" w:rsidP="009E4EEF">
      <w:pPr>
        <w:autoSpaceDE w:val="0"/>
        <w:autoSpaceDN w:val="0"/>
        <w:adjustRightInd w:val="0"/>
        <w:jc w:val="center"/>
        <w:rPr>
          <w:rFonts w:ascii="Minion Pro" w:eastAsia="Calibri" w:hAnsi="Minion Pro" w:cs="Minion Pro"/>
          <w:color w:val="000000"/>
          <w:sz w:val="20"/>
        </w:rPr>
      </w:pPr>
      <w:proofErr w:type="spellStart"/>
      <w:r w:rsidRPr="00594AA6">
        <w:rPr>
          <w:rFonts w:ascii="Minion Pro" w:eastAsia="Calibri" w:hAnsi="Minion Pro" w:cs="Minion Pro"/>
          <w:color w:val="000000"/>
          <w:sz w:val="20"/>
        </w:rPr>
        <w:t>Coordenadora</w:t>
      </w:r>
      <w:proofErr w:type="spellEnd"/>
      <w:r w:rsidRPr="00594AA6">
        <w:rPr>
          <w:rFonts w:ascii="Minion Pro" w:eastAsia="Calibri" w:hAnsi="Minion Pro" w:cs="Minion Pro"/>
          <w:color w:val="000000"/>
          <w:sz w:val="20"/>
        </w:rPr>
        <w:t xml:space="preserve"> do </w:t>
      </w:r>
      <w:proofErr w:type="spellStart"/>
      <w:r w:rsidRPr="00594AA6">
        <w:rPr>
          <w:rFonts w:ascii="Minion Pro" w:eastAsia="Calibri" w:hAnsi="Minion Pro" w:cs="Minion Pro"/>
          <w:color w:val="000000"/>
          <w:sz w:val="20"/>
        </w:rPr>
        <w:t>curso</w:t>
      </w:r>
      <w:proofErr w:type="spellEnd"/>
      <w:r w:rsidRPr="00594AA6">
        <w:rPr>
          <w:rFonts w:ascii="Minion Pro" w:eastAsia="Calibri" w:hAnsi="Minion Pro" w:cs="Minion Pro"/>
          <w:color w:val="000000"/>
          <w:sz w:val="20"/>
        </w:rPr>
        <w:t xml:space="preserve"> de </w:t>
      </w:r>
      <w:proofErr w:type="spellStart"/>
      <w:r w:rsidRPr="00594AA6">
        <w:rPr>
          <w:rFonts w:ascii="Minion Pro" w:eastAsia="Calibri" w:hAnsi="Minion Pro" w:cs="Minion Pro"/>
          <w:color w:val="000000"/>
          <w:sz w:val="20"/>
        </w:rPr>
        <w:t>graduação</w:t>
      </w:r>
      <w:proofErr w:type="spellEnd"/>
      <w:r w:rsidRPr="00594AA6">
        <w:rPr>
          <w:rFonts w:ascii="Minion Pro" w:eastAsia="Calibri" w:hAnsi="Minion Pro" w:cs="Minion Pro"/>
          <w:color w:val="000000"/>
          <w:sz w:val="20"/>
        </w:rPr>
        <w:t xml:space="preserve"> </w:t>
      </w:r>
      <w:proofErr w:type="spellStart"/>
      <w:r w:rsidRPr="00594AA6">
        <w:rPr>
          <w:rFonts w:ascii="Minion Pro" w:eastAsia="Calibri" w:hAnsi="Minion Pro" w:cs="Minion Pro"/>
          <w:color w:val="000000"/>
          <w:sz w:val="20"/>
        </w:rPr>
        <w:t>em</w:t>
      </w:r>
      <w:proofErr w:type="spellEnd"/>
      <w:r w:rsidRPr="00594AA6">
        <w:rPr>
          <w:rFonts w:ascii="Minion Pro" w:eastAsia="Calibri" w:hAnsi="Minion Pro" w:cs="Minion Pro"/>
          <w:color w:val="000000"/>
          <w:sz w:val="20"/>
        </w:rPr>
        <w:t xml:space="preserve"> </w:t>
      </w:r>
      <w:proofErr w:type="spellStart"/>
      <w:r>
        <w:rPr>
          <w:rFonts w:ascii="Minion Pro" w:eastAsia="Calibri" w:hAnsi="Minion Pro" w:cs="Minion Pro"/>
          <w:color w:val="000000"/>
          <w:sz w:val="20"/>
        </w:rPr>
        <w:t>Medicina</w:t>
      </w:r>
      <w:proofErr w:type="spellEnd"/>
    </w:p>
    <w:p w:rsidR="009E4EEF" w:rsidRDefault="009E4EEF" w:rsidP="009E4EEF">
      <w:pPr>
        <w:autoSpaceDE w:val="0"/>
        <w:autoSpaceDN w:val="0"/>
        <w:adjustRightInd w:val="0"/>
        <w:jc w:val="center"/>
        <w:rPr>
          <w:rFonts w:ascii="Minion Pro" w:eastAsia="Calibri" w:hAnsi="Minion Pro" w:cs="Minion Pro"/>
          <w:color w:val="000000"/>
          <w:sz w:val="20"/>
        </w:rPr>
      </w:pPr>
    </w:p>
    <w:p w:rsidR="009E4EEF" w:rsidRPr="00594AA6" w:rsidRDefault="009E4EEF" w:rsidP="009E4EEF">
      <w:pPr>
        <w:autoSpaceDE w:val="0"/>
        <w:autoSpaceDN w:val="0"/>
        <w:adjustRightInd w:val="0"/>
        <w:jc w:val="center"/>
        <w:rPr>
          <w:color w:val="A39161"/>
        </w:rPr>
      </w:pPr>
      <w:r w:rsidRPr="00594AA6">
        <w:rPr>
          <w:rFonts w:ascii="Minion Pro" w:eastAsia="Calibri" w:hAnsi="Minion Pro" w:cs="Minion Pro"/>
          <w:color w:val="A39161"/>
        </w:rPr>
        <w:t xml:space="preserve">Prof.ª </w:t>
      </w:r>
      <w:proofErr w:type="spellStart"/>
      <w:r>
        <w:rPr>
          <w:color w:val="A39161"/>
        </w:rPr>
        <w:t>Sérgio</w:t>
      </w:r>
      <w:proofErr w:type="spellEnd"/>
      <w:r>
        <w:rPr>
          <w:color w:val="A39161"/>
        </w:rPr>
        <w:t xml:space="preserve"> </w:t>
      </w:r>
      <w:proofErr w:type="spellStart"/>
      <w:r>
        <w:rPr>
          <w:color w:val="A39161"/>
        </w:rPr>
        <w:t>Neves</w:t>
      </w:r>
      <w:proofErr w:type="spellEnd"/>
      <w:r>
        <w:rPr>
          <w:color w:val="A39161"/>
        </w:rPr>
        <w:t xml:space="preserve"> Drummond</w:t>
      </w:r>
    </w:p>
    <w:p w:rsidR="009E4EEF" w:rsidRDefault="009E4EEF" w:rsidP="009E4EEF">
      <w:pPr>
        <w:autoSpaceDE w:val="0"/>
        <w:autoSpaceDN w:val="0"/>
        <w:adjustRightInd w:val="0"/>
        <w:jc w:val="center"/>
        <w:rPr>
          <w:rFonts w:ascii="Minion Pro" w:eastAsia="Calibri" w:hAnsi="Minion Pro" w:cs="Minion Pro"/>
          <w:color w:val="000000"/>
          <w:sz w:val="20"/>
        </w:rPr>
      </w:pPr>
      <w:proofErr w:type="spellStart"/>
      <w:r w:rsidRPr="00594AA6">
        <w:rPr>
          <w:rFonts w:ascii="Minion Pro" w:eastAsia="Calibri" w:hAnsi="Minion Pro" w:cs="Minion Pro"/>
          <w:color w:val="000000"/>
          <w:sz w:val="20"/>
        </w:rPr>
        <w:t>Coordenadora</w:t>
      </w:r>
      <w:proofErr w:type="spellEnd"/>
      <w:r w:rsidRPr="00594AA6">
        <w:rPr>
          <w:rFonts w:ascii="Minion Pro" w:eastAsia="Calibri" w:hAnsi="Minion Pro" w:cs="Minion Pro"/>
          <w:color w:val="000000"/>
          <w:sz w:val="20"/>
        </w:rPr>
        <w:t xml:space="preserve"> do </w:t>
      </w:r>
      <w:proofErr w:type="spellStart"/>
      <w:r w:rsidRPr="00594AA6">
        <w:rPr>
          <w:rFonts w:ascii="Minion Pro" w:eastAsia="Calibri" w:hAnsi="Minion Pro" w:cs="Minion Pro"/>
          <w:color w:val="000000"/>
          <w:sz w:val="20"/>
        </w:rPr>
        <w:t>curso</w:t>
      </w:r>
      <w:proofErr w:type="spellEnd"/>
      <w:r w:rsidRPr="00594AA6">
        <w:rPr>
          <w:rFonts w:ascii="Minion Pro" w:eastAsia="Calibri" w:hAnsi="Minion Pro" w:cs="Minion Pro"/>
          <w:color w:val="000000"/>
          <w:sz w:val="20"/>
        </w:rPr>
        <w:t xml:space="preserve"> de </w:t>
      </w:r>
      <w:proofErr w:type="spellStart"/>
      <w:r w:rsidRPr="00594AA6">
        <w:rPr>
          <w:rFonts w:ascii="Minion Pro" w:eastAsia="Calibri" w:hAnsi="Minion Pro" w:cs="Minion Pro"/>
          <w:color w:val="000000"/>
          <w:sz w:val="20"/>
        </w:rPr>
        <w:t>graduação</w:t>
      </w:r>
      <w:proofErr w:type="spellEnd"/>
      <w:r w:rsidRPr="00594AA6">
        <w:rPr>
          <w:rFonts w:ascii="Minion Pro" w:eastAsia="Calibri" w:hAnsi="Minion Pro" w:cs="Minion Pro"/>
          <w:color w:val="000000"/>
          <w:sz w:val="20"/>
        </w:rPr>
        <w:t xml:space="preserve"> </w:t>
      </w:r>
      <w:proofErr w:type="spellStart"/>
      <w:r w:rsidRPr="00594AA6">
        <w:rPr>
          <w:rFonts w:ascii="Minion Pro" w:eastAsia="Calibri" w:hAnsi="Minion Pro" w:cs="Minion Pro"/>
          <w:color w:val="000000"/>
          <w:sz w:val="20"/>
        </w:rPr>
        <w:t>em</w:t>
      </w:r>
      <w:proofErr w:type="spellEnd"/>
      <w:r w:rsidRPr="00594AA6">
        <w:rPr>
          <w:rFonts w:ascii="Minion Pro" w:eastAsia="Calibri" w:hAnsi="Minion Pro" w:cs="Minion Pro"/>
          <w:color w:val="000000"/>
          <w:sz w:val="20"/>
        </w:rPr>
        <w:t xml:space="preserve"> </w:t>
      </w:r>
      <w:proofErr w:type="spellStart"/>
      <w:r>
        <w:rPr>
          <w:rFonts w:ascii="Minion Pro" w:eastAsia="Calibri" w:hAnsi="Minion Pro" w:cs="Minion Pro"/>
          <w:color w:val="000000"/>
          <w:sz w:val="20"/>
        </w:rPr>
        <w:t>Odontologia</w:t>
      </w:r>
      <w:proofErr w:type="spellEnd"/>
    </w:p>
    <w:p w:rsidR="009E4EEF" w:rsidRPr="00594AA6" w:rsidRDefault="009E4EEF" w:rsidP="009E4EEF">
      <w:pPr>
        <w:autoSpaceDE w:val="0"/>
        <w:autoSpaceDN w:val="0"/>
        <w:adjustRightInd w:val="0"/>
        <w:rPr>
          <w:rFonts w:ascii="Minion Pro" w:eastAsia="Calibri" w:hAnsi="Minion Pro" w:cs="Minion Pro"/>
          <w:color w:val="000000"/>
          <w:sz w:val="20"/>
        </w:rPr>
      </w:pPr>
    </w:p>
    <w:p w:rsidR="009E4EEF" w:rsidRPr="00594AA6" w:rsidRDefault="009E4EEF" w:rsidP="009E4EEF">
      <w:pPr>
        <w:autoSpaceDE w:val="0"/>
        <w:autoSpaceDN w:val="0"/>
        <w:adjustRightInd w:val="0"/>
        <w:jc w:val="center"/>
        <w:rPr>
          <w:color w:val="A39161"/>
        </w:rPr>
      </w:pPr>
      <w:r w:rsidRPr="00594AA6">
        <w:rPr>
          <w:rFonts w:ascii="Minion Pro" w:eastAsia="Calibri" w:hAnsi="Minion Pro" w:cs="Minion Pro"/>
          <w:color w:val="A39161"/>
        </w:rPr>
        <w:t xml:space="preserve">Prof.ª </w:t>
      </w:r>
      <w:proofErr w:type="spellStart"/>
      <w:r>
        <w:rPr>
          <w:color w:val="A39161"/>
        </w:rPr>
        <w:t>Tânia</w:t>
      </w:r>
      <w:proofErr w:type="spellEnd"/>
      <w:r>
        <w:rPr>
          <w:color w:val="A39161"/>
        </w:rPr>
        <w:t xml:space="preserve"> </w:t>
      </w:r>
      <w:proofErr w:type="spellStart"/>
      <w:r>
        <w:rPr>
          <w:color w:val="A39161"/>
        </w:rPr>
        <w:t>Afonso</w:t>
      </w:r>
      <w:proofErr w:type="spellEnd"/>
      <w:r>
        <w:rPr>
          <w:color w:val="A39161"/>
        </w:rPr>
        <w:t xml:space="preserve"> Chaves</w:t>
      </w:r>
    </w:p>
    <w:p w:rsidR="009E4EEF" w:rsidRDefault="009E4EEF" w:rsidP="009E4EEF">
      <w:pPr>
        <w:autoSpaceDE w:val="0"/>
        <w:autoSpaceDN w:val="0"/>
        <w:adjustRightInd w:val="0"/>
        <w:jc w:val="center"/>
        <w:rPr>
          <w:rFonts w:ascii="Minion Pro" w:eastAsia="Calibri" w:hAnsi="Minion Pro" w:cs="Minion Pro"/>
          <w:color w:val="000000"/>
          <w:sz w:val="20"/>
        </w:rPr>
      </w:pPr>
      <w:proofErr w:type="spellStart"/>
      <w:r w:rsidRPr="00594AA6">
        <w:rPr>
          <w:rFonts w:ascii="Minion Pro" w:eastAsia="Calibri" w:hAnsi="Minion Pro" w:cs="Minion Pro"/>
          <w:color w:val="000000"/>
          <w:sz w:val="20"/>
        </w:rPr>
        <w:t>Coordenadora</w:t>
      </w:r>
      <w:proofErr w:type="spellEnd"/>
      <w:r w:rsidRPr="00594AA6">
        <w:rPr>
          <w:rFonts w:ascii="Minion Pro" w:eastAsia="Calibri" w:hAnsi="Minion Pro" w:cs="Minion Pro"/>
          <w:color w:val="000000"/>
          <w:sz w:val="20"/>
        </w:rPr>
        <w:t xml:space="preserve"> do </w:t>
      </w:r>
      <w:proofErr w:type="spellStart"/>
      <w:r w:rsidRPr="00594AA6">
        <w:rPr>
          <w:rFonts w:ascii="Minion Pro" w:eastAsia="Calibri" w:hAnsi="Minion Pro" w:cs="Minion Pro"/>
          <w:color w:val="000000"/>
          <w:sz w:val="20"/>
        </w:rPr>
        <w:t>curso</w:t>
      </w:r>
      <w:proofErr w:type="spellEnd"/>
      <w:r w:rsidRPr="00594AA6">
        <w:rPr>
          <w:rFonts w:ascii="Minion Pro" w:eastAsia="Calibri" w:hAnsi="Minion Pro" w:cs="Minion Pro"/>
          <w:color w:val="000000"/>
          <w:sz w:val="20"/>
        </w:rPr>
        <w:t xml:space="preserve"> de </w:t>
      </w:r>
      <w:proofErr w:type="spellStart"/>
      <w:r w:rsidRPr="00594AA6">
        <w:rPr>
          <w:rFonts w:ascii="Minion Pro" w:eastAsia="Calibri" w:hAnsi="Minion Pro" w:cs="Minion Pro"/>
          <w:color w:val="000000"/>
          <w:sz w:val="20"/>
        </w:rPr>
        <w:t>graduação</w:t>
      </w:r>
      <w:proofErr w:type="spellEnd"/>
      <w:r w:rsidRPr="00594AA6">
        <w:rPr>
          <w:rFonts w:ascii="Minion Pro" w:eastAsia="Calibri" w:hAnsi="Minion Pro" w:cs="Minion Pro"/>
          <w:color w:val="000000"/>
          <w:sz w:val="20"/>
        </w:rPr>
        <w:t xml:space="preserve"> </w:t>
      </w:r>
      <w:proofErr w:type="spellStart"/>
      <w:r w:rsidRPr="00594AA6">
        <w:rPr>
          <w:rFonts w:ascii="Minion Pro" w:eastAsia="Calibri" w:hAnsi="Minion Pro" w:cs="Minion Pro"/>
          <w:color w:val="000000"/>
          <w:sz w:val="20"/>
        </w:rPr>
        <w:t>em</w:t>
      </w:r>
      <w:proofErr w:type="spellEnd"/>
      <w:r w:rsidRPr="00594AA6">
        <w:rPr>
          <w:rFonts w:ascii="Minion Pro" w:eastAsia="Calibri" w:hAnsi="Minion Pro" w:cs="Minion Pro"/>
          <w:color w:val="000000"/>
          <w:sz w:val="20"/>
        </w:rPr>
        <w:t xml:space="preserve"> </w:t>
      </w:r>
      <w:proofErr w:type="spellStart"/>
      <w:r>
        <w:rPr>
          <w:rFonts w:ascii="Minion Pro" w:eastAsia="Calibri" w:hAnsi="Minion Pro" w:cs="Minion Pro"/>
          <w:color w:val="000000"/>
          <w:sz w:val="20"/>
        </w:rPr>
        <w:t>Fonoaudiologia</w:t>
      </w:r>
      <w:proofErr w:type="spellEnd"/>
    </w:p>
    <w:p w:rsidR="009E4EEF" w:rsidRPr="00594AA6" w:rsidRDefault="009E4EEF" w:rsidP="009E4EEF">
      <w:pPr>
        <w:autoSpaceDE w:val="0"/>
        <w:autoSpaceDN w:val="0"/>
        <w:adjustRightInd w:val="0"/>
        <w:jc w:val="center"/>
        <w:rPr>
          <w:rFonts w:ascii="Minion Pro" w:eastAsia="Calibri" w:hAnsi="Minion Pro" w:cs="Minion Pro"/>
          <w:color w:val="000000"/>
          <w:sz w:val="20"/>
        </w:rPr>
      </w:pPr>
    </w:p>
    <w:p w:rsidR="009E4EEF" w:rsidRPr="00594AA6" w:rsidRDefault="009E4EEF" w:rsidP="009E4EEF">
      <w:pPr>
        <w:autoSpaceDE w:val="0"/>
        <w:autoSpaceDN w:val="0"/>
        <w:adjustRightInd w:val="0"/>
        <w:jc w:val="center"/>
        <w:rPr>
          <w:color w:val="A39161"/>
        </w:rPr>
      </w:pPr>
      <w:r w:rsidRPr="00594AA6">
        <w:rPr>
          <w:rFonts w:ascii="Minion Pro" w:eastAsia="Calibri" w:hAnsi="Minion Pro" w:cs="Minion Pro"/>
          <w:color w:val="A39161"/>
        </w:rPr>
        <w:t xml:space="preserve">Prof.ª </w:t>
      </w:r>
      <w:r w:rsidRPr="00594AA6">
        <w:rPr>
          <w:color w:val="A39161"/>
        </w:rPr>
        <w:t>Tatiane Dias Bacelar</w:t>
      </w:r>
    </w:p>
    <w:p w:rsidR="009E4EEF" w:rsidRPr="00594AA6" w:rsidRDefault="009E4EEF" w:rsidP="009E4EEF">
      <w:pPr>
        <w:autoSpaceDE w:val="0"/>
        <w:autoSpaceDN w:val="0"/>
        <w:adjustRightInd w:val="0"/>
        <w:jc w:val="center"/>
        <w:rPr>
          <w:rFonts w:ascii="Minion Pro" w:eastAsia="Calibri" w:hAnsi="Minion Pro" w:cs="Minion Pro"/>
          <w:color w:val="000000"/>
          <w:sz w:val="20"/>
        </w:rPr>
      </w:pPr>
      <w:proofErr w:type="spellStart"/>
      <w:r w:rsidRPr="00594AA6">
        <w:rPr>
          <w:rFonts w:ascii="Minion Pro" w:eastAsia="Calibri" w:hAnsi="Minion Pro" w:cs="Minion Pro"/>
          <w:color w:val="000000"/>
          <w:sz w:val="20"/>
        </w:rPr>
        <w:t>Coordenadora</w:t>
      </w:r>
      <w:proofErr w:type="spellEnd"/>
      <w:r w:rsidRPr="00594AA6">
        <w:rPr>
          <w:rFonts w:ascii="Minion Pro" w:eastAsia="Calibri" w:hAnsi="Minion Pro" w:cs="Minion Pro"/>
          <w:color w:val="000000"/>
          <w:sz w:val="20"/>
        </w:rPr>
        <w:t xml:space="preserve"> do </w:t>
      </w:r>
      <w:proofErr w:type="spellStart"/>
      <w:r w:rsidRPr="00594AA6">
        <w:rPr>
          <w:rFonts w:ascii="Minion Pro" w:eastAsia="Calibri" w:hAnsi="Minion Pro" w:cs="Minion Pro"/>
          <w:color w:val="000000"/>
          <w:sz w:val="20"/>
        </w:rPr>
        <w:t>curso</w:t>
      </w:r>
      <w:proofErr w:type="spellEnd"/>
      <w:r w:rsidRPr="00594AA6">
        <w:rPr>
          <w:rFonts w:ascii="Minion Pro" w:eastAsia="Calibri" w:hAnsi="Minion Pro" w:cs="Minion Pro"/>
          <w:color w:val="000000"/>
          <w:sz w:val="20"/>
        </w:rPr>
        <w:t xml:space="preserve"> de </w:t>
      </w:r>
      <w:proofErr w:type="spellStart"/>
      <w:r w:rsidRPr="00594AA6">
        <w:rPr>
          <w:rFonts w:ascii="Minion Pro" w:eastAsia="Calibri" w:hAnsi="Minion Pro" w:cs="Minion Pro"/>
          <w:color w:val="000000"/>
          <w:sz w:val="20"/>
        </w:rPr>
        <w:t>graduação</w:t>
      </w:r>
      <w:proofErr w:type="spellEnd"/>
      <w:r w:rsidRPr="00594AA6">
        <w:rPr>
          <w:rFonts w:ascii="Minion Pro" w:eastAsia="Calibri" w:hAnsi="Minion Pro" w:cs="Minion Pro"/>
          <w:color w:val="000000"/>
          <w:sz w:val="20"/>
        </w:rPr>
        <w:t xml:space="preserve"> </w:t>
      </w:r>
      <w:proofErr w:type="spellStart"/>
      <w:r w:rsidRPr="00594AA6">
        <w:rPr>
          <w:rFonts w:ascii="Minion Pro" w:eastAsia="Calibri" w:hAnsi="Minion Pro" w:cs="Minion Pro"/>
          <w:color w:val="000000"/>
          <w:sz w:val="20"/>
        </w:rPr>
        <w:t>em</w:t>
      </w:r>
      <w:proofErr w:type="spellEnd"/>
      <w:r w:rsidRPr="00594AA6">
        <w:rPr>
          <w:rFonts w:ascii="Minion Pro" w:eastAsia="Calibri" w:hAnsi="Minion Pro" w:cs="Minion Pro"/>
          <w:color w:val="000000"/>
          <w:sz w:val="20"/>
        </w:rPr>
        <w:t xml:space="preserve"> </w:t>
      </w:r>
      <w:proofErr w:type="spellStart"/>
      <w:r w:rsidRPr="00594AA6">
        <w:rPr>
          <w:rFonts w:ascii="Minion Pro" w:eastAsia="Calibri" w:hAnsi="Minion Pro" w:cs="Minion Pro"/>
          <w:color w:val="000000"/>
          <w:sz w:val="20"/>
        </w:rPr>
        <w:t>Psicologia</w:t>
      </w:r>
      <w:proofErr w:type="spellEnd"/>
    </w:p>
    <w:p w:rsidR="009E4EEF" w:rsidRDefault="009E4EEF" w:rsidP="009E4EEF">
      <w:pPr>
        <w:widowControl w:val="0"/>
        <w:jc w:val="center"/>
        <w:rPr>
          <w:sz w:val="20"/>
          <w:szCs w:val="20"/>
        </w:rPr>
      </w:pPr>
    </w:p>
    <w:p w:rsidR="00FD2A42" w:rsidRDefault="00FD2A42" w:rsidP="00FD2A42">
      <w:pPr>
        <w:pStyle w:val="CabealhodoSumrio"/>
        <w:rPr>
          <w:sz w:val="20"/>
          <w:szCs w:val="20"/>
        </w:rPr>
      </w:pPr>
    </w:p>
    <w:p w:rsidR="00FD2A42" w:rsidRDefault="00FD2A42" w:rsidP="00FD2A42">
      <w:pPr>
        <w:pStyle w:val="CabealhodoSumrio"/>
        <w:tabs>
          <w:tab w:val="left" w:pos="6030"/>
        </w:tabs>
      </w:pPr>
      <w:r>
        <w:tab/>
      </w:r>
    </w:p>
    <w:p w:rsidR="00FD2A42" w:rsidRDefault="00FD2A42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</w:pPr>
      <w:r>
        <w:br w:type="page"/>
      </w:r>
    </w:p>
    <w:p w:rsidR="00FD2A42" w:rsidRDefault="00FD2A42" w:rsidP="00FD2A42">
      <w:pPr>
        <w:pStyle w:val="CabealhodoSumrio"/>
        <w:tabs>
          <w:tab w:val="left" w:pos="6030"/>
        </w:tabs>
        <w:rPr>
          <w:sz w:val="20"/>
          <w:szCs w:val="20"/>
        </w:rPr>
      </w:pPr>
    </w:p>
    <w:sdt>
      <w:sdtPr>
        <w:rPr>
          <w:lang w:val="pt-BR"/>
        </w:rPr>
        <w:id w:val="-972752129"/>
        <w:docPartObj>
          <w:docPartGallery w:val="Table of Contents"/>
          <w:docPartUnique/>
        </w:docPartObj>
      </w:sdtPr>
      <w:sdtEndPr>
        <w:rPr>
          <w:b/>
          <w:bCs/>
          <w:lang w:val="en-US"/>
        </w:rPr>
      </w:sdtEndPr>
      <w:sdtContent>
        <w:p w:rsidR="00FD2A42" w:rsidRPr="00310465" w:rsidRDefault="00310465" w:rsidP="00FD2A42">
          <w:pPr>
            <w:rPr>
              <w:b/>
            </w:rPr>
          </w:pPr>
          <w:r w:rsidRPr="00310465">
            <w:rPr>
              <w:b/>
              <w:lang w:val="pt-BR"/>
            </w:rPr>
            <w:t>SUMÁRIO</w:t>
          </w:r>
        </w:p>
        <w:p w:rsidR="004B5BD4" w:rsidRDefault="00FD2A42">
          <w:pPr>
            <w:pStyle w:val="Sumrio1"/>
            <w:tabs>
              <w:tab w:val="left" w:pos="440"/>
              <w:tab w:val="right" w:leader="dot" w:pos="8828"/>
            </w:tabs>
            <w:rPr>
              <w:noProof/>
              <w:lang w:val="pt-BR" w:eastAsia="pt-BR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233826696" w:history="1">
            <w:r w:rsidR="004B5BD4" w:rsidRPr="00436DAA">
              <w:rPr>
                <w:rStyle w:val="Hyperlink"/>
                <w:noProof/>
              </w:rPr>
              <w:t>1.</w:t>
            </w:r>
            <w:r w:rsidR="004B5BD4">
              <w:rPr>
                <w:noProof/>
                <w:lang w:val="pt-BR" w:eastAsia="pt-BR"/>
              </w:rPr>
              <w:tab/>
            </w:r>
            <w:r w:rsidR="004B5BD4" w:rsidRPr="00436DAA">
              <w:rPr>
                <w:rStyle w:val="Hyperlink"/>
                <w:noProof/>
              </w:rPr>
              <w:t>APRESENTAÇÃO</w:t>
            </w:r>
            <w:r w:rsidR="004B5BD4">
              <w:rPr>
                <w:noProof/>
                <w:webHidden/>
              </w:rPr>
              <w:tab/>
            </w:r>
            <w:r w:rsidR="004B5BD4">
              <w:rPr>
                <w:noProof/>
                <w:webHidden/>
              </w:rPr>
              <w:fldChar w:fldCharType="begin"/>
            </w:r>
            <w:r w:rsidR="004B5BD4">
              <w:rPr>
                <w:noProof/>
                <w:webHidden/>
              </w:rPr>
              <w:instrText xml:space="preserve"> PAGEREF _Toc233826696 \h </w:instrText>
            </w:r>
            <w:r w:rsidR="004B5BD4">
              <w:rPr>
                <w:noProof/>
                <w:webHidden/>
              </w:rPr>
            </w:r>
            <w:r w:rsidR="004B5BD4">
              <w:rPr>
                <w:noProof/>
                <w:webHidden/>
              </w:rPr>
              <w:fldChar w:fldCharType="separate"/>
            </w:r>
            <w:r w:rsidR="004B5BD4">
              <w:rPr>
                <w:noProof/>
                <w:webHidden/>
              </w:rPr>
              <w:t>6</w:t>
            </w:r>
            <w:r w:rsidR="004B5BD4">
              <w:rPr>
                <w:noProof/>
                <w:webHidden/>
              </w:rPr>
              <w:fldChar w:fldCharType="end"/>
            </w:r>
          </w:hyperlink>
        </w:p>
        <w:p w:rsidR="004B5BD4" w:rsidRDefault="0035503C">
          <w:pPr>
            <w:pStyle w:val="Sumrio1"/>
            <w:tabs>
              <w:tab w:val="left" w:pos="440"/>
              <w:tab w:val="right" w:leader="dot" w:pos="8828"/>
            </w:tabs>
            <w:rPr>
              <w:noProof/>
              <w:lang w:val="pt-BR" w:eastAsia="pt-BR"/>
            </w:rPr>
          </w:pPr>
          <w:hyperlink w:anchor="_Toc233826697" w:history="1">
            <w:r w:rsidR="004B5BD4" w:rsidRPr="00436DAA">
              <w:rPr>
                <w:rStyle w:val="Hyperlink"/>
                <w:noProof/>
              </w:rPr>
              <w:t>2.</w:t>
            </w:r>
            <w:r w:rsidR="004B5BD4">
              <w:rPr>
                <w:noProof/>
                <w:lang w:val="pt-BR" w:eastAsia="pt-BR"/>
              </w:rPr>
              <w:tab/>
            </w:r>
            <w:r w:rsidR="004B5BD4" w:rsidRPr="00436DAA">
              <w:rPr>
                <w:rStyle w:val="Hyperlink"/>
                <w:noProof/>
              </w:rPr>
              <w:t>QUE É O REGIME ESPECIAL DE ESTUDOS (REE)?</w:t>
            </w:r>
            <w:r w:rsidR="004B5BD4">
              <w:rPr>
                <w:noProof/>
                <w:webHidden/>
              </w:rPr>
              <w:tab/>
            </w:r>
            <w:r w:rsidR="004B5BD4">
              <w:rPr>
                <w:noProof/>
                <w:webHidden/>
              </w:rPr>
              <w:fldChar w:fldCharType="begin"/>
            </w:r>
            <w:r w:rsidR="004B5BD4">
              <w:rPr>
                <w:noProof/>
                <w:webHidden/>
              </w:rPr>
              <w:instrText xml:space="preserve"> PAGEREF _Toc233826697 \h </w:instrText>
            </w:r>
            <w:r w:rsidR="004B5BD4">
              <w:rPr>
                <w:noProof/>
                <w:webHidden/>
              </w:rPr>
            </w:r>
            <w:r w:rsidR="004B5BD4">
              <w:rPr>
                <w:noProof/>
                <w:webHidden/>
              </w:rPr>
              <w:fldChar w:fldCharType="separate"/>
            </w:r>
            <w:r w:rsidR="004B5BD4">
              <w:rPr>
                <w:noProof/>
                <w:webHidden/>
              </w:rPr>
              <w:t>6</w:t>
            </w:r>
            <w:r w:rsidR="004B5BD4">
              <w:rPr>
                <w:noProof/>
                <w:webHidden/>
              </w:rPr>
              <w:fldChar w:fldCharType="end"/>
            </w:r>
          </w:hyperlink>
        </w:p>
        <w:p w:rsidR="004B5BD4" w:rsidRDefault="0035503C">
          <w:pPr>
            <w:pStyle w:val="Sumrio1"/>
            <w:tabs>
              <w:tab w:val="left" w:pos="440"/>
              <w:tab w:val="right" w:leader="dot" w:pos="8828"/>
            </w:tabs>
            <w:rPr>
              <w:noProof/>
              <w:lang w:val="pt-BR" w:eastAsia="pt-BR"/>
            </w:rPr>
          </w:pPr>
          <w:hyperlink w:anchor="_Toc233826698" w:history="1">
            <w:r w:rsidR="004B5BD4" w:rsidRPr="00436DAA">
              <w:rPr>
                <w:rStyle w:val="Hyperlink"/>
                <w:noProof/>
              </w:rPr>
              <w:t>3.</w:t>
            </w:r>
            <w:r w:rsidR="004B5BD4">
              <w:rPr>
                <w:noProof/>
                <w:lang w:val="pt-BR" w:eastAsia="pt-BR"/>
              </w:rPr>
              <w:tab/>
            </w:r>
            <w:r w:rsidR="004B5BD4" w:rsidRPr="00436DAA">
              <w:rPr>
                <w:rStyle w:val="Hyperlink"/>
                <w:noProof/>
              </w:rPr>
              <w:t>QUEM PODE SOLICITAR O REE?</w:t>
            </w:r>
            <w:r w:rsidR="004B5BD4">
              <w:rPr>
                <w:noProof/>
                <w:webHidden/>
              </w:rPr>
              <w:tab/>
            </w:r>
            <w:r w:rsidR="004B5BD4">
              <w:rPr>
                <w:noProof/>
                <w:webHidden/>
              </w:rPr>
              <w:fldChar w:fldCharType="begin"/>
            </w:r>
            <w:r w:rsidR="004B5BD4">
              <w:rPr>
                <w:noProof/>
                <w:webHidden/>
              </w:rPr>
              <w:instrText xml:space="preserve"> PAGEREF _Toc233826698 \h </w:instrText>
            </w:r>
            <w:r w:rsidR="004B5BD4">
              <w:rPr>
                <w:noProof/>
                <w:webHidden/>
              </w:rPr>
            </w:r>
            <w:r w:rsidR="004B5BD4">
              <w:rPr>
                <w:noProof/>
                <w:webHidden/>
              </w:rPr>
              <w:fldChar w:fldCharType="separate"/>
            </w:r>
            <w:r w:rsidR="004B5BD4">
              <w:rPr>
                <w:noProof/>
                <w:webHidden/>
              </w:rPr>
              <w:t>7</w:t>
            </w:r>
            <w:r w:rsidR="004B5BD4">
              <w:rPr>
                <w:noProof/>
                <w:webHidden/>
              </w:rPr>
              <w:fldChar w:fldCharType="end"/>
            </w:r>
          </w:hyperlink>
        </w:p>
        <w:p w:rsidR="004B5BD4" w:rsidRDefault="0035503C">
          <w:pPr>
            <w:pStyle w:val="Sumrio1"/>
            <w:tabs>
              <w:tab w:val="left" w:pos="440"/>
              <w:tab w:val="right" w:leader="dot" w:pos="8828"/>
            </w:tabs>
            <w:rPr>
              <w:noProof/>
              <w:lang w:val="pt-BR" w:eastAsia="pt-BR"/>
            </w:rPr>
          </w:pPr>
          <w:hyperlink w:anchor="_Toc233826699" w:history="1">
            <w:r w:rsidR="004B5BD4" w:rsidRPr="00436DAA">
              <w:rPr>
                <w:rStyle w:val="Hyperlink"/>
                <w:noProof/>
              </w:rPr>
              <w:t>6.</w:t>
            </w:r>
            <w:r w:rsidR="004B5BD4">
              <w:rPr>
                <w:noProof/>
                <w:lang w:val="pt-BR" w:eastAsia="pt-BR"/>
              </w:rPr>
              <w:tab/>
            </w:r>
            <w:r w:rsidR="004B5BD4" w:rsidRPr="00436DAA">
              <w:rPr>
                <w:rStyle w:val="Hyperlink"/>
                <w:noProof/>
              </w:rPr>
              <w:t>DISCIPLINAS CONTEMPLADAS PELO REE</w:t>
            </w:r>
            <w:r w:rsidR="004B5BD4">
              <w:rPr>
                <w:noProof/>
                <w:webHidden/>
              </w:rPr>
              <w:tab/>
            </w:r>
            <w:r w:rsidR="004B5BD4">
              <w:rPr>
                <w:noProof/>
                <w:webHidden/>
              </w:rPr>
              <w:fldChar w:fldCharType="begin"/>
            </w:r>
            <w:r w:rsidR="004B5BD4">
              <w:rPr>
                <w:noProof/>
                <w:webHidden/>
              </w:rPr>
              <w:instrText xml:space="preserve"> PAGEREF _Toc233826699 \h </w:instrText>
            </w:r>
            <w:r w:rsidR="004B5BD4">
              <w:rPr>
                <w:noProof/>
                <w:webHidden/>
              </w:rPr>
            </w:r>
            <w:r w:rsidR="004B5BD4">
              <w:rPr>
                <w:noProof/>
                <w:webHidden/>
              </w:rPr>
              <w:fldChar w:fldCharType="separate"/>
            </w:r>
            <w:r w:rsidR="004B5BD4">
              <w:rPr>
                <w:noProof/>
                <w:webHidden/>
              </w:rPr>
              <w:t>7</w:t>
            </w:r>
            <w:r w:rsidR="004B5BD4">
              <w:rPr>
                <w:noProof/>
                <w:webHidden/>
              </w:rPr>
              <w:fldChar w:fldCharType="end"/>
            </w:r>
          </w:hyperlink>
        </w:p>
        <w:p w:rsidR="004B5BD4" w:rsidRDefault="0035503C">
          <w:pPr>
            <w:pStyle w:val="Sumrio1"/>
            <w:tabs>
              <w:tab w:val="left" w:pos="440"/>
              <w:tab w:val="right" w:leader="dot" w:pos="8828"/>
            </w:tabs>
            <w:rPr>
              <w:noProof/>
              <w:lang w:val="pt-BR" w:eastAsia="pt-BR"/>
            </w:rPr>
          </w:pPr>
          <w:hyperlink w:anchor="_Toc233826700" w:history="1">
            <w:r w:rsidR="004B5BD4" w:rsidRPr="00436DAA">
              <w:rPr>
                <w:rStyle w:val="Hyperlink"/>
                <w:noProof/>
              </w:rPr>
              <w:t>7.</w:t>
            </w:r>
            <w:r w:rsidR="004B5BD4">
              <w:rPr>
                <w:noProof/>
                <w:lang w:val="pt-BR" w:eastAsia="pt-BR"/>
              </w:rPr>
              <w:tab/>
            </w:r>
            <w:r w:rsidR="004B5BD4" w:rsidRPr="00436DAA">
              <w:rPr>
                <w:rStyle w:val="Hyperlink"/>
                <w:noProof/>
              </w:rPr>
              <w:t>ATIVIDADES NÃO CONTEMPLADAS PELO REE</w:t>
            </w:r>
            <w:r w:rsidR="004B5BD4">
              <w:rPr>
                <w:noProof/>
                <w:webHidden/>
              </w:rPr>
              <w:tab/>
            </w:r>
            <w:r w:rsidR="004B5BD4">
              <w:rPr>
                <w:noProof/>
                <w:webHidden/>
              </w:rPr>
              <w:fldChar w:fldCharType="begin"/>
            </w:r>
            <w:r w:rsidR="004B5BD4">
              <w:rPr>
                <w:noProof/>
                <w:webHidden/>
              </w:rPr>
              <w:instrText xml:space="preserve"> PAGEREF _Toc233826700 \h </w:instrText>
            </w:r>
            <w:r w:rsidR="004B5BD4">
              <w:rPr>
                <w:noProof/>
                <w:webHidden/>
              </w:rPr>
            </w:r>
            <w:r w:rsidR="004B5BD4">
              <w:rPr>
                <w:noProof/>
                <w:webHidden/>
              </w:rPr>
              <w:fldChar w:fldCharType="separate"/>
            </w:r>
            <w:r w:rsidR="004B5BD4">
              <w:rPr>
                <w:noProof/>
                <w:webHidden/>
              </w:rPr>
              <w:t>8</w:t>
            </w:r>
            <w:r w:rsidR="004B5BD4">
              <w:rPr>
                <w:noProof/>
                <w:webHidden/>
              </w:rPr>
              <w:fldChar w:fldCharType="end"/>
            </w:r>
          </w:hyperlink>
        </w:p>
        <w:p w:rsidR="004B5BD4" w:rsidRDefault="0035503C">
          <w:pPr>
            <w:pStyle w:val="Sumrio1"/>
            <w:tabs>
              <w:tab w:val="left" w:pos="440"/>
              <w:tab w:val="right" w:leader="dot" w:pos="8828"/>
            </w:tabs>
            <w:rPr>
              <w:noProof/>
              <w:lang w:val="pt-BR" w:eastAsia="pt-BR"/>
            </w:rPr>
          </w:pPr>
          <w:hyperlink w:anchor="_Toc233826701" w:history="1">
            <w:r w:rsidR="004B5BD4" w:rsidRPr="00436DAA">
              <w:rPr>
                <w:rStyle w:val="Hyperlink"/>
                <w:noProof/>
              </w:rPr>
              <w:t>8.</w:t>
            </w:r>
            <w:r w:rsidR="004B5BD4">
              <w:rPr>
                <w:noProof/>
                <w:lang w:val="pt-BR" w:eastAsia="pt-BR"/>
              </w:rPr>
              <w:tab/>
            </w:r>
            <w:r w:rsidR="004B5BD4" w:rsidRPr="00436DAA">
              <w:rPr>
                <w:rStyle w:val="Hyperlink"/>
                <w:noProof/>
              </w:rPr>
              <w:t>INTEGRALIDADE DO REGIME ESPECIAL DE ESTUDOS</w:t>
            </w:r>
            <w:r w:rsidR="004B5BD4">
              <w:rPr>
                <w:noProof/>
                <w:webHidden/>
              </w:rPr>
              <w:tab/>
            </w:r>
            <w:r w:rsidR="004B5BD4">
              <w:rPr>
                <w:noProof/>
                <w:webHidden/>
              </w:rPr>
              <w:fldChar w:fldCharType="begin"/>
            </w:r>
            <w:r w:rsidR="004B5BD4">
              <w:rPr>
                <w:noProof/>
                <w:webHidden/>
              </w:rPr>
              <w:instrText xml:space="preserve"> PAGEREF _Toc233826701 \h </w:instrText>
            </w:r>
            <w:r w:rsidR="004B5BD4">
              <w:rPr>
                <w:noProof/>
                <w:webHidden/>
              </w:rPr>
            </w:r>
            <w:r w:rsidR="004B5BD4">
              <w:rPr>
                <w:noProof/>
                <w:webHidden/>
              </w:rPr>
              <w:fldChar w:fldCharType="separate"/>
            </w:r>
            <w:r w:rsidR="004B5BD4">
              <w:rPr>
                <w:noProof/>
                <w:webHidden/>
              </w:rPr>
              <w:t>8</w:t>
            </w:r>
            <w:r w:rsidR="004B5BD4">
              <w:rPr>
                <w:noProof/>
                <w:webHidden/>
              </w:rPr>
              <w:fldChar w:fldCharType="end"/>
            </w:r>
          </w:hyperlink>
        </w:p>
        <w:p w:rsidR="004B5BD4" w:rsidRDefault="0035503C">
          <w:pPr>
            <w:pStyle w:val="Sumrio1"/>
            <w:tabs>
              <w:tab w:val="left" w:pos="660"/>
              <w:tab w:val="right" w:leader="dot" w:pos="8828"/>
            </w:tabs>
            <w:rPr>
              <w:noProof/>
              <w:lang w:val="pt-BR" w:eastAsia="pt-BR"/>
            </w:rPr>
          </w:pPr>
          <w:hyperlink w:anchor="_Toc233826702" w:history="1">
            <w:r w:rsidR="004B5BD4" w:rsidRPr="00436DAA">
              <w:rPr>
                <w:rStyle w:val="Hyperlink"/>
                <w:noProof/>
              </w:rPr>
              <w:t>10.</w:t>
            </w:r>
            <w:r w:rsidR="004B5BD4">
              <w:rPr>
                <w:noProof/>
                <w:lang w:val="pt-BR" w:eastAsia="pt-BR"/>
              </w:rPr>
              <w:tab/>
            </w:r>
            <w:r w:rsidR="004B5BD4" w:rsidRPr="00436DAA">
              <w:rPr>
                <w:rStyle w:val="Hyperlink"/>
                <w:noProof/>
              </w:rPr>
              <w:t>FUNCIONAMENTO DAS ATIVIDADES ACADÊMICAS NO AVA</w:t>
            </w:r>
            <w:r w:rsidR="004B5BD4">
              <w:rPr>
                <w:noProof/>
                <w:webHidden/>
              </w:rPr>
              <w:tab/>
            </w:r>
            <w:r w:rsidR="004B5BD4">
              <w:rPr>
                <w:noProof/>
                <w:webHidden/>
              </w:rPr>
              <w:fldChar w:fldCharType="begin"/>
            </w:r>
            <w:r w:rsidR="004B5BD4">
              <w:rPr>
                <w:noProof/>
                <w:webHidden/>
              </w:rPr>
              <w:instrText xml:space="preserve"> PAGEREF _Toc233826702 \h </w:instrText>
            </w:r>
            <w:r w:rsidR="004B5BD4">
              <w:rPr>
                <w:noProof/>
                <w:webHidden/>
              </w:rPr>
            </w:r>
            <w:r w:rsidR="004B5BD4">
              <w:rPr>
                <w:noProof/>
                <w:webHidden/>
              </w:rPr>
              <w:fldChar w:fldCharType="separate"/>
            </w:r>
            <w:r w:rsidR="004B5BD4">
              <w:rPr>
                <w:noProof/>
                <w:webHidden/>
              </w:rPr>
              <w:t>9</w:t>
            </w:r>
            <w:r w:rsidR="004B5BD4">
              <w:rPr>
                <w:noProof/>
                <w:webHidden/>
              </w:rPr>
              <w:fldChar w:fldCharType="end"/>
            </w:r>
          </w:hyperlink>
        </w:p>
        <w:p w:rsidR="004B5BD4" w:rsidRDefault="0035503C">
          <w:pPr>
            <w:pStyle w:val="Sumrio1"/>
            <w:tabs>
              <w:tab w:val="left" w:pos="660"/>
              <w:tab w:val="right" w:leader="dot" w:pos="8828"/>
            </w:tabs>
            <w:rPr>
              <w:noProof/>
              <w:lang w:val="pt-BR" w:eastAsia="pt-BR"/>
            </w:rPr>
          </w:pPr>
          <w:hyperlink w:anchor="_Toc233826703" w:history="1">
            <w:r w:rsidR="004B5BD4" w:rsidRPr="00436DAA">
              <w:rPr>
                <w:rStyle w:val="Hyperlink"/>
                <w:noProof/>
              </w:rPr>
              <w:t>11.</w:t>
            </w:r>
            <w:r w:rsidR="004B5BD4">
              <w:rPr>
                <w:noProof/>
                <w:lang w:val="pt-BR" w:eastAsia="pt-BR"/>
              </w:rPr>
              <w:tab/>
            </w:r>
            <w:r w:rsidR="004B5BD4" w:rsidRPr="00436DAA">
              <w:rPr>
                <w:rStyle w:val="Hyperlink"/>
                <w:noProof/>
              </w:rPr>
              <w:t>FREQUÊNCIA ACADÊMICA</w:t>
            </w:r>
            <w:r w:rsidR="004B5BD4">
              <w:rPr>
                <w:noProof/>
                <w:webHidden/>
              </w:rPr>
              <w:tab/>
            </w:r>
            <w:r w:rsidR="004B5BD4">
              <w:rPr>
                <w:noProof/>
                <w:webHidden/>
              </w:rPr>
              <w:fldChar w:fldCharType="begin"/>
            </w:r>
            <w:r w:rsidR="004B5BD4">
              <w:rPr>
                <w:noProof/>
                <w:webHidden/>
              </w:rPr>
              <w:instrText xml:space="preserve"> PAGEREF _Toc233826703 \h </w:instrText>
            </w:r>
            <w:r w:rsidR="004B5BD4">
              <w:rPr>
                <w:noProof/>
                <w:webHidden/>
              </w:rPr>
            </w:r>
            <w:r w:rsidR="004B5BD4">
              <w:rPr>
                <w:noProof/>
                <w:webHidden/>
              </w:rPr>
              <w:fldChar w:fldCharType="separate"/>
            </w:r>
            <w:r w:rsidR="004B5BD4">
              <w:rPr>
                <w:noProof/>
                <w:webHidden/>
              </w:rPr>
              <w:t>10</w:t>
            </w:r>
            <w:r w:rsidR="004B5BD4">
              <w:rPr>
                <w:noProof/>
                <w:webHidden/>
              </w:rPr>
              <w:fldChar w:fldCharType="end"/>
            </w:r>
          </w:hyperlink>
        </w:p>
        <w:p w:rsidR="004B5BD4" w:rsidRDefault="0035503C">
          <w:pPr>
            <w:pStyle w:val="Sumrio1"/>
            <w:tabs>
              <w:tab w:val="left" w:pos="660"/>
              <w:tab w:val="right" w:leader="dot" w:pos="8828"/>
            </w:tabs>
            <w:rPr>
              <w:noProof/>
              <w:lang w:val="pt-BR" w:eastAsia="pt-BR"/>
            </w:rPr>
          </w:pPr>
          <w:hyperlink w:anchor="_Toc233826704" w:history="1">
            <w:r w:rsidR="004B5BD4" w:rsidRPr="00436DAA">
              <w:rPr>
                <w:rStyle w:val="Hyperlink"/>
                <w:noProof/>
              </w:rPr>
              <w:t>12.</w:t>
            </w:r>
            <w:r w:rsidR="004B5BD4">
              <w:rPr>
                <w:noProof/>
                <w:lang w:val="pt-BR" w:eastAsia="pt-BR"/>
              </w:rPr>
              <w:tab/>
            </w:r>
            <w:r w:rsidR="004B5BD4" w:rsidRPr="00436DAA">
              <w:rPr>
                <w:rStyle w:val="Hyperlink"/>
                <w:noProof/>
              </w:rPr>
              <w:t>AVALIAÇÕES ACADÊMICAS E SEGUNDA CHAMADA</w:t>
            </w:r>
            <w:r w:rsidR="004B5BD4">
              <w:rPr>
                <w:noProof/>
                <w:webHidden/>
              </w:rPr>
              <w:tab/>
            </w:r>
            <w:r w:rsidR="004B5BD4">
              <w:rPr>
                <w:noProof/>
                <w:webHidden/>
              </w:rPr>
              <w:fldChar w:fldCharType="begin"/>
            </w:r>
            <w:r w:rsidR="004B5BD4">
              <w:rPr>
                <w:noProof/>
                <w:webHidden/>
              </w:rPr>
              <w:instrText xml:space="preserve"> PAGEREF _Toc233826704 \h </w:instrText>
            </w:r>
            <w:r w:rsidR="004B5BD4">
              <w:rPr>
                <w:noProof/>
                <w:webHidden/>
              </w:rPr>
            </w:r>
            <w:r w:rsidR="004B5BD4">
              <w:rPr>
                <w:noProof/>
                <w:webHidden/>
              </w:rPr>
              <w:fldChar w:fldCharType="separate"/>
            </w:r>
            <w:r w:rsidR="004B5BD4">
              <w:rPr>
                <w:noProof/>
                <w:webHidden/>
              </w:rPr>
              <w:t>10</w:t>
            </w:r>
            <w:r w:rsidR="004B5BD4">
              <w:rPr>
                <w:noProof/>
                <w:webHidden/>
              </w:rPr>
              <w:fldChar w:fldCharType="end"/>
            </w:r>
          </w:hyperlink>
        </w:p>
        <w:p w:rsidR="004B5BD4" w:rsidRDefault="0035503C">
          <w:pPr>
            <w:pStyle w:val="Sumrio1"/>
            <w:tabs>
              <w:tab w:val="left" w:pos="660"/>
              <w:tab w:val="right" w:leader="dot" w:pos="8828"/>
            </w:tabs>
            <w:rPr>
              <w:noProof/>
              <w:lang w:val="pt-BR" w:eastAsia="pt-BR"/>
            </w:rPr>
          </w:pPr>
          <w:hyperlink w:anchor="_Toc233826705" w:history="1">
            <w:r w:rsidR="004B5BD4" w:rsidRPr="00436DAA">
              <w:rPr>
                <w:rStyle w:val="Hyperlink"/>
                <w:noProof/>
              </w:rPr>
              <w:t>13.</w:t>
            </w:r>
            <w:r w:rsidR="004B5BD4">
              <w:rPr>
                <w:noProof/>
                <w:lang w:val="pt-BR" w:eastAsia="pt-BR"/>
              </w:rPr>
              <w:tab/>
            </w:r>
            <w:r w:rsidR="004B5BD4" w:rsidRPr="00436DAA">
              <w:rPr>
                <w:rStyle w:val="Hyperlink"/>
                <w:noProof/>
              </w:rPr>
              <w:t>REPOSIÇÃO DE PRÁTICAS, ESTÁGIOS E EXTENSÃO</w:t>
            </w:r>
            <w:r w:rsidR="004B5BD4">
              <w:rPr>
                <w:noProof/>
                <w:webHidden/>
              </w:rPr>
              <w:tab/>
            </w:r>
            <w:r w:rsidR="004B5BD4">
              <w:rPr>
                <w:noProof/>
                <w:webHidden/>
              </w:rPr>
              <w:fldChar w:fldCharType="begin"/>
            </w:r>
            <w:r w:rsidR="004B5BD4">
              <w:rPr>
                <w:noProof/>
                <w:webHidden/>
              </w:rPr>
              <w:instrText xml:space="preserve"> PAGEREF _Toc233826705 \h </w:instrText>
            </w:r>
            <w:r w:rsidR="004B5BD4">
              <w:rPr>
                <w:noProof/>
                <w:webHidden/>
              </w:rPr>
            </w:r>
            <w:r w:rsidR="004B5BD4">
              <w:rPr>
                <w:noProof/>
                <w:webHidden/>
              </w:rPr>
              <w:fldChar w:fldCharType="separate"/>
            </w:r>
            <w:r w:rsidR="004B5BD4">
              <w:rPr>
                <w:noProof/>
                <w:webHidden/>
              </w:rPr>
              <w:t>10</w:t>
            </w:r>
            <w:r w:rsidR="004B5BD4">
              <w:rPr>
                <w:noProof/>
                <w:webHidden/>
              </w:rPr>
              <w:fldChar w:fldCharType="end"/>
            </w:r>
          </w:hyperlink>
        </w:p>
        <w:p w:rsidR="004B5BD4" w:rsidRDefault="0035503C">
          <w:pPr>
            <w:pStyle w:val="Sumrio1"/>
            <w:tabs>
              <w:tab w:val="left" w:pos="660"/>
              <w:tab w:val="right" w:leader="dot" w:pos="8828"/>
            </w:tabs>
            <w:rPr>
              <w:noProof/>
              <w:lang w:val="pt-BR" w:eastAsia="pt-BR"/>
            </w:rPr>
          </w:pPr>
          <w:hyperlink w:anchor="_Toc233826706" w:history="1">
            <w:r w:rsidR="004B5BD4" w:rsidRPr="00436DAA">
              <w:rPr>
                <w:rStyle w:val="Hyperlink"/>
                <w:noProof/>
              </w:rPr>
              <w:t>14.</w:t>
            </w:r>
            <w:r w:rsidR="004B5BD4">
              <w:rPr>
                <w:noProof/>
                <w:lang w:val="pt-BR" w:eastAsia="pt-BR"/>
              </w:rPr>
              <w:tab/>
            </w:r>
            <w:r w:rsidR="004B5BD4" w:rsidRPr="00436DAA">
              <w:rPr>
                <w:rStyle w:val="Hyperlink"/>
                <w:noProof/>
              </w:rPr>
              <w:t>ENCERRAMENTO DO REES</w:t>
            </w:r>
            <w:r w:rsidR="004B5BD4">
              <w:rPr>
                <w:noProof/>
                <w:webHidden/>
              </w:rPr>
              <w:tab/>
            </w:r>
            <w:r w:rsidR="004B5BD4">
              <w:rPr>
                <w:noProof/>
                <w:webHidden/>
              </w:rPr>
              <w:fldChar w:fldCharType="begin"/>
            </w:r>
            <w:r w:rsidR="004B5BD4">
              <w:rPr>
                <w:noProof/>
                <w:webHidden/>
              </w:rPr>
              <w:instrText xml:space="preserve"> PAGEREF _Toc233826706 \h </w:instrText>
            </w:r>
            <w:r w:rsidR="004B5BD4">
              <w:rPr>
                <w:noProof/>
                <w:webHidden/>
              </w:rPr>
            </w:r>
            <w:r w:rsidR="004B5BD4">
              <w:rPr>
                <w:noProof/>
                <w:webHidden/>
              </w:rPr>
              <w:fldChar w:fldCharType="separate"/>
            </w:r>
            <w:r w:rsidR="004B5BD4">
              <w:rPr>
                <w:noProof/>
                <w:webHidden/>
              </w:rPr>
              <w:t>11</w:t>
            </w:r>
            <w:r w:rsidR="004B5BD4">
              <w:rPr>
                <w:noProof/>
                <w:webHidden/>
              </w:rPr>
              <w:fldChar w:fldCharType="end"/>
            </w:r>
          </w:hyperlink>
        </w:p>
        <w:p w:rsidR="004B5BD4" w:rsidRDefault="0035503C">
          <w:pPr>
            <w:pStyle w:val="Sumrio1"/>
            <w:tabs>
              <w:tab w:val="left" w:pos="660"/>
              <w:tab w:val="right" w:leader="dot" w:pos="8828"/>
            </w:tabs>
            <w:rPr>
              <w:noProof/>
              <w:lang w:val="pt-BR" w:eastAsia="pt-BR"/>
            </w:rPr>
          </w:pPr>
          <w:hyperlink w:anchor="_Toc233826707" w:history="1">
            <w:r w:rsidR="004B5BD4" w:rsidRPr="00436DAA">
              <w:rPr>
                <w:rStyle w:val="Hyperlink"/>
                <w:noProof/>
              </w:rPr>
              <w:t>15.</w:t>
            </w:r>
            <w:r w:rsidR="004B5BD4">
              <w:rPr>
                <w:noProof/>
                <w:lang w:val="pt-BR" w:eastAsia="pt-BR"/>
              </w:rPr>
              <w:tab/>
            </w:r>
            <w:r w:rsidR="004B5BD4" w:rsidRPr="00436DAA">
              <w:rPr>
                <w:rStyle w:val="Hyperlink"/>
                <w:noProof/>
              </w:rPr>
              <w:t>APOIO AO ESTUDANTE</w:t>
            </w:r>
            <w:r w:rsidR="004B5BD4">
              <w:rPr>
                <w:noProof/>
                <w:webHidden/>
              </w:rPr>
              <w:tab/>
            </w:r>
            <w:r w:rsidR="004B5BD4">
              <w:rPr>
                <w:noProof/>
                <w:webHidden/>
              </w:rPr>
              <w:fldChar w:fldCharType="begin"/>
            </w:r>
            <w:r w:rsidR="004B5BD4">
              <w:rPr>
                <w:noProof/>
                <w:webHidden/>
              </w:rPr>
              <w:instrText xml:space="preserve"> PAGEREF _Toc233826707 \h </w:instrText>
            </w:r>
            <w:r w:rsidR="004B5BD4">
              <w:rPr>
                <w:noProof/>
                <w:webHidden/>
              </w:rPr>
            </w:r>
            <w:r w:rsidR="004B5BD4">
              <w:rPr>
                <w:noProof/>
                <w:webHidden/>
              </w:rPr>
              <w:fldChar w:fldCharType="separate"/>
            </w:r>
            <w:r w:rsidR="004B5BD4">
              <w:rPr>
                <w:noProof/>
                <w:webHidden/>
              </w:rPr>
              <w:t>11</w:t>
            </w:r>
            <w:r w:rsidR="004B5BD4">
              <w:rPr>
                <w:noProof/>
                <w:webHidden/>
              </w:rPr>
              <w:fldChar w:fldCharType="end"/>
            </w:r>
          </w:hyperlink>
        </w:p>
        <w:p w:rsidR="004B5BD4" w:rsidRDefault="0035503C">
          <w:pPr>
            <w:pStyle w:val="Sumrio1"/>
            <w:tabs>
              <w:tab w:val="left" w:pos="660"/>
              <w:tab w:val="right" w:leader="dot" w:pos="8828"/>
            </w:tabs>
            <w:rPr>
              <w:noProof/>
              <w:lang w:val="pt-BR" w:eastAsia="pt-BR"/>
            </w:rPr>
          </w:pPr>
          <w:hyperlink w:anchor="_Toc233826708" w:history="1">
            <w:r w:rsidR="004B5BD4" w:rsidRPr="00436DAA">
              <w:rPr>
                <w:rStyle w:val="Hyperlink"/>
                <w:noProof/>
              </w:rPr>
              <w:t>16.</w:t>
            </w:r>
            <w:r w:rsidR="004B5BD4">
              <w:rPr>
                <w:noProof/>
                <w:lang w:val="pt-BR" w:eastAsia="pt-BR"/>
              </w:rPr>
              <w:tab/>
            </w:r>
            <w:r w:rsidR="004B5BD4" w:rsidRPr="00436DAA">
              <w:rPr>
                <w:rStyle w:val="Hyperlink"/>
                <w:noProof/>
              </w:rPr>
              <w:t>REEPONSABILIDADES DO ESTUDANTE</w:t>
            </w:r>
            <w:r w:rsidR="004B5BD4">
              <w:rPr>
                <w:noProof/>
                <w:webHidden/>
              </w:rPr>
              <w:tab/>
            </w:r>
            <w:r w:rsidR="004B5BD4">
              <w:rPr>
                <w:noProof/>
                <w:webHidden/>
              </w:rPr>
              <w:fldChar w:fldCharType="begin"/>
            </w:r>
            <w:r w:rsidR="004B5BD4">
              <w:rPr>
                <w:noProof/>
                <w:webHidden/>
              </w:rPr>
              <w:instrText xml:space="preserve"> PAGEREF _Toc233826708 \h </w:instrText>
            </w:r>
            <w:r w:rsidR="004B5BD4">
              <w:rPr>
                <w:noProof/>
                <w:webHidden/>
              </w:rPr>
            </w:r>
            <w:r w:rsidR="004B5BD4">
              <w:rPr>
                <w:noProof/>
                <w:webHidden/>
              </w:rPr>
              <w:fldChar w:fldCharType="separate"/>
            </w:r>
            <w:r w:rsidR="004B5BD4">
              <w:rPr>
                <w:noProof/>
                <w:webHidden/>
              </w:rPr>
              <w:t>11</w:t>
            </w:r>
            <w:r w:rsidR="004B5BD4">
              <w:rPr>
                <w:noProof/>
                <w:webHidden/>
              </w:rPr>
              <w:fldChar w:fldCharType="end"/>
            </w:r>
          </w:hyperlink>
        </w:p>
        <w:p w:rsidR="004B5BD4" w:rsidRDefault="0035503C" w:rsidP="004B5BD4">
          <w:pPr>
            <w:pStyle w:val="Sumrio1"/>
            <w:tabs>
              <w:tab w:val="left" w:pos="660"/>
              <w:tab w:val="right" w:leader="dot" w:pos="8828"/>
            </w:tabs>
            <w:rPr>
              <w:noProof/>
              <w:lang w:val="pt-BR" w:eastAsia="pt-BR"/>
            </w:rPr>
          </w:pPr>
          <w:hyperlink w:anchor="_Toc233826709" w:history="1">
            <w:r w:rsidR="004B5BD4" w:rsidRPr="00436DAA">
              <w:rPr>
                <w:rStyle w:val="Hyperlink"/>
                <w:noProof/>
              </w:rPr>
              <w:t>17.</w:t>
            </w:r>
            <w:r w:rsidR="004B5BD4">
              <w:rPr>
                <w:noProof/>
                <w:lang w:val="pt-BR" w:eastAsia="pt-BR"/>
              </w:rPr>
              <w:tab/>
            </w:r>
            <w:r w:rsidR="004B5BD4" w:rsidRPr="00436DAA">
              <w:rPr>
                <w:rStyle w:val="Hyperlink"/>
                <w:noProof/>
              </w:rPr>
              <w:t>PERGUNTAS FREQUENTES</w:t>
            </w:r>
            <w:r w:rsidR="004B5BD4">
              <w:rPr>
                <w:noProof/>
                <w:webHidden/>
              </w:rPr>
              <w:tab/>
            </w:r>
            <w:r w:rsidR="004B5BD4">
              <w:rPr>
                <w:noProof/>
                <w:webHidden/>
              </w:rPr>
              <w:fldChar w:fldCharType="begin"/>
            </w:r>
            <w:r w:rsidR="004B5BD4">
              <w:rPr>
                <w:noProof/>
                <w:webHidden/>
              </w:rPr>
              <w:instrText xml:space="preserve"> PAGEREF _Toc233826709 \h </w:instrText>
            </w:r>
            <w:r w:rsidR="004B5BD4">
              <w:rPr>
                <w:noProof/>
                <w:webHidden/>
              </w:rPr>
            </w:r>
            <w:r w:rsidR="004B5BD4">
              <w:rPr>
                <w:noProof/>
                <w:webHidden/>
              </w:rPr>
              <w:fldChar w:fldCharType="separate"/>
            </w:r>
            <w:r w:rsidR="004B5BD4">
              <w:rPr>
                <w:noProof/>
                <w:webHidden/>
              </w:rPr>
              <w:t>12</w:t>
            </w:r>
            <w:r w:rsidR="004B5BD4">
              <w:rPr>
                <w:noProof/>
                <w:webHidden/>
              </w:rPr>
              <w:fldChar w:fldCharType="end"/>
            </w:r>
          </w:hyperlink>
        </w:p>
        <w:p w:rsidR="004B5BD4" w:rsidRDefault="0035503C">
          <w:pPr>
            <w:pStyle w:val="Sumrio1"/>
            <w:tabs>
              <w:tab w:val="left" w:pos="660"/>
              <w:tab w:val="right" w:leader="dot" w:pos="8828"/>
            </w:tabs>
            <w:rPr>
              <w:noProof/>
              <w:lang w:val="pt-BR" w:eastAsia="pt-BR"/>
            </w:rPr>
          </w:pPr>
          <w:hyperlink w:anchor="_Toc233826711" w:history="1">
            <w:r w:rsidR="004B5BD4" w:rsidRPr="00436DAA">
              <w:rPr>
                <w:rStyle w:val="Hyperlink"/>
                <w:noProof/>
              </w:rPr>
              <w:t>18.</w:t>
            </w:r>
            <w:r w:rsidR="004B5BD4">
              <w:rPr>
                <w:noProof/>
                <w:lang w:val="pt-BR" w:eastAsia="pt-BR"/>
              </w:rPr>
              <w:tab/>
            </w:r>
            <w:r w:rsidR="004B5BD4" w:rsidRPr="00436DAA">
              <w:rPr>
                <w:rStyle w:val="Hyperlink"/>
                <w:noProof/>
              </w:rPr>
              <w:t>DISPOSIÇÕES FINAIS</w:t>
            </w:r>
            <w:r w:rsidR="004B5BD4">
              <w:rPr>
                <w:noProof/>
                <w:webHidden/>
              </w:rPr>
              <w:tab/>
            </w:r>
            <w:r w:rsidR="004B5BD4">
              <w:rPr>
                <w:noProof/>
                <w:webHidden/>
              </w:rPr>
              <w:fldChar w:fldCharType="begin"/>
            </w:r>
            <w:r w:rsidR="004B5BD4">
              <w:rPr>
                <w:noProof/>
                <w:webHidden/>
              </w:rPr>
              <w:instrText xml:space="preserve"> PAGEREF _Toc233826711 \h </w:instrText>
            </w:r>
            <w:r w:rsidR="004B5BD4">
              <w:rPr>
                <w:noProof/>
                <w:webHidden/>
              </w:rPr>
            </w:r>
            <w:r w:rsidR="004B5BD4">
              <w:rPr>
                <w:noProof/>
                <w:webHidden/>
              </w:rPr>
              <w:fldChar w:fldCharType="separate"/>
            </w:r>
            <w:r w:rsidR="004B5BD4">
              <w:rPr>
                <w:noProof/>
                <w:webHidden/>
              </w:rPr>
              <w:t>13</w:t>
            </w:r>
            <w:r w:rsidR="004B5BD4">
              <w:rPr>
                <w:noProof/>
                <w:webHidden/>
              </w:rPr>
              <w:fldChar w:fldCharType="end"/>
            </w:r>
          </w:hyperlink>
        </w:p>
        <w:p w:rsidR="00FD2A42" w:rsidRDefault="00FD2A42">
          <w:r>
            <w:rPr>
              <w:b/>
              <w:bCs/>
            </w:rPr>
            <w:fldChar w:fldCharType="end"/>
          </w:r>
        </w:p>
      </w:sdtContent>
    </w:sdt>
    <w:p w:rsidR="00FD2A42" w:rsidRDefault="00FD2A42">
      <w:pPr>
        <w:rPr>
          <w:sz w:val="20"/>
          <w:szCs w:val="20"/>
        </w:rPr>
      </w:pPr>
      <w:r>
        <w:rPr>
          <w:sz w:val="20"/>
          <w:szCs w:val="20"/>
        </w:rPr>
        <w:br w:type="page"/>
      </w:r>
    </w:p>
    <w:p w:rsidR="00FD2A42" w:rsidRDefault="00FD2A42">
      <w:pPr>
        <w:rPr>
          <w:sz w:val="20"/>
          <w:szCs w:val="20"/>
        </w:rPr>
      </w:pPr>
    </w:p>
    <w:p w:rsidR="009E4EEF" w:rsidRDefault="009E4EEF">
      <w:pPr>
        <w:rPr>
          <w:sz w:val="20"/>
          <w:szCs w:val="20"/>
        </w:rPr>
      </w:pPr>
    </w:p>
    <w:p w:rsidR="004231D9" w:rsidRPr="005C7A43" w:rsidRDefault="004231D9" w:rsidP="005C7A43">
      <w:pPr>
        <w:spacing w:after="0" w:line="240" w:lineRule="auto"/>
        <w:rPr>
          <w:sz w:val="24"/>
          <w:szCs w:val="24"/>
        </w:rPr>
      </w:pPr>
    </w:p>
    <w:p w:rsidR="004231D9" w:rsidRPr="00310465" w:rsidRDefault="00D62664" w:rsidP="004B5BD4">
      <w:pPr>
        <w:pStyle w:val="Ttulo1"/>
        <w:numPr>
          <w:ilvl w:val="0"/>
          <w:numId w:val="18"/>
        </w:numPr>
        <w:rPr>
          <w:rFonts w:asciiTheme="minorHAnsi" w:hAnsiTheme="minorHAnsi"/>
          <w:color w:val="auto"/>
          <w:sz w:val="24"/>
          <w:szCs w:val="24"/>
        </w:rPr>
      </w:pPr>
      <w:bookmarkStart w:id="2" w:name="_Toc233826696"/>
      <w:r w:rsidRPr="00310465">
        <w:rPr>
          <w:rFonts w:asciiTheme="minorHAnsi" w:hAnsiTheme="minorHAnsi"/>
          <w:color w:val="auto"/>
          <w:sz w:val="24"/>
          <w:szCs w:val="24"/>
        </w:rPr>
        <w:t>APRESENTAÇÃO</w:t>
      </w:r>
      <w:bookmarkEnd w:id="2"/>
    </w:p>
    <w:p w:rsidR="007E4EA2" w:rsidRPr="005C7A43" w:rsidRDefault="005076BD" w:rsidP="005C7A43">
      <w:pPr>
        <w:spacing w:after="0" w:line="240" w:lineRule="auto"/>
        <w:jc w:val="both"/>
        <w:rPr>
          <w:sz w:val="24"/>
          <w:szCs w:val="24"/>
        </w:rPr>
      </w:pPr>
      <w:proofErr w:type="gramStart"/>
      <w:r w:rsidRPr="005C7A43">
        <w:rPr>
          <w:sz w:val="24"/>
          <w:szCs w:val="24"/>
        </w:rPr>
        <w:t xml:space="preserve">O </w:t>
      </w:r>
      <w:proofErr w:type="spellStart"/>
      <w:r w:rsidRPr="005C7A43">
        <w:rPr>
          <w:sz w:val="24"/>
          <w:szCs w:val="24"/>
        </w:rPr>
        <w:t>p</w:t>
      </w:r>
      <w:r w:rsidR="006B093B">
        <w:rPr>
          <w:sz w:val="24"/>
          <w:szCs w:val="24"/>
        </w:rPr>
        <w:t>res</w:t>
      </w:r>
      <w:r w:rsidR="006A5674">
        <w:rPr>
          <w:sz w:val="24"/>
          <w:szCs w:val="24"/>
        </w:rPr>
        <w:t>ente</w:t>
      </w:r>
      <w:proofErr w:type="spellEnd"/>
      <w:r w:rsidR="006A5674">
        <w:rPr>
          <w:sz w:val="24"/>
          <w:szCs w:val="24"/>
        </w:rPr>
        <w:t xml:space="preserve"> Manual de </w:t>
      </w:r>
      <w:proofErr w:type="spellStart"/>
      <w:r w:rsidR="006A5674">
        <w:rPr>
          <w:sz w:val="24"/>
          <w:szCs w:val="24"/>
        </w:rPr>
        <w:t>orientações</w:t>
      </w:r>
      <w:proofErr w:type="spellEnd"/>
      <w:r w:rsidR="006A5674">
        <w:rPr>
          <w:sz w:val="24"/>
          <w:szCs w:val="24"/>
        </w:rPr>
        <w:t xml:space="preserve"> para o Regime Especial de </w:t>
      </w:r>
      <w:proofErr w:type="spellStart"/>
      <w:r w:rsidR="006A5674">
        <w:rPr>
          <w:sz w:val="24"/>
          <w:szCs w:val="24"/>
        </w:rPr>
        <w:t>Estudos</w:t>
      </w:r>
      <w:proofErr w:type="spellEnd"/>
      <w:r w:rsidRPr="005C7A43">
        <w:rPr>
          <w:sz w:val="24"/>
          <w:szCs w:val="24"/>
        </w:rPr>
        <w:t xml:space="preserve"> tem </w:t>
      </w:r>
      <w:proofErr w:type="spellStart"/>
      <w:r w:rsidRPr="005C7A43">
        <w:rPr>
          <w:sz w:val="24"/>
          <w:szCs w:val="24"/>
        </w:rPr>
        <w:t>por</w:t>
      </w:r>
      <w:proofErr w:type="spellEnd"/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finalidade</w:t>
      </w:r>
      <w:proofErr w:type="spellEnd"/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orientar</w:t>
      </w:r>
      <w:proofErr w:type="spellEnd"/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os</w:t>
      </w:r>
      <w:proofErr w:type="spellEnd"/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discentes</w:t>
      </w:r>
      <w:proofErr w:type="spellEnd"/>
      <w:r w:rsidRPr="005C7A43">
        <w:rPr>
          <w:sz w:val="24"/>
          <w:szCs w:val="24"/>
        </w:rPr>
        <w:t xml:space="preserve"> dos </w:t>
      </w:r>
      <w:proofErr w:type="spellStart"/>
      <w:r w:rsidRPr="005C7A43">
        <w:rPr>
          <w:sz w:val="24"/>
          <w:szCs w:val="24"/>
        </w:rPr>
        <w:t>cursos</w:t>
      </w:r>
      <w:proofErr w:type="spellEnd"/>
      <w:r w:rsidRPr="005C7A43">
        <w:rPr>
          <w:sz w:val="24"/>
          <w:szCs w:val="24"/>
        </w:rPr>
        <w:t xml:space="preserve"> de </w:t>
      </w:r>
      <w:proofErr w:type="spellStart"/>
      <w:r w:rsidRPr="005C7A43">
        <w:rPr>
          <w:sz w:val="24"/>
          <w:szCs w:val="24"/>
        </w:rPr>
        <w:t>graduação</w:t>
      </w:r>
      <w:proofErr w:type="spellEnd"/>
      <w:r w:rsidRPr="005C7A43">
        <w:rPr>
          <w:sz w:val="24"/>
          <w:szCs w:val="24"/>
        </w:rPr>
        <w:t xml:space="preserve"> da </w:t>
      </w:r>
      <w:proofErr w:type="spellStart"/>
      <w:r w:rsidRPr="005C7A43">
        <w:rPr>
          <w:sz w:val="24"/>
          <w:szCs w:val="24"/>
        </w:rPr>
        <w:t>Faculdade</w:t>
      </w:r>
      <w:proofErr w:type="spellEnd"/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Ciências</w:t>
      </w:r>
      <w:proofErr w:type="spellEnd"/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Médicas</w:t>
      </w:r>
      <w:proofErr w:type="spellEnd"/>
      <w:r w:rsidRPr="005C7A43">
        <w:rPr>
          <w:sz w:val="24"/>
          <w:szCs w:val="24"/>
        </w:rPr>
        <w:t xml:space="preserve"> de Minas </w:t>
      </w:r>
      <w:proofErr w:type="spellStart"/>
      <w:r w:rsidRPr="005C7A43">
        <w:rPr>
          <w:sz w:val="24"/>
          <w:szCs w:val="24"/>
        </w:rPr>
        <w:t>Gerais</w:t>
      </w:r>
      <w:proofErr w:type="spellEnd"/>
      <w:r w:rsidRPr="005C7A43">
        <w:rPr>
          <w:sz w:val="24"/>
          <w:szCs w:val="24"/>
        </w:rPr>
        <w:t xml:space="preserve"> – FCMMG </w:t>
      </w:r>
      <w:proofErr w:type="spellStart"/>
      <w:r w:rsidRPr="005C7A43">
        <w:rPr>
          <w:sz w:val="24"/>
          <w:szCs w:val="24"/>
        </w:rPr>
        <w:t>quanto</w:t>
      </w:r>
      <w:proofErr w:type="spellEnd"/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aos</w:t>
      </w:r>
      <w:proofErr w:type="spellEnd"/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procedimentos</w:t>
      </w:r>
      <w:proofErr w:type="spellEnd"/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acadêmicos</w:t>
      </w:r>
      <w:proofErr w:type="spellEnd"/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relacionados</w:t>
      </w:r>
      <w:proofErr w:type="spellEnd"/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ao</w:t>
      </w:r>
      <w:proofErr w:type="spellEnd"/>
      <w:r w:rsidRPr="005C7A43">
        <w:rPr>
          <w:sz w:val="24"/>
          <w:szCs w:val="24"/>
        </w:rPr>
        <w:t xml:space="preserve"> Regime Especial de </w:t>
      </w:r>
      <w:proofErr w:type="spellStart"/>
      <w:r w:rsidRPr="005C7A43">
        <w:rPr>
          <w:sz w:val="24"/>
          <w:szCs w:val="24"/>
        </w:rPr>
        <w:t>Estudos</w:t>
      </w:r>
      <w:proofErr w:type="spellEnd"/>
      <w:r w:rsidRPr="005C7A43">
        <w:rPr>
          <w:sz w:val="24"/>
          <w:szCs w:val="24"/>
        </w:rPr>
        <w:t xml:space="preserve"> (</w:t>
      </w:r>
      <w:r w:rsidR="00D62664">
        <w:rPr>
          <w:sz w:val="24"/>
          <w:szCs w:val="24"/>
        </w:rPr>
        <w:t>REE</w:t>
      </w:r>
      <w:r w:rsidRPr="005C7A43">
        <w:rPr>
          <w:sz w:val="24"/>
          <w:szCs w:val="24"/>
        </w:rPr>
        <w:br/>
      </w:r>
      <w:r w:rsidRPr="005C7A43">
        <w:rPr>
          <w:sz w:val="24"/>
          <w:szCs w:val="24"/>
        </w:rPr>
        <w:br/>
        <w:t xml:space="preserve">O </w:t>
      </w:r>
      <w:r w:rsidR="00D62664">
        <w:rPr>
          <w:sz w:val="24"/>
          <w:szCs w:val="24"/>
        </w:rPr>
        <w:t>REE</w:t>
      </w:r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consiste</w:t>
      </w:r>
      <w:proofErr w:type="spellEnd"/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em</w:t>
      </w:r>
      <w:proofErr w:type="spellEnd"/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procedimento</w:t>
      </w:r>
      <w:proofErr w:type="spellEnd"/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acadêmico</w:t>
      </w:r>
      <w:proofErr w:type="spellEnd"/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destinado</w:t>
      </w:r>
      <w:proofErr w:type="spellEnd"/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ao</w:t>
      </w:r>
      <w:proofErr w:type="spellEnd"/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acompanhamento</w:t>
      </w:r>
      <w:proofErr w:type="spellEnd"/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pedagógico</w:t>
      </w:r>
      <w:proofErr w:type="spellEnd"/>
      <w:r w:rsidRPr="005C7A43">
        <w:rPr>
          <w:sz w:val="24"/>
          <w:szCs w:val="24"/>
        </w:rPr>
        <w:t xml:space="preserve"> do </w:t>
      </w:r>
      <w:proofErr w:type="spellStart"/>
      <w:r w:rsidRPr="005C7A43">
        <w:rPr>
          <w:sz w:val="24"/>
          <w:szCs w:val="24"/>
        </w:rPr>
        <w:t>estudante</w:t>
      </w:r>
      <w:proofErr w:type="spellEnd"/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temporariamente</w:t>
      </w:r>
      <w:proofErr w:type="spellEnd"/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impossibilitado</w:t>
      </w:r>
      <w:proofErr w:type="spellEnd"/>
      <w:r w:rsidRPr="005C7A43">
        <w:rPr>
          <w:sz w:val="24"/>
          <w:szCs w:val="24"/>
        </w:rPr>
        <w:t xml:space="preserve"> de </w:t>
      </w:r>
      <w:proofErr w:type="spellStart"/>
      <w:r w:rsidRPr="005C7A43">
        <w:rPr>
          <w:sz w:val="24"/>
          <w:szCs w:val="24"/>
        </w:rPr>
        <w:t>frequentar</w:t>
      </w:r>
      <w:proofErr w:type="spellEnd"/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p</w:t>
      </w:r>
      <w:r w:rsidR="006B093B">
        <w:rPr>
          <w:sz w:val="24"/>
          <w:szCs w:val="24"/>
        </w:rPr>
        <w:t>res</w:t>
      </w:r>
      <w:r w:rsidRPr="005C7A43">
        <w:rPr>
          <w:sz w:val="24"/>
          <w:szCs w:val="24"/>
        </w:rPr>
        <w:t>encialmente</w:t>
      </w:r>
      <w:proofErr w:type="spellEnd"/>
      <w:r w:rsidRPr="005C7A43">
        <w:rPr>
          <w:sz w:val="24"/>
          <w:szCs w:val="24"/>
        </w:rPr>
        <w:t xml:space="preserve"> as </w:t>
      </w:r>
      <w:proofErr w:type="spellStart"/>
      <w:r w:rsidRPr="005C7A43">
        <w:rPr>
          <w:sz w:val="24"/>
          <w:szCs w:val="24"/>
        </w:rPr>
        <w:t>atividades</w:t>
      </w:r>
      <w:proofErr w:type="spellEnd"/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acadêmicas</w:t>
      </w:r>
      <w:proofErr w:type="spellEnd"/>
      <w:r w:rsidRPr="005C7A43">
        <w:rPr>
          <w:sz w:val="24"/>
          <w:szCs w:val="24"/>
        </w:rPr>
        <w:t xml:space="preserve">, </w:t>
      </w:r>
      <w:proofErr w:type="spellStart"/>
      <w:r w:rsidRPr="005C7A43">
        <w:rPr>
          <w:sz w:val="24"/>
          <w:szCs w:val="24"/>
        </w:rPr>
        <w:t>mediante</w:t>
      </w:r>
      <w:proofErr w:type="spellEnd"/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realização</w:t>
      </w:r>
      <w:proofErr w:type="spellEnd"/>
      <w:r w:rsidRPr="005C7A43">
        <w:rPr>
          <w:sz w:val="24"/>
          <w:szCs w:val="24"/>
        </w:rPr>
        <w:t xml:space="preserve"> de </w:t>
      </w:r>
      <w:proofErr w:type="spellStart"/>
      <w:r w:rsidRPr="005C7A43">
        <w:rPr>
          <w:sz w:val="24"/>
          <w:szCs w:val="24"/>
        </w:rPr>
        <w:t>atividades</w:t>
      </w:r>
      <w:proofErr w:type="spellEnd"/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domicilia</w:t>
      </w:r>
      <w:r w:rsidR="00D62664">
        <w:rPr>
          <w:sz w:val="24"/>
          <w:szCs w:val="24"/>
        </w:rPr>
        <w:t>REE</w:t>
      </w:r>
      <w:proofErr w:type="spellEnd"/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vinculadas</w:t>
      </w:r>
      <w:proofErr w:type="spellEnd"/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às</w:t>
      </w:r>
      <w:proofErr w:type="spellEnd"/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disciplinas</w:t>
      </w:r>
      <w:proofErr w:type="spellEnd"/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teóricas</w:t>
      </w:r>
      <w:proofErr w:type="spellEnd"/>
      <w:r w:rsidRPr="005C7A43">
        <w:rPr>
          <w:sz w:val="24"/>
          <w:szCs w:val="24"/>
        </w:rPr>
        <w:t>.</w:t>
      </w:r>
      <w:proofErr w:type="gramEnd"/>
    </w:p>
    <w:p w:rsidR="005D379A" w:rsidRDefault="005076BD" w:rsidP="005C7A43">
      <w:pPr>
        <w:spacing w:after="0" w:line="240" w:lineRule="auto"/>
        <w:rPr>
          <w:sz w:val="24"/>
          <w:szCs w:val="24"/>
        </w:rPr>
      </w:pPr>
      <w:r w:rsidRPr="005C7A43">
        <w:rPr>
          <w:sz w:val="24"/>
          <w:szCs w:val="24"/>
        </w:rPr>
        <w:br/>
        <w:t xml:space="preserve">Este manual </w:t>
      </w:r>
      <w:proofErr w:type="spellStart"/>
      <w:r w:rsidRPr="005C7A43">
        <w:rPr>
          <w:sz w:val="24"/>
          <w:szCs w:val="24"/>
        </w:rPr>
        <w:t>ap</w:t>
      </w:r>
      <w:r w:rsidR="006B093B">
        <w:rPr>
          <w:sz w:val="24"/>
          <w:szCs w:val="24"/>
        </w:rPr>
        <w:t>res</w:t>
      </w:r>
      <w:r w:rsidRPr="005C7A43">
        <w:rPr>
          <w:sz w:val="24"/>
          <w:szCs w:val="24"/>
        </w:rPr>
        <w:t>enta</w:t>
      </w:r>
      <w:proofErr w:type="spellEnd"/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orientações</w:t>
      </w:r>
      <w:proofErr w:type="spellEnd"/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gerais</w:t>
      </w:r>
      <w:proofErr w:type="spellEnd"/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sobre</w:t>
      </w:r>
      <w:proofErr w:type="spellEnd"/>
      <w:r w:rsidRPr="005C7A43">
        <w:rPr>
          <w:sz w:val="24"/>
          <w:szCs w:val="24"/>
        </w:rPr>
        <w:t>:</w:t>
      </w:r>
    </w:p>
    <w:p w:rsidR="005D379A" w:rsidRDefault="005076BD" w:rsidP="005D379A">
      <w:pPr>
        <w:spacing w:after="0" w:line="240" w:lineRule="auto"/>
        <w:ind w:left="709" w:hanging="709"/>
        <w:rPr>
          <w:sz w:val="24"/>
          <w:szCs w:val="24"/>
        </w:rPr>
      </w:pPr>
      <w:r w:rsidRPr="005C7A43">
        <w:rPr>
          <w:sz w:val="24"/>
          <w:szCs w:val="24"/>
        </w:rPr>
        <w:br/>
        <w:t xml:space="preserve">• </w:t>
      </w:r>
      <w:proofErr w:type="spellStart"/>
      <w:proofErr w:type="gramStart"/>
      <w:r w:rsidRPr="005C7A43">
        <w:rPr>
          <w:sz w:val="24"/>
          <w:szCs w:val="24"/>
        </w:rPr>
        <w:t>critérios</w:t>
      </w:r>
      <w:proofErr w:type="spellEnd"/>
      <w:proofErr w:type="gramEnd"/>
      <w:r w:rsidRPr="005C7A43">
        <w:rPr>
          <w:sz w:val="24"/>
          <w:szCs w:val="24"/>
        </w:rPr>
        <w:t xml:space="preserve"> para </w:t>
      </w:r>
      <w:proofErr w:type="spellStart"/>
      <w:r w:rsidRPr="005C7A43">
        <w:rPr>
          <w:sz w:val="24"/>
          <w:szCs w:val="24"/>
        </w:rPr>
        <w:t>solicitação</w:t>
      </w:r>
      <w:proofErr w:type="spellEnd"/>
      <w:r w:rsidRPr="005C7A43">
        <w:rPr>
          <w:sz w:val="24"/>
          <w:szCs w:val="24"/>
        </w:rPr>
        <w:t>;</w:t>
      </w:r>
      <w:r w:rsidRPr="005C7A43">
        <w:rPr>
          <w:sz w:val="24"/>
          <w:szCs w:val="24"/>
        </w:rPr>
        <w:br/>
        <w:t xml:space="preserve">• </w:t>
      </w:r>
      <w:proofErr w:type="spellStart"/>
      <w:r w:rsidRPr="005C7A43">
        <w:rPr>
          <w:sz w:val="24"/>
          <w:szCs w:val="24"/>
        </w:rPr>
        <w:t>disciplinas</w:t>
      </w:r>
      <w:proofErr w:type="spellEnd"/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contempladas</w:t>
      </w:r>
      <w:proofErr w:type="spellEnd"/>
      <w:r w:rsidRPr="005C7A43">
        <w:rPr>
          <w:sz w:val="24"/>
          <w:szCs w:val="24"/>
        </w:rPr>
        <w:t>;</w:t>
      </w:r>
      <w:r w:rsidRPr="005C7A43">
        <w:rPr>
          <w:sz w:val="24"/>
          <w:szCs w:val="24"/>
        </w:rPr>
        <w:br/>
        <w:t xml:space="preserve">• </w:t>
      </w:r>
      <w:proofErr w:type="spellStart"/>
      <w:r w:rsidRPr="005C7A43">
        <w:rPr>
          <w:sz w:val="24"/>
          <w:szCs w:val="24"/>
        </w:rPr>
        <w:t>funcionamento</w:t>
      </w:r>
      <w:proofErr w:type="spellEnd"/>
      <w:r w:rsidRPr="005C7A43">
        <w:rPr>
          <w:sz w:val="24"/>
          <w:szCs w:val="24"/>
        </w:rPr>
        <w:t xml:space="preserve"> das </w:t>
      </w:r>
      <w:proofErr w:type="spellStart"/>
      <w:r w:rsidRPr="005C7A43">
        <w:rPr>
          <w:sz w:val="24"/>
          <w:szCs w:val="24"/>
        </w:rPr>
        <w:t>atividades</w:t>
      </w:r>
      <w:proofErr w:type="spellEnd"/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acadêmicas</w:t>
      </w:r>
      <w:proofErr w:type="spellEnd"/>
      <w:r w:rsidRPr="005C7A43">
        <w:rPr>
          <w:sz w:val="24"/>
          <w:szCs w:val="24"/>
        </w:rPr>
        <w:t>;</w:t>
      </w:r>
      <w:r w:rsidRPr="005C7A43">
        <w:rPr>
          <w:sz w:val="24"/>
          <w:szCs w:val="24"/>
        </w:rPr>
        <w:br/>
        <w:t xml:space="preserve">• </w:t>
      </w:r>
      <w:proofErr w:type="spellStart"/>
      <w:r w:rsidRPr="005C7A43">
        <w:rPr>
          <w:sz w:val="24"/>
          <w:szCs w:val="24"/>
        </w:rPr>
        <w:t>avaliações</w:t>
      </w:r>
      <w:proofErr w:type="spellEnd"/>
      <w:r w:rsidRPr="005C7A43">
        <w:rPr>
          <w:sz w:val="24"/>
          <w:szCs w:val="24"/>
        </w:rPr>
        <w:t>;</w:t>
      </w:r>
      <w:r w:rsidRPr="005C7A43">
        <w:rPr>
          <w:sz w:val="24"/>
          <w:szCs w:val="24"/>
        </w:rPr>
        <w:br/>
        <w:t xml:space="preserve">• </w:t>
      </w:r>
      <w:proofErr w:type="spellStart"/>
      <w:r w:rsidRPr="005C7A43">
        <w:rPr>
          <w:sz w:val="24"/>
          <w:szCs w:val="24"/>
        </w:rPr>
        <w:t>frequência</w:t>
      </w:r>
      <w:proofErr w:type="spellEnd"/>
      <w:r w:rsidRPr="005C7A43">
        <w:rPr>
          <w:sz w:val="24"/>
          <w:szCs w:val="24"/>
        </w:rPr>
        <w:t>;</w:t>
      </w:r>
      <w:r w:rsidRPr="005C7A43">
        <w:rPr>
          <w:sz w:val="24"/>
          <w:szCs w:val="24"/>
        </w:rPr>
        <w:br/>
        <w:t xml:space="preserve">• </w:t>
      </w:r>
      <w:proofErr w:type="spellStart"/>
      <w:r w:rsidR="006B093B">
        <w:rPr>
          <w:sz w:val="24"/>
          <w:szCs w:val="24"/>
        </w:rPr>
        <w:t>res</w:t>
      </w:r>
      <w:r w:rsidRPr="005C7A43">
        <w:rPr>
          <w:sz w:val="24"/>
          <w:szCs w:val="24"/>
        </w:rPr>
        <w:t>ponsabilidades</w:t>
      </w:r>
      <w:proofErr w:type="spellEnd"/>
      <w:r w:rsidRPr="005C7A43">
        <w:rPr>
          <w:sz w:val="24"/>
          <w:szCs w:val="24"/>
        </w:rPr>
        <w:t xml:space="preserve"> do </w:t>
      </w:r>
      <w:proofErr w:type="spellStart"/>
      <w:r w:rsidRPr="005C7A43">
        <w:rPr>
          <w:sz w:val="24"/>
          <w:szCs w:val="24"/>
        </w:rPr>
        <w:t>estudante</w:t>
      </w:r>
      <w:proofErr w:type="spellEnd"/>
      <w:r w:rsidRPr="005C7A43">
        <w:rPr>
          <w:sz w:val="24"/>
          <w:szCs w:val="24"/>
        </w:rPr>
        <w:t>;</w:t>
      </w:r>
      <w:r w:rsidRPr="005C7A43">
        <w:rPr>
          <w:sz w:val="24"/>
          <w:szCs w:val="24"/>
        </w:rPr>
        <w:br/>
        <w:t xml:space="preserve">• </w:t>
      </w:r>
      <w:proofErr w:type="spellStart"/>
      <w:r w:rsidRPr="005C7A43">
        <w:rPr>
          <w:sz w:val="24"/>
          <w:szCs w:val="24"/>
        </w:rPr>
        <w:t>apoio</w:t>
      </w:r>
      <w:proofErr w:type="spellEnd"/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instit</w:t>
      </w:r>
      <w:r w:rsidR="005D379A">
        <w:rPr>
          <w:sz w:val="24"/>
          <w:szCs w:val="24"/>
        </w:rPr>
        <w:t>ucional</w:t>
      </w:r>
      <w:proofErr w:type="spellEnd"/>
      <w:r w:rsidR="005D379A">
        <w:rPr>
          <w:sz w:val="24"/>
          <w:szCs w:val="24"/>
        </w:rPr>
        <w:t>;</w:t>
      </w:r>
      <w:r w:rsidR="005D379A">
        <w:rPr>
          <w:sz w:val="24"/>
          <w:szCs w:val="24"/>
        </w:rPr>
        <w:br/>
        <w:t xml:space="preserve">• </w:t>
      </w:r>
      <w:proofErr w:type="spellStart"/>
      <w:r w:rsidR="005D379A">
        <w:rPr>
          <w:sz w:val="24"/>
          <w:szCs w:val="24"/>
        </w:rPr>
        <w:t>dúvidas</w:t>
      </w:r>
      <w:proofErr w:type="spellEnd"/>
      <w:r w:rsidR="005D379A">
        <w:rPr>
          <w:sz w:val="24"/>
          <w:szCs w:val="24"/>
        </w:rPr>
        <w:t xml:space="preserve"> </w:t>
      </w:r>
      <w:proofErr w:type="spellStart"/>
      <w:r w:rsidR="005D379A">
        <w:rPr>
          <w:sz w:val="24"/>
          <w:szCs w:val="24"/>
        </w:rPr>
        <w:t>frequentes</w:t>
      </w:r>
      <w:proofErr w:type="spellEnd"/>
      <w:r w:rsidR="005D379A">
        <w:rPr>
          <w:sz w:val="24"/>
          <w:szCs w:val="24"/>
        </w:rPr>
        <w:t>.</w:t>
      </w:r>
    </w:p>
    <w:p w:rsidR="005D379A" w:rsidRDefault="005D379A" w:rsidP="005D379A">
      <w:pPr>
        <w:spacing w:after="0" w:line="240" w:lineRule="auto"/>
        <w:ind w:left="709" w:hanging="709"/>
        <w:rPr>
          <w:sz w:val="24"/>
          <w:szCs w:val="24"/>
        </w:rPr>
      </w:pPr>
    </w:p>
    <w:p w:rsidR="004231D9" w:rsidRDefault="005076BD" w:rsidP="005D379A">
      <w:pPr>
        <w:spacing w:after="0" w:line="240" w:lineRule="auto"/>
        <w:jc w:val="both"/>
        <w:rPr>
          <w:sz w:val="24"/>
          <w:szCs w:val="24"/>
        </w:rPr>
      </w:pPr>
      <w:r w:rsidRPr="005C7A43">
        <w:rPr>
          <w:sz w:val="24"/>
          <w:szCs w:val="24"/>
        </w:rPr>
        <w:t xml:space="preserve">As </w:t>
      </w:r>
      <w:proofErr w:type="spellStart"/>
      <w:r w:rsidRPr="005C7A43">
        <w:rPr>
          <w:sz w:val="24"/>
          <w:szCs w:val="24"/>
        </w:rPr>
        <w:t>disposições</w:t>
      </w:r>
      <w:proofErr w:type="spellEnd"/>
      <w:r w:rsidRPr="005C7A43">
        <w:rPr>
          <w:sz w:val="24"/>
          <w:szCs w:val="24"/>
        </w:rPr>
        <w:t xml:space="preserve"> </w:t>
      </w:r>
      <w:proofErr w:type="spellStart"/>
      <w:proofErr w:type="gramStart"/>
      <w:r w:rsidRPr="005C7A43">
        <w:rPr>
          <w:sz w:val="24"/>
          <w:szCs w:val="24"/>
        </w:rPr>
        <w:t>deste</w:t>
      </w:r>
      <w:proofErr w:type="spellEnd"/>
      <w:proofErr w:type="gramEnd"/>
      <w:r w:rsidRPr="005C7A43">
        <w:rPr>
          <w:sz w:val="24"/>
          <w:szCs w:val="24"/>
        </w:rPr>
        <w:t xml:space="preserve"> manual </w:t>
      </w:r>
      <w:proofErr w:type="spellStart"/>
      <w:r w:rsidRPr="005C7A43">
        <w:rPr>
          <w:sz w:val="24"/>
          <w:szCs w:val="24"/>
        </w:rPr>
        <w:t>estão</w:t>
      </w:r>
      <w:proofErr w:type="spellEnd"/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alinhadas</w:t>
      </w:r>
      <w:proofErr w:type="spellEnd"/>
      <w:r w:rsidRPr="005C7A43">
        <w:rPr>
          <w:sz w:val="24"/>
          <w:szCs w:val="24"/>
        </w:rPr>
        <w:t xml:space="preserve"> à </w:t>
      </w:r>
      <w:proofErr w:type="spellStart"/>
      <w:r w:rsidRPr="005C7A43">
        <w:rPr>
          <w:sz w:val="24"/>
          <w:szCs w:val="24"/>
        </w:rPr>
        <w:t>P</w:t>
      </w:r>
      <w:r w:rsidR="005D379A">
        <w:rPr>
          <w:sz w:val="24"/>
          <w:szCs w:val="24"/>
        </w:rPr>
        <w:t>ortaria</w:t>
      </w:r>
      <w:proofErr w:type="spellEnd"/>
      <w:r w:rsidR="005D379A">
        <w:rPr>
          <w:sz w:val="24"/>
          <w:szCs w:val="24"/>
        </w:rPr>
        <w:t xml:space="preserve"> </w:t>
      </w:r>
      <w:proofErr w:type="spellStart"/>
      <w:r w:rsidR="005D379A">
        <w:rPr>
          <w:sz w:val="24"/>
          <w:szCs w:val="24"/>
        </w:rPr>
        <w:t>Institucional</w:t>
      </w:r>
      <w:proofErr w:type="spellEnd"/>
      <w:r w:rsidR="005D379A">
        <w:rPr>
          <w:sz w:val="24"/>
          <w:szCs w:val="24"/>
        </w:rPr>
        <w:t xml:space="preserve"> do Regime </w:t>
      </w:r>
      <w:r w:rsidRPr="005C7A43">
        <w:rPr>
          <w:sz w:val="24"/>
          <w:szCs w:val="24"/>
        </w:rPr>
        <w:t xml:space="preserve">Especial de </w:t>
      </w:r>
      <w:proofErr w:type="spellStart"/>
      <w:r w:rsidRPr="005C7A43">
        <w:rPr>
          <w:sz w:val="24"/>
          <w:szCs w:val="24"/>
        </w:rPr>
        <w:t>Estudos</w:t>
      </w:r>
      <w:proofErr w:type="spellEnd"/>
      <w:r w:rsidRPr="005C7A43">
        <w:rPr>
          <w:sz w:val="24"/>
          <w:szCs w:val="24"/>
        </w:rPr>
        <w:t xml:space="preserve"> (</w:t>
      </w:r>
      <w:r w:rsidR="00D62664">
        <w:rPr>
          <w:sz w:val="24"/>
          <w:szCs w:val="24"/>
        </w:rPr>
        <w:t>REE</w:t>
      </w:r>
      <w:r w:rsidRPr="005C7A43">
        <w:rPr>
          <w:sz w:val="24"/>
          <w:szCs w:val="24"/>
        </w:rPr>
        <w:t xml:space="preserve">) </w:t>
      </w:r>
      <w:r w:rsidR="006A5674" w:rsidRPr="006A5674">
        <w:rPr>
          <w:sz w:val="24"/>
          <w:szCs w:val="24"/>
        </w:rPr>
        <w:t>38</w:t>
      </w:r>
      <w:r w:rsidR="006B093B" w:rsidRPr="006A5674">
        <w:rPr>
          <w:sz w:val="24"/>
          <w:szCs w:val="24"/>
        </w:rPr>
        <w:t>/2026</w:t>
      </w:r>
      <w:r w:rsidR="006B093B">
        <w:rPr>
          <w:sz w:val="24"/>
          <w:szCs w:val="24"/>
        </w:rPr>
        <w:t xml:space="preserve"> </w:t>
      </w:r>
      <w:r w:rsidRPr="005C7A43">
        <w:rPr>
          <w:sz w:val="24"/>
          <w:szCs w:val="24"/>
        </w:rPr>
        <w:t xml:space="preserve">e </w:t>
      </w:r>
      <w:proofErr w:type="spellStart"/>
      <w:r w:rsidRPr="005C7A43">
        <w:rPr>
          <w:sz w:val="24"/>
          <w:szCs w:val="24"/>
        </w:rPr>
        <w:t>às</w:t>
      </w:r>
      <w:proofErr w:type="spellEnd"/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normativas</w:t>
      </w:r>
      <w:proofErr w:type="spellEnd"/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acadêmicas</w:t>
      </w:r>
      <w:proofErr w:type="spellEnd"/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vigentes</w:t>
      </w:r>
      <w:proofErr w:type="spellEnd"/>
      <w:r w:rsidRPr="005C7A43">
        <w:rPr>
          <w:sz w:val="24"/>
          <w:szCs w:val="24"/>
        </w:rPr>
        <w:t xml:space="preserve"> da FCMMG.</w:t>
      </w:r>
    </w:p>
    <w:p w:rsidR="005C7A43" w:rsidRPr="005C7A43" w:rsidRDefault="005C7A43" w:rsidP="005C7A43">
      <w:pPr>
        <w:spacing w:after="0" w:line="240" w:lineRule="auto"/>
        <w:rPr>
          <w:sz w:val="24"/>
          <w:szCs w:val="24"/>
        </w:rPr>
      </w:pPr>
    </w:p>
    <w:p w:rsidR="004231D9" w:rsidRPr="00310465" w:rsidRDefault="005076BD" w:rsidP="004B5BD4">
      <w:pPr>
        <w:pStyle w:val="Ttulo1"/>
        <w:numPr>
          <w:ilvl w:val="0"/>
          <w:numId w:val="18"/>
        </w:numPr>
        <w:rPr>
          <w:rFonts w:asciiTheme="minorHAnsi" w:hAnsiTheme="minorHAnsi"/>
          <w:color w:val="auto"/>
          <w:sz w:val="24"/>
          <w:szCs w:val="24"/>
        </w:rPr>
      </w:pPr>
      <w:bookmarkStart w:id="3" w:name="_Toc233826697"/>
      <w:r w:rsidRPr="00310465">
        <w:rPr>
          <w:rFonts w:asciiTheme="minorHAnsi" w:hAnsiTheme="minorHAnsi"/>
          <w:color w:val="auto"/>
          <w:sz w:val="24"/>
          <w:szCs w:val="24"/>
        </w:rPr>
        <w:t>QUE É O REGIME ESPECIAL DE ESTUDOS (</w:t>
      </w:r>
      <w:r w:rsidR="00D62664" w:rsidRPr="00310465">
        <w:rPr>
          <w:rFonts w:asciiTheme="minorHAnsi" w:hAnsiTheme="minorHAnsi"/>
          <w:color w:val="auto"/>
          <w:sz w:val="24"/>
          <w:szCs w:val="24"/>
        </w:rPr>
        <w:t>REE</w:t>
      </w:r>
      <w:r w:rsidRPr="00310465">
        <w:rPr>
          <w:rFonts w:asciiTheme="minorHAnsi" w:hAnsiTheme="minorHAnsi"/>
          <w:color w:val="auto"/>
          <w:sz w:val="24"/>
          <w:szCs w:val="24"/>
        </w:rPr>
        <w:t>)?</w:t>
      </w:r>
      <w:bookmarkEnd w:id="3"/>
    </w:p>
    <w:p w:rsidR="005C7A43" w:rsidRPr="005C7A43" w:rsidRDefault="005C7A43" w:rsidP="005C7A43">
      <w:pPr>
        <w:spacing w:after="0" w:line="240" w:lineRule="auto"/>
        <w:rPr>
          <w:sz w:val="24"/>
          <w:szCs w:val="24"/>
        </w:rPr>
      </w:pPr>
    </w:p>
    <w:p w:rsidR="009E4EEF" w:rsidRPr="005C7A43" w:rsidRDefault="005076BD" w:rsidP="005C7A43">
      <w:pPr>
        <w:spacing w:after="0" w:line="240" w:lineRule="auto"/>
        <w:jc w:val="both"/>
        <w:rPr>
          <w:sz w:val="24"/>
          <w:szCs w:val="24"/>
        </w:rPr>
      </w:pPr>
      <w:r w:rsidRPr="005C7A43">
        <w:rPr>
          <w:sz w:val="24"/>
          <w:szCs w:val="24"/>
        </w:rPr>
        <w:t xml:space="preserve">O Regime Especial de </w:t>
      </w:r>
      <w:proofErr w:type="spellStart"/>
      <w:r w:rsidRPr="005C7A43">
        <w:rPr>
          <w:sz w:val="24"/>
          <w:szCs w:val="24"/>
        </w:rPr>
        <w:t>Estudos</w:t>
      </w:r>
      <w:proofErr w:type="spellEnd"/>
      <w:r w:rsidRPr="005C7A43">
        <w:rPr>
          <w:sz w:val="24"/>
          <w:szCs w:val="24"/>
        </w:rPr>
        <w:t xml:space="preserve"> (</w:t>
      </w:r>
      <w:r w:rsidR="00D62664">
        <w:rPr>
          <w:sz w:val="24"/>
          <w:szCs w:val="24"/>
        </w:rPr>
        <w:t>REE</w:t>
      </w:r>
      <w:r w:rsidRPr="005C7A43">
        <w:rPr>
          <w:sz w:val="24"/>
          <w:szCs w:val="24"/>
        </w:rPr>
        <w:t xml:space="preserve">) é um </w:t>
      </w:r>
      <w:proofErr w:type="spellStart"/>
      <w:r w:rsidRPr="005C7A43">
        <w:rPr>
          <w:sz w:val="24"/>
          <w:szCs w:val="24"/>
        </w:rPr>
        <w:t>procedimento</w:t>
      </w:r>
      <w:proofErr w:type="spellEnd"/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acadêmico</w:t>
      </w:r>
      <w:proofErr w:type="spellEnd"/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destinado</w:t>
      </w:r>
      <w:proofErr w:type="spellEnd"/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ao</w:t>
      </w:r>
      <w:proofErr w:type="spellEnd"/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estudante</w:t>
      </w:r>
      <w:proofErr w:type="spellEnd"/>
      <w:r w:rsidRPr="005C7A43">
        <w:rPr>
          <w:sz w:val="24"/>
          <w:szCs w:val="24"/>
        </w:rPr>
        <w:t xml:space="preserve"> que, </w:t>
      </w:r>
      <w:proofErr w:type="spellStart"/>
      <w:r w:rsidRPr="005C7A43">
        <w:rPr>
          <w:sz w:val="24"/>
          <w:szCs w:val="24"/>
        </w:rPr>
        <w:t>temporariamente</w:t>
      </w:r>
      <w:proofErr w:type="spellEnd"/>
      <w:r w:rsidRPr="005C7A43">
        <w:rPr>
          <w:sz w:val="24"/>
          <w:szCs w:val="24"/>
        </w:rPr>
        <w:t xml:space="preserve">, </w:t>
      </w:r>
      <w:proofErr w:type="spellStart"/>
      <w:r w:rsidRPr="005C7A43">
        <w:rPr>
          <w:sz w:val="24"/>
          <w:szCs w:val="24"/>
        </w:rPr>
        <w:t>esteja</w:t>
      </w:r>
      <w:proofErr w:type="spellEnd"/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impossibilitado</w:t>
      </w:r>
      <w:proofErr w:type="spellEnd"/>
      <w:r w:rsidRPr="005C7A43">
        <w:rPr>
          <w:sz w:val="24"/>
          <w:szCs w:val="24"/>
        </w:rPr>
        <w:t xml:space="preserve"> de </w:t>
      </w:r>
      <w:proofErr w:type="spellStart"/>
      <w:r w:rsidRPr="005C7A43">
        <w:rPr>
          <w:sz w:val="24"/>
          <w:szCs w:val="24"/>
        </w:rPr>
        <w:t>frequentar</w:t>
      </w:r>
      <w:proofErr w:type="spellEnd"/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p</w:t>
      </w:r>
      <w:r w:rsidR="00D62664">
        <w:rPr>
          <w:sz w:val="24"/>
          <w:szCs w:val="24"/>
        </w:rPr>
        <w:t>REE</w:t>
      </w:r>
      <w:r w:rsidRPr="005C7A43">
        <w:rPr>
          <w:sz w:val="24"/>
          <w:szCs w:val="24"/>
        </w:rPr>
        <w:t>encialmente</w:t>
      </w:r>
      <w:proofErr w:type="spellEnd"/>
      <w:r w:rsidRPr="005C7A43">
        <w:rPr>
          <w:sz w:val="24"/>
          <w:szCs w:val="24"/>
        </w:rPr>
        <w:t xml:space="preserve"> as </w:t>
      </w:r>
      <w:proofErr w:type="spellStart"/>
      <w:r w:rsidRPr="005C7A43">
        <w:rPr>
          <w:sz w:val="24"/>
          <w:szCs w:val="24"/>
        </w:rPr>
        <w:t>atividades</w:t>
      </w:r>
      <w:proofErr w:type="spellEnd"/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acadêmicas</w:t>
      </w:r>
      <w:proofErr w:type="spellEnd"/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em</w:t>
      </w:r>
      <w:proofErr w:type="spellEnd"/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razão</w:t>
      </w:r>
      <w:proofErr w:type="spellEnd"/>
      <w:r w:rsidRPr="005C7A43">
        <w:rPr>
          <w:sz w:val="24"/>
          <w:szCs w:val="24"/>
        </w:rPr>
        <w:t xml:space="preserve"> das </w:t>
      </w:r>
      <w:proofErr w:type="spellStart"/>
      <w:r w:rsidRPr="005C7A43">
        <w:rPr>
          <w:sz w:val="24"/>
          <w:szCs w:val="24"/>
        </w:rPr>
        <w:t>situações</w:t>
      </w:r>
      <w:proofErr w:type="spellEnd"/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previstas</w:t>
      </w:r>
      <w:proofErr w:type="spellEnd"/>
      <w:r w:rsidRPr="005C7A43">
        <w:rPr>
          <w:sz w:val="24"/>
          <w:szCs w:val="24"/>
        </w:rPr>
        <w:t xml:space="preserve"> </w:t>
      </w:r>
      <w:proofErr w:type="spellStart"/>
      <w:proofErr w:type="gramStart"/>
      <w:r w:rsidRPr="005C7A43">
        <w:rPr>
          <w:sz w:val="24"/>
          <w:szCs w:val="24"/>
        </w:rPr>
        <w:t>na</w:t>
      </w:r>
      <w:proofErr w:type="spellEnd"/>
      <w:proofErr w:type="gramEnd"/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legislação</w:t>
      </w:r>
      <w:proofErr w:type="spellEnd"/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vigente</w:t>
      </w:r>
      <w:proofErr w:type="spellEnd"/>
      <w:r w:rsidRPr="005C7A43">
        <w:rPr>
          <w:sz w:val="24"/>
          <w:szCs w:val="24"/>
        </w:rPr>
        <w:t>.</w:t>
      </w:r>
    </w:p>
    <w:p w:rsidR="004231D9" w:rsidRDefault="009E4EEF" w:rsidP="005C7A43">
      <w:pPr>
        <w:spacing w:after="0" w:line="240" w:lineRule="auto"/>
        <w:jc w:val="both"/>
        <w:rPr>
          <w:sz w:val="24"/>
          <w:szCs w:val="24"/>
        </w:rPr>
      </w:pPr>
      <w:r w:rsidRPr="005C7A43">
        <w:rPr>
          <w:sz w:val="24"/>
          <w:szCs w:val="24"/>
        </w:rPr>
        <w:br/>
      </w:r>
      <w:r w:rsidR="005076BD" w:rsidRPr="005C7A43">
        <w:rPr>
          <w:sz w:val="24"/>
          <w:szCs w:val="24"/>
        </w:rPr>
        <w:t xml:space="preserve">Durante o </w:t>
      </w:r>
      <w:proofErr w:type="spellStart"/>
      <w:r w:rsidR="005076BD" w:rsidRPr="005C7A43">
        <w:rPr>
          <w:sz w:val="24"/>
          <w:szCs w:val="24"/>
        </w:rPr>
        <w:t>período</w:t>
      </w:r>
      <w:proofErr w:type="spellEnd"/>
      <w:r w:rsidR="005076BD" w:rsidRPr="005C7A43">
        <w:rPr>
          <w:sz w:val="24"/>
          <w:szCs w:val="24"/>
        </w:rPr>
        <w:t xml:space="preserve"> do </w:t>
      </w:r>
      <w:r w:rsidR="00D62664">
        <w:rPr>
          <w:sz w:val="24"/>
          <w:szCs w:val="24"/>
        </w:rPr>
        <w:t>REE</w:t>
      </w:r>
      <w:r w:rsidR="005076BD" w:rsidRPr="005C7A43">
        <w:rPr>
          <w:sz w:val="24"/>
          <w:szCs w:val="24"/>
        </w:rPr>
        <w:t xml:space="preserve">, o </w:t>
      </w:r>
      <w:proofErr w:type="spellStart"/>
      <w:r w:rsidR="005076BD" w:rsidRPr="005C7A43">
        <w:rPr>
          <w:sz w:val="24"/>
          <w:szCs w:val="24"/>
        </w:rPr>
        <w:t>estudante</w:t>
      </w:r>
      <w:proofErr w:type="spellEnd"/>
      <w:r w:rsidR="005076BD" w:rsidRPr="005C7A43">
        <w:rPr>
          <w:sz w:val="24"/>
          <w:szCs w:val="24"/>
        </w:rPr>
        <w:t xml:space="preserve"> </w:t>
      </w:r>
      <w:proofErr w:type="spellStart"/>
      <w:r w:rsidR="005076BD" w:rsidRPr="005C7A43">
        <w:rPr>
          <w:sz w:val="24"/>
          <w:szCs w:val="24"/>
        </w:rPr>
        <w:t>poderá</w:t>
      </w:r>
      <w:proofErr w:type="spellEnd"/>
      <w:r w:rsidR="005076BD" w:rsidRPr="005C7A43">
        <w:rPr>
          <w:sz w:val="24"/>
          <w:szCs w:val="24"/>
        </w:rPr>
        <w:t xml:space="preserve"> </w:t>
      </w:r>
      <w:proofErr w:type="spellStart"/>
      <w:r w:rsidR="005076BD" w:rsidRPr="005C7A43">
        <w:rPr>
          <w:sz w:val="24"/>
          <w:szCs w:val="24"/>
        </w:rPr>
        <w:t>realizar</w:t>
      </w:r>
      <w:proofErr w:type="spellEnd"/>
      <w:r w:rsidR="005076BD" w:rsidRPr="005C7A43">
        <w:rPr>
          <w:sz w:val="24"/>
          <w:szCs w:val="24"/>
        </w:rPr>
        <w:t xml:space="preserve"> </w:t>
      </w:r>
      <w:proofErr w:type="spellStart"/>
      <w:r w:rsidR="005076BD" w:rsidRPr="005C7A43">
        <w:rPr>
          <w:sz w:val="24"/>
          <w:szCs w:val="24"/>
        </w:rPr>
        <w:t>atividades</w:t>
      </w:r>
      <w:proofErr w:type="spellEnd"/>
      <w:r w:rsidR="005076BD" w:rsidRPr="005C7A43">
        <w:rPr>
          <w:sz w:val="24"/>
          <w:szCs w:val="24"/>
        </w:rPr>
        <w:t xml:space="preserve"> </w:t>
      </w:r>
      <w:proofErr w:type="spellStart"/>
      <w:r w:rsidR="005076BD" w:rsidRPr="005C7A43">
        <w:rPr>
          <w:sz w:val="24"/>
          <w:szCs w:val="24"/>
        </w:rPr>
        <w:t>acadêmicas</w:t>
      </w:r>
      <w:proofErr w:type="spellEnd"/>
      <w:r w:rsidR="005076BD" w:rsidRPr="005C7A43">
        <w:rPr>
          <w:sz w:val="24"/>
          <w:szCs w:val="24"/>
        </w:rPr>
        <w:t xml:space="preserve"> </w:t>
      </w:r>
      <w:proofErr w:type="spellStart"/>
      <w:r w:rsidR="005076BD" w:rsidRPr="005C7A43">
        <w:rPr>
          <w:sz w:val="24"/>
          <w:szCs w:val="24"/>
        </w:rPr>
        <w:t>domicilia</w:t>
      </w:r>
      <w:r w:rsidR="00D62664">
        <w:rPr>
          <w:sz w:val="24"/>
          <w:szCs w:val="24"/>
        </w:rPr>
        <w:t>REE</w:t>
      </w:r>
      <w:proofErr w:type="spellEnd"/>
      <w:r w:rsidR="005076BD" w:rsidRPr="005C7A43">
        <w:rPr>
          <w:sz w:val="24"/>
          <w:szCs w:val="24"/>
        </w:rPr>
        <w:t xml:space="preserve"> </w:t>
      </w:r>
      <w:proofErr w:type="spellStart"/>
      <w:r w:rsidR="005076BD" w:rsidRPr="005C7A43">
        <w:rPr>
          <w:sz w:val="24"/>
          <w:szCs w:val="24"/>
        </w:rPr>
        <w:t>relacionadas</w:t>
      </w:r>
      <w:proofErr w:type="spellEnd"/>
      <w:r w:rsidR="005076BD" w:rsidRPr="005C7A43">
        <w:rPr>
          <w:sz w:val="24"/>
          <w:szCs w:val="24"/>
        </w:rPr>
        <w:t xml:space="preserve"> </w:t>
      </w:r>
      <w:proofErr w:type="spellStart"/>
      <w:r w:rsidR="005076BD" w:rsidRPr="005C7A43">
        <w:rPr>
          <w:sz w:val="24"/>
          <w:szCs w:val="24"/>
        </w:rPr>
        <w:t>às</w:t>
      </w:r>
      <w:proofErr w:type="spellEnd"/>
      <w:r w:rsidR="005076BD" w:rsidRPr="005C7A43">
        <w:rPr>
          <w:sz w:val="24"/>
          <w:szCs w:val="24"/>
        </w:rPr>
        <w:t xml:space="preserve"> </w:t>
      </w:r>
      <w:proofErr w:type="spellStart"/>
      <w:r w:rsidR="005076BD" w:rsidRPr="005C7A43">
        <w:rPr>
          <w:sz w:val="24"/>
          <w:szCs w:val="24"/>
        </w:rPr>
        <w:t>disciplinas</w:t>
      </w:r>
      <w:proofErr w:type="spellEnd"/>
      <w:r w:rsidR="005076BD" w:rsidRPr="005C7A43">
        <w:rPr>
          <w:sz w:val="24"/>
          <w:szCs w:val="24"/>
        </w:rPr>
        <w:t xml:space="preserve"> </w:t>
      </w:r>
      <w:proofErr w:type="spellStart"/>
      <w:r w:rsidR="005076BD" w:rsidRPr="005C7A43">
        <w:rPr>
          <w:sz w:val="24"/>
          <w:szCs w:val="24"/>
        </w:rPr>
        <w:t>teóricas</w:t>
      </w:r>
      <w:proofErr w:type="spellEnd"/>
      <w:r w:rsidR="005076BD" w:rsidRPr="005C7A43">
        <w:rPr>
          <w:sz w:val="24"/>
          <w:szCs w:val="24"/>
        </w:rPr>
        <w:t xml:space="preserve">, </w:t>
      </w:r>
      <w:proofErr w:type="spellStart"/>
      <w:r w:rsidR="005076BD" w:rsidRPr="005C7A43">
        <w:rPr>
          <w:sz w:val="24"/>
          <w:szCs w:val="24"/>
        </w:rPr>
        <w:t>conforme</w:t>
      </w:r>
      <w:proofErr w:type="spellEnd"/>
      <w:r w:rsidR="005076BD" w:rsidRPr="005C7A43">
        <w:rPr>
          <w:sz w:val="24"/>
          <w:szCs w:val="24"/>
        </w:rPr>
        <w:t xml:space="preserve"> </w:t>
      </w:r>
      <w:proofErr w:type="spellStart"/>
      <w:r w:rsidR="005076BD" w:rsidRPr="005C7A43">
        <w:rPr>
          <w:sz w:val="24"/>
          <w:szCs w:val="24"/>
        </w:rPr>
        <w:t>orientações</w:t>
      </w:r>
      <w:proofErr w:type="spellEnd"/>
      <w:r w:rsidR="005076BD" w:rsidRPr="005C7A43">
        <w:rPr>
          <w:sz w:val="24"/>
          <w:szCs w:val="24"/>
        </w:rPr>
        <w:t xml:space="preserve"> </w:t>
      </w:r>
      <w:proofErr w:type="spellStart"/>
      <w:r w:rsidR="005076BD" w:rsidRPr="005C7A43">
        <w:rPr>
          <w:sz w:val="24"/>
          <w:szCs w:val="24"/>
        </w:rPr>
        <w:t>institucionais</w:t>
      </w:r>
      <w:proofErr w:type="spellEnd"/>
      <w:r w:rsidR="005076BD" w:rsidRPr="005C7A43">
        <w:rPr>
          <w:sz w:val="24"/>
          <w:szCs w:val="24"/>
        </w:rPr>
        <w:t>.</w:t>
      </w:r>
      <w:r w:rsidR="005076BD" w:rsidRPr="005C7A43">
        <w:rPr>
          <w:sz w:val="24"/>
          <w:szCs w:val="24"/>
        </w:rPr>
        <w:br/>
      </w:r>
      <w:r w:rsidR="005076BD" w:rsidRPr="005C7A43">
        <w:rPr>
          <w:sz w:val="24"/>
          <w:szCs w:val="24"/>
        </w:rPr>
        <w:br/>
        <w:t xml:space="preserve">O </w:t>
      </w:r>
      <w:r w:rsidR="00D62664">
        <w:rPr>
          <w:sz w:val="24"/>
          <w:szCs w:val="24"/>
        </w:rPr>
        <w:t>REE</w:t>
      </w:r>
      <w:r w:rsidR="005076BD" w:rsidRPr="005C7A43">
        <w:rPr>
          <w:sz w:val="24"/>
          <w:szCs w:val="24"/>
        </w:rPr>
        <w:t xml:space="preserve"> </w:t>
      </w:r>
      <w:proofErr w:type="spellStart"/>
      <w:r w:rsidR="005076BD" w:rsidRPr="005C7A43">
        <w:rPr>
          <w:sz w:val="24"/>
          <w:szCs w:val="24"/>
        </w:rPr>
        <w:t>possui</w:t>
      </w:r>
      <w:proofErr w:type="spellEnd"/>
      <w:r w:rsidR="005076BD" w:rsidRPr="005C7A43">
        <w:rPr>
          <w:sz w:val="24"/>
          <w:szCs w:val="24"/>
        </w:rPr>
        <w:t xml:space="preserve"> </w:t>
      </w:r>
      <w:proofErr w:type="spellStart"/>
      <w:r w:rsidR="005076BD" w:rsidRPr="005C7A43">
        <w:rPr>
          <w:sz w:val="24"/>
          <w:szCs w:val="24"/>
        </w:rPr>
        <w:t>caráter</w:t>
      </w:r>
      <w:proofErr w:type="spellEnd"/>
      <w:r w:rsidR="005076BD" w:rsidRPr="005C7A43">
        <w:rPr>
          <w:sz w:val="24"/>
          <w:szCs w:val="24"/>
        </w:rPr>
        <w:t xml:space="preserve"> </w:t>
      </w:r>
      <w:proofErr w:type="spellStart"/>
      <w:r w:rsidR="005076BD" w:rsidRPr="005C7A43">
        <w:rPr>
          <w:sz w:val="24"/>
          <w:szCs w:val="24"/>
        </w:rPr>
        <w:t>temporário</w:t>
      </w:r>
      <w:proofErr w:type="spellEnd"/>
      <w:r w:rsidR="005076BD" w:rsidRPr="005C7A43">
        <w:rPr>
          <w:sz w:val="24"/>
          <w:szCs w:val="24"/>
        </w:rPr>
        <w:t xml:space="preserve"> e </w:t>
      </w:r>
      <w:proofErr w:type="spellStart"/>
      <w:r w:rsidR="005076BD" w:rsidRPr="005C7A43">
        <w:rPr>
          <w:sz w:val="24"/>
          <w:szCs w:val="24"/>
        </w:rPr>
        <w:t>aplica</w:t>
      </w:r>
      <w:proofErr w:type="spellEnd"/>
      <w:r w:rsidR="005076BD" w:rsidRPr="005C7A43">
        <w:rPr>
          <w:sz w:val="24"/>
          <w:szCs w:val="24"/>
        </w:rPr>
        <w:t xml:space="preserve">-se </w:t>
      </w:r>
      <w:proofErr w:type="spellStart"/>
      <w:r w:rsidR="005076BD" w:rsidRPr="005C7A43">
        <w:rPr>
          <w:sz w:val="24"/>
          <w:szCs w:val="24"/>
        </w:rPr>
        <w:t>exclusivamente</w:t>
      </w:r>
      <w:proofErr w:type="spellEnd"/>
      <w:r w:rsidR="005076BD" w:rsidRPr="005C7A43">
        <w:rPr>
          <w:sz w:val="24"/>
          <w:szCs w:val="24"/>
        </w:rPr>
        <w:t xml:space="preserve"> </w:t>
      </w:r>
      <w:proofErr w:type="spellStart"/>
      <w:proofErr w:type="gramStart"/>
      <w:r w:rsidR="005076BD" w:rsidRPr="005C7A43">
        <w:rPr>
          <w:sz w:val="24"/>
          <w:szCs w:val="24"/>
        </w:rPr>
        <w:t>durante</w:t>
      </w:r>
      <w:proofErr w:type="spellEnd"/>
      <w:proofErr w:type="gramEnd"/>
      <w:r w:rsidR="005076BD" w:rsidRPr="005C7A43">
        <w:rPr>
          <w:sz w:val="24"/>
          <w:szCs w:val="24"/>
        </w:rPr>
        <w:t xml:space="preserve"> o </w:t>
      </w:r>
      <w:proofErr w:type="spellStart"/>
      <w:r w:rsidR="005076BD" w:rsidRPr="005C7A43">
        <w:rPr>
          <w:sz w:val="24"/>
          <w:szCs w:val="24"/>
        </w:rPr>
        <w:t>período</w:t>
      </w:r>
      <w:proofErr w:type="spellEnd"/>
      <w:r w:rsidR="005076BD" w:rsidRPr="005C7A43">
        <w:rPr>
          <w:sz w:val="24"/>
          <w:szCs w:val="24"/>
        </w:rPr>
        <w:t xml:space="preserve"> de </w:t>
      </w:r>
      <w:proofErr w:type="spellStart"/>
      <w:r w:rsidR="005076BD" w:rsidRPr="005C7A43">
        <w:rPr>
          <w:sz w:val="24"/>
          <w:szCs w:val="24"/>
        </w:rPr>
        <w:t>afastamento</w:t>
      </w:r>
      <w:proofErr w:type="spellEnd"/>
      <w:r w:rsidR="005076BD" w:rsidRPr="005C7A43">
        <w:rPr>
          <w:sz w:val="24"/>
          <w:szCs w:val="24"/>
        </w:rPr>
        <w:t xml:space="preserve"> </w:t>
      </w:r>
      <w:proofErr w:type="spellStart"/>
      <w:r w:rsidR="005076BD" w:rsidRPr="005C7A43">
        <w:rPr>
          <w:sz w:val="24"/>
          <w:szCs w:val="24"/>
        </w:rPr>
        <w:t>deferido</w:t>
      </w:r>
      <w:proofErr w:type="spellEnd"/>
      <w:r w:rsidR="005076BD" w:rsidRPr="005C7A43">
        <w:rPr>
          <w:sz w:val="24"/>
          <w:szCs w:val="24"/>
        </w:rPr>
        <w:t xml:space="preserve"> pela </w:t>
      </w:r>
      <w:proofErr w:type="spellStart"/>
      <w:r w:rsidR="005076BD" w:rsidRPr="005C7A43">
        <w:rPr>
          <w:sz w:val="24"/>
          <w:szCs w:val="24"/>
        </w:rPr>
        <w:t>instituição</w:t>
      </w:r>
      <w:proofErr w:type="spellEnd"/>
      <w:r w:rsidR="005076BD" w:rsidRPr="005C7A43">
        <w:rPr>
          <w:sz w:val="24"/>
          <w:szCs w:val="24"/>
        </w:rPr>
        <w:t>.</w:t>
      </w:r>
    </w:p>
    <w:p w:rsidR="005C7A43" w:rsidRPr="005C7A43" w:rsidRDefault="005C7A43" w:rsidP="005C7A43">
      <w:pPr>
        <w:spacing w:after="0" w:line="240" w:lineRule="auto"/>
        <w:jc w:val="both"/>
        <w:rPr>
          <w:sz w:val="24"/>
          <w:szCs w:val="24"/>
        </w:rPr>
      </w:pPr>
    </w:p>
    <w:p w:rsidR="004231D9" w:rsidRPr="00310465" w:rsidRDefault="005076BD" w:rsidP="004B5BD4">
      <w:pPr>
        <w:pStyle w:val="Ttulo1"/>
        <w:numPr>
          <w:ilvl w:val="0"/>
          <w:numId w:val="18"/>
        </w:numPr>
        <w:rPr>
          <w:rFonts w:asciiTheme="minorHAnsi" w:hAnsiTheme="minorHAnsi"/>
          <w:color w:val="auto"/>
          <w:sz w:val="24"/>
          <w:szCs w:val="24"/>
        </w:rPr>
      </w:pPr>
      <w:bookmarkStart w:id="4" w:name="_Toc233826698"/>
      <w:r w:rsidRPr="00310465">
        <w:rPr>
          <w:rFonts w:asciiTheme="minorHAnsi" w:hAnsiTheme="minorHAnsi"/>
          <w:color w:val="auto"/>
          <w:sz w:val="24"/>
          <w:szCs w:val="24"/>
        </w:rPr>
        <w:lastRenderedPageBreak/>
        <w:t xml:space="preserve">QUEM PODE SOLICITAR O </w:t>
      </w:r>
      <w:r w:rsidR="00D62664" w:rsidRPr="00310465">
        <w:rPr>
          <w:rFonts w:asciiTheme="minorHAnsi" w:hAnsiTheme="minorHAnsi"/>
          <w:color w:val="auto"/>
          <w:sz w:val="24"/>
          <w:szCs w:val="24"/>
        </w:rPr>
        <w:t>REE</w:t>
      </w:r>
      <w:r w:rsidRPr="00310465">
        <w:rPr>
          <w:rFonts w:asciiTheme="minorHAnsi" w:hAnsiTheme="minorHAnsi"/>
          <w:color w:val="auto"/>
          <w:sz w:val="24"/>
          <w:szCs w:val="24"/>
        </w:rPr>
        <w:t>?</w:t>
      </w:r>
      <w:bookmarkEnd w:id="4"/>
    </w:p>
    <w:p w:rsidR="009E4EEF" w:rsidRPr="005C7A43" w:rsidRDefault="005076BD" w:rsidP="005C7A43">
      <w:pPr>
        <w:spacing w:after="0" w:line="240" w:lineRule="auto"/>
        <w:jc w:val="both"/>
        <w:rPr>
          <w:sz w:val="24"/>
          <w:szCs w:val="24"/>
        </w:rPr>
      </w:pPr>
      <w:r w:rsidRPr="005C7A43">
        <w:rPr>
          <w:sz w:val="24"/>
          <w:szCs w:val="24"/>
        </w:rPr>
        <w:t xml:space="preserve">O </w:t>
      </w:r>
      <w:r w:rsidR="00D62664">
        <w:rPr>
          <w:sz w:val="24"/>
          <w:szCs w:val="24"/>
        </w:rPr>
        <w:t>REE</w:t>
      </w:r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poderá</w:t>
      </w:r>
      <w:proofErr w:type="spellEnd"/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ser</w:t>
      </w:r>
      <w:proofErr w:type="spellEnd"/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solicitado</w:t>
      </w:r>
      <w:proofErr w:type="spellEnd"/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por</w:t>
      </w:r>
      <w:proofErr w:type="spellEnd"/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estudantes</w:t>
      </w:r>
      <w:proofErr w:type="spellEnd"/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impossibilitados</w:t>
      </w:r>
      <w:proofErr w:type="spellEnd"/>
      <w:r w:rsidRPr="005C7A43">
        <w:rPr>
          <w:sz w:val="24"/>
          <w:szCs w:val="24"/>
        </w:rPr>
        <w:t xml:space="preserve"> de </w:t>
      </w:r>
      <w:proofErr w:type="spellStart"/>
      <w:r w:rsidRPr="005C7A43">
        <w:rPr>
          <w:sz w:val="24"/>
          <w:szCs w:val="24"/>
        </w:rPr>
        <w:t>frequentar</w:t>
      </w:r>
      <w:proofErr w:type="spellEnd"/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p</w:t>
      </w:r>
      <w:r w:rsidR="00D62664">
        <w:rPr>
          <w:sz w:val="24"/>
          <w:szCs w:val="24"/>
        </w:rPr>
        <w:t>REE</w:t>
      </w:r>
      <w:r w:rsidRPr="005C7A43">
        <w:rPr>
          <w:sz w:val="24"/>
          <w:szCs w:val="24"/>
        </w:rPr>
        <w:t>encialmente</w:t>
      </w:r>
      <w:proofErr w:type="spellEnd"/>
      <w:r w:rsidRPr="005C7A43">
        <w:rPr>
          <w:sz w:val="24"/>
          <w:szCs w:val="24"/>
        </w:rPr>
        <w:t xml:space="preserve"> as </w:t>
      </w:r>
      <w:proofErr w:type="spellStart"/>
      <w:r w:rsidRPr="005C7A43">
        <w:rPr>
          <w:sz w:val="24"/>
          <w:szCs w:val="24"/>
        </w:rPr>
        <w:t>atividades</w:t>
      </w:r>
      <w:proofErr w:type="spellEnd"/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acadêmi</w:t>
      </w:r>
      <w:r w:rsidR="009E4EEF" w:rsidRPr="005C7A43">
        <w:rPr>
          <w:sz w:val="24"/>
          <w:szCs w:val="24"/>
        </w:rPr>
        <w:t>cas</w:t>
      </w:r>
      <w:proofErr w:type="spellEnd"/>
      <w:r w:rsidR="009E4EEF" w:rsidRPr="005C7A43">
        <w:rPr>
          <w:sz w:val="24"/>
          <w:szCs w:val="24"/>
        </w:rPr>
        <w:t xml:space="preserve">, </w:t>
      </w:r>
      <w:proofErr w:type="spellStart"/>
      <w:r w:rsidR="009E4EEF" w:rsidRPr="005C7A43">
        <w:rPr>
          <w:sz w:val="24"/>
          <w:szCs w:val="24"/>
        </w:rPr>
        <w:t>especialmente</w:t>
      </w:r>
      <w:proofErr w:type="spellEnd"/>
      <w:r w:rsidR="009E4EEF" w:rsidRPr="005C7A43">
        <w:rPr>
          <w:sz w:val="24"/>
          <w:szCs w:val="24"/>
        </w:rPr>
        <w:t xml:space="preserve"> </w:t>
      </w:r>
      <w:proofErr w:type="spellStart"/>
      <w:r w:rsidR="009E4EEF" w:rsidRPr="005C7A43">
        <w:rPr>
          <w:sz w:val="24"/>
          <w:szCs w:val="24"/>
        </w:rPr>
        <w:t>em</w:t>
      </w:r>
      <w:proofErr w:type="spellEnd"/>
      <w:r w:rsidR="009E4EEF" w:rsidRPr="005C7A43">
        <w:rPr>
          <w:sz w:val="24"/>
          <w:szCs w:val="24"/>
        </w:rPr>
        <w:t xml:space="preserve"> </w:t>
      </w:r>
      <w:proofErr w:type="spellStart"/>
      <w:r w:rsidR="009E4EEF" w:rsidRPr="005C7A43">
        <w:rPr>
          <w:sz w:val="24"/>
          <w:szCs w:val="24"/>
        </w:rPr>
        <w:t>situações</w:t>
      </w:r>
      <w:proofErr w:type="spellEnd"/>
      <w:r w:rsidR="009E4EEF"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relacionadas</w:t>
      </w:r>
      <w:proofErr w:type="spellEnd"/>
      <w:r w:rsidRPr="005C7A43">
        <w:rPr>
          <w:sz w:val="24"/>
          <w:szCs w:val="24"/>
        </w:rPr>
        <w:t>:</w:t>
      </w:r>
    </w:p>
    <w:p w:rsidR="005D379A" w:rsidRDefault="005076BD" w:rsidP="005D379A">
      <w:pPr>
        <w:spacing w:after="0" w:line="240" w:lineRule="auto"/>
        <w:ind w:left="709" w:hanging="709"/>
        <w:rPr>
          <w:sz w:val="24"/>
          <w:szCs w:val="24"/>
        </w:rPr>
      </w:pPr>
      <w:r w:rsidRPr="005C7A43">
        <w:rPr>
          <w:sz w:val="24"/>
          <w:szCs w:val="24"/>
        </w:rPr>
        <w:br/>
        <w:t xml:space="preserve">• </w:t>
      </w:r>
      <w:proofErr w:type="gramStart"/>
      <w:r w:rsidRPr="005C7A43">
        <w:rPr>
          <w:sz w:val="24"/>
          <w:szCs w:val="24"/>
        </w:rPr>
        <w:t>a</w:t>
      </w:r>
      <w:proofErr w:type="gramEnd"/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condições</w:t>
      </w:r>
      <w:proofErr w:type="spellEnd"/>
      <w:r w:rsidRPr="005C7A43">
        <w:rPr>
          <w:sz w:val="24"/>
          <w:szCs w:val="24"/>
        </w:rPr>
        <w:t xml:space="preserve"> de </w:t>
      </w:r>
      <w:proofErr w:type="spellStart"/>
      <w:r w:rsidRPr="005C7A43">
        <w:rPr>
          <w:sz w:val="24"/>
          <w:szCs w:val="24"/>
        </w:rPr>
        <w:t>saúde</w:t>
      </w:r>
      <w:proofErr w:type="spellEnd"/>
      <w:r w:rsidRPr="005C7A43">
        <w:rPr>
          <w:sz w:val="24"/>
          <w:szCs w:val="24"/>
        </w:rPr>
        <w:t>;</w:t>
      </w:r>
      <w:r w:rsidRPr="005C7A43">
        <w:rPr>
          <w:sz w:val="24"/>
          <w:szCs w:val="24"/>
        </w:rPr>
        <w:br/>
        <w:t xml:space="preserve">• à </w:t>
      </w:r>
      <w:proofErr w:type="spellStart"/>
      <w:r w:rsidRPr="005C7A43">
        <w:rPr>
          <w:sz w:val="24"/>
          <w:szCs w:val="24"/>
        </w:rPr>
        <w:t>gestação</w:t>
      </w:r>
      <w:proofErr w:type="spellEnd"/>
      <w:r w:rsidRPr="005C7A43">
        <w:rPr>
          <w:sz w:val="24"/>
          <w:szCs w:val="24"/>
        </w:rPr>
        <w:t>;</w:t>
      </w:r>
      <w:r w:rsidRPr="005C7A43">
        <w:rPr>
          <w:sz w:val="24"/>
          <w:szCs w:val="24"/>
        </w:rPr>
        <w:br/>
        <w:t xml:space="preserve">• </w:t>
      </w:r>
      <w:proofErr w:type="spellStart"/>
      <w:r w:rsidRPr="005C7A43">
        <w:rPr>
          <w:sz w:val="24"/>
          <w:szCs w:val="24"/>
        </w:rPr>
        <w:t>às</w:t>
      </w:r>
      <w:proofErr w:type="spellEnd"/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demais</w:t>
      </w:r>
      <w:proofErr w:type="spellEnd"/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situações</w:t>
      </w:r>
      <w:proofErr w:type="spellEnd"/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previstas</w:t>
      </w:r>
      <w:proofErr w:type="spellEnd"/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na</w:t>
      </w:r>
      <w:proofErr w:type="spellEnd"/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legislação</w:t>
      </w:r>
      <w:proofErr w:type="spellEnd"/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vigente</w:t>
      </w:r>
      <w:proofErr w:type="spellEnd"/>
      <w:r w:rsidRPr="005C7A43">
        <w:rPr>
          <w:sz w:val="24"/>
          <w:szCs w:val="24"/>
        </w:rPr>
        <w:t>.</w:t>
      </w:r>
      <w:r w:rsidRPr="005C7A43">
        <w:rPr>
          <w:sz w:val="24"/>
          <w:szCs w:val="24"/>
        </w:rPr>
        <w:br/>
      </w:r>
      <w:r w:rsidRPr="005C7A43">
        <w:rPr>
          <w:sz w:val="24"/>
          <w:szCs w:val="24"/>
        </w:rPr>
        <w:br/>
        <w:t xml:space="preserve">A </w:t>
      </w:r>
      <w:proofErr w:type="spellStart"/>
      <w:r w:rsidRPr="005C7A43">
        <w:rPr>
          <w:sz w:val="24"/>
          <w:szCs w:val="24"/>
        </w:rPr>
        <w:t>concessão</w:t>
      </w:r>
      <w:proofErr w:type="spellEnd"/>
      <w:r w:rsidRPr="005C7A43">
        <w:rPr>
          <w:sz w:val="24"/>
          <w:szCs w:val="24"/>
        </w:rPr>
        <w:t xml:space="preserve"> do </w:t>
      </w:r>
      <w:r w:rsidR="00D62664">
        <w:rPr>
          <w:sz w:val="24"/>
          <w:szCs w:val="24"/>
        </w:rPr>
        <w:t>REE</w:t>
      </w:r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dependerá</w:t>
      </w:r>
      <w:proofErr w:type="spellEnd"/>
      <w:proofErr w:type="gramStart"/>
      <w:r w:rsidRPr="005C7A43">
        <w:rPr>
          <w:sz w:val="24"/>
          <w:szCs w:val="24"/>
        </w:rPr>
        <w:t>:</w:t>
      </w:r>
      <w:proofErr w:type="gramEnd"/>
      <w:r w:rsidRPr="005C7A43">
        <w:rPr>
          <w:sz w:val="24"/>
          <w:szCs w:val="24"/>
        </w:rPr>
        <w:br/>
        <w:t xml:space="preserve">• da </w:t>
      </w:r>
      <w:proofErr w:type="spellStart"/>
      <w:r w:rsidR="00D62664">
        <w:rPr>
          <w:sz w:val="24"/>
          <w:szCs w:val="24"/>
        </w:rPr>
        <w:t>apresentação</w:t>
      </w:r>
      <w:proofErr w:type="spellEnd"/>
      <w:r w:rsidRPr="005C7A43">
        <w:rPr>
          <w:sz w:val="24"/>
          <w:szCs w:val="24"/>
        </w:rPr>
        <w:t xml:space="preserve"> de </w:t>
      </w:r>
      <w:proofErr w:type="spellStart"/>
      <w:r w:rsidRPr="005C7A43">
        <w:rPr>
          <w:sz w:val="24"/>
          <w:szCs w:val="24"/>
        </w:rPr>
        <w:t>documentação</w:t>
      </w:r>
      <w:proofErr w:type="spellEnd"/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comprobatória</w:t>
      </w:r>
      <w:proofErr w:type="spellEnd"/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pertinente</w:t>
      </w:r>
      <w:proofErr w:type="spellEnd"/>
      <w:r w:rsidRPr="005C7A43">
        <w:rPr>
          <w:sz w:val="24"/>
          <w:szCs w:val="24"/>
        </w:rPr>
        <w:t>;</w:t>
      </w:r>
      <w:r w:rsidRPr="005C7A43">
        <w:rPr>
          <w:sz w:val="24"/>
          <w:szCs w:val="24"/>
        </w:rPr>
        <w:br/>
        <w:t xml:space="preserve">• da </w:t>
      </w:r>
      <w:proofErr w:type="spellStart"/>
      <w:r w:rsidRPr="005C7A43">
        <w:rPr>
          <w:sz w:val="24"/>
          <w:szCs w:val="24"/>
        </w:rPr>
        <w:t>análise</w:t>
      </w:r>
      <w:proofErr w:type="spellEnd"/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institucional</w:t>
      </w:r>
      <w:proofErr w:type="spellEnd"/>
      <w:r w:rsidRPr="005C7A43">
        <w:rPr>
          <w:sz w:val="24"/>
          <w:szCs w:val="24"/>
        </w:rPr>
        <w:t xml:space="preserve"> do </w:t>
      </w:r>
      <w:proofErr w:type="spellStart"/>
      <w:r w:rsidRPr="005C7A43">
        <w:rPr>
          <w:sz w:val="24"/>
          <w:szCs w:val="24"/>
        </w:rPr>
        <w:t>requerimento</w:t>
      </w:r>
      <w:proofErr w:type="spellEnd"/>
      <w:r w:rsidRPr="005C7A43">
        <w:rPr>
          <w:sz w:val="24"/>
          <w:szCs w:val="24"/>
        </w:rPr>
        <w:t>;</w:t>
      </w:r>
      <w:r w:rsidRPr="005C7A43">
        <w:rPr>
          <w:sz w:val="24"/>
          <w:szCs w:val="24"/>
        </w:rPr>
        <w:br/>
        <w:t xml:space="preserve">• do </w:t>
      </w:r>
      <w:proofErr w:type="spellStart"/>
      <w:r w:rsidRPr="005C7A43">
        <w:rPr>
          <w:sz w:val="24"/>
          <w:szCs w:val="24"/>
        </w:rPr>
        <w:t>atendimento</w:t>
      </w:r>
      <w:proofErr w:type="spellEnd"/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aos</w:t>
      </w:r>
      <w:proofErr w:type="spellEnd"/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critérios</w:t>
      </w:r>
      <w:proofErr w:type="spellEnd"/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leg</w:t>
      </w:r>
      <w:r w:rsidR="005D379A">
        <w:rPr>
          <w:sz w:val="24"/>
          <w:szCs w:val="24"/>
        </w:rPr>
        <w:t>ais</w:t>
      </w:r>
      <w:proofErr w:type="spellEnd"/>
      <w:r w:rsidR="005D379A">
        <w:rPr>
          <w:sz w:val="24"/>
          <w:szCs w:val="24"/>
        </w:rPr>
        <w:t xml:space="preserve"> e </w:t>
      </w:r>
      <w:proofErr w:type="spellStart"/>
      <w:r w:rsidR="005D379A">
        <w:rPr>
          <w:sz w:val="24"/>
          <w:szCs w:val="24"/>
        </w:rPr>
        <w:t>institucionais</w:t>
      </w:r>
      <w:proofErr w:type="spellEnd"/>
      <w:r w:rsidR="005D379A">
        <w:rPr>
          <w:sz w:val="24"/>
          <w:szCs w:val="24"/>
        </w:rPr>
        <w:t xml:space="preserve"> </w:t>
      </w:r>
      <w:proofErr w:type="spellStart"/>
      <w:r w:rsidR="005D379A">
        <w:rPr>
          <w:sz w:val="24"/>
          <w:szCs w:val="24"/>
        </w:rPr>
        <w:t>vigentes</w:t>
      </w:r>
      <w:proofErr w:type="spellEnd"/>
      <w:r w:rsidR="005D379A">
        <w:rPr>
          <w:sz w:val="24"/>
          <w:szCs w:val="24"/>
        </w:rPr>
        <w:t>.</w:t>
      </w:r>
    </w:p>
    <w:p w:rsidR="005D379A" w:rsidRDefault="005D379A" w:rsidP="005D379A">
      <w:pPr>
        <w:spacing w:after="0" w:line="240" w:lineRule="auto"/>
        <w:ind w:left="709" w:hanging="709"/>
        <w:rPr>
          <w:sz w:val="24"/>
          <w:szCs w:val="24"/>
        </w:rPr>
      </w:pPr>
    </w:p>
    <w:p w:rsidR="009E4EEF" w:rsidRPr="005C7A43" w:rsidRDefault="005076BD" w:rsidP="005D379A">
      <w:pPr>
        <w:spacing w:after="0" w:line="240" w:lineRule="auto"/>
        <w:ind w:left="709" w:hanging="709"/>
        <w:rPr>
          <w:sz w:val="24"/>
          <w:szCs w:val="24"/>
        </w:rPr>
      </w:pPr>
      <w:proofErr w:type="spellStart"/>
      <w:r w:rsidRPr="005C7A43">
        <w:rPr>
          <w:b/>
          <w:sz w:val="24"/>
          <w:szCs w:val="24"/>
        </w:rPr>
        <w:t>Importante</w:t>
      </w:r>
      <w:proofErr w:type="spellEnd"/>
      <w:r w:rsidRPr="005C7A43">
        <w:rPr>
          <w:b/>
          <w:sz w:val="24"/>
          <w:szCs w:val="24"/>
        </w:rPr>
        <w:t>:</w:t>
      </w:r>
    </w:p>
    <w:p w:rsidR="004231D9" w:rsidRPr="005C7A43" w:rsidRDefault="005076BD" w:rsidP="005C7A43">
      <w:pPr>
        <w:spacing w:after="0" w:line="240" w:lineRule="auto"/>
        <w:jc w:val="both"/>
        <w:rPr>
          <w:sz w:val="24"/>
          <w:szCs w:val="24"/>
        </w:rPr>
      </w:pPr>
      <w:r w:rsidRPr="005C7A43">
        <w:rPr>
          <w:sz w:val="24"/>
          <w:szCs w:val="24"/>
        </w:rPr>
        <w:br/>
      </w:r>
      <w:proofErr w:type="gramStart"/>
      <w:r w:rsidRPr="005C7A43">
        <w:rPr>
          <w:sz w:val="24"/>
          <w:szCs w:val="24"/>
        </w:rPr>
        <w:t>A</w:t>
      </w:r>
      <w:proofErr w:type="gramEnd"/>
      <w:r w:rsidRPr="005C7A43">
        <w:rPr>
          <w:sz w:val="24"/>
          <w:szCs w:val="24"/>
        </w:rPr>
        <w:t xml:space="preserve"> </w:t>
      </w:r>
      <w:proofErr w:type="spellStart"/>
      <w:r w:rsidR="00D62664">
        <w:rPr>
          <w:sz w:val="24"/>
          <w:szCs w:val="24"/>
        </w:rPr>
        <w:t>apresentação</w:t>
      </w:r>
      <w:proofErr w:type="spellEnd"/>
      <w:r w:rsidRPr="005C7A43">
        <w:rPr>
          <w:sz w:val="24"/>
          <w:szCs w:val="24"/>
        </w:rPr>
        <w:t xml:space="preserve"> de </w:t>
      </w:r>
      <w:proofErr w:type="spellStart"/>
      <w:r w:rsidRPr="005C7A43">
        <w:rPr>
          <w:sz w:val="24"/>
          <w:szCs w:val="24"/>
        </w:rPr>
        <w:t>atestado</w:t>
      </w:r>
      <w:proofErr w:type="spellEnd"/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ou</w:t>
      </w:r>
      <w:proofErr w:type="spellEnd"/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documentação</w:t>
      </w:r>
      <w:proofErr w:type="spellEnd"/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comprobatória</w:t>
      </w:r>
      <w:proofErr w:type="spellEnd"/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não</w:t>
      </w:r>
      <w:proofErr w:type="spellEnd"/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garante</w:t>
      </w:r>
      <w:proofErr w:type="spellEnd"/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automaticamente</w:t>
      </w:r>
      <w:proofErr w:type="spellEnd"/>
      <w:r w:rsidRPr="005C7A43">
        <w:rPr>
          <w:sz w:val="24"/>
          <w:szCs w:val="24"/>
        </w:rPr>
        <w:t xml:space="preserve"> a </w:t>
      </w:r>
      <w:proofErr w:type="spellStart"/>
      <w:r w:rsidRPr="005C7A43">
        <w:rPr>
          <w:sz w:val="24"/>
          <w:szCs w:val="24"/>
        </w:rPr>
        <w:t>concessão</w:t>
      </w:r>
      <w:proofErr w:type="spellEnd"/>
      <w:r w:rsidRPr="005C7A43">
        <w:rPr>
          <w:sz w:val="24"/>
          <w:szCs w:val="24"/>
        </w:rPr>
        <w:t xml:space="preserve"> do </w:t>
      </w:r>
      <w:r w:rsidR="00D62664">
        <w:rPr>
          <w:sz w:val="24"/>
          <w:szCs w:val="24"/>
        </w:rPr>
        <w:t>REE</w:t>
      </w:r>
      <w:r w:rsidRPr="005C7A43">
        <w:rPr>
          <w:sz w:val="24"/>
          <w:szCs w:val="24"/>
        </w:rPr>
        <w:t>.</w:t>
      </w:r>
    </w:p>
    <w:p w:rsidR="007E4EA2" w:rsidRPr="005C7A43" w:rsidRDefault="007E4EA2" w:rsidP="005C7A43">
      <w:pPr>
        <w:spacing w:after="0" w:line="240" w:lineRule="auto"/>
        <w:jc w:val="both"/>
        <w:rPr>
          <w:sz w:val="24"/>
          <w:szCs w:val="24"/>
        </w:rPr>
      </w:pPr>
    </w:p>
    <w:p w:rsidR="004231D9" w:rsidRPr="004B5BD4" w:rsidRDefault="005076BD" w:rsidP="004B5BD4">
      <w:pPr>
        <w:pStyle w:val="PargrafodaLista"/>
        <w:numPr>
          <w:ilvl w:val="0"/>
          <w:numId w:val="18"/>
        </w:numPr>
        <w:spacing w:after="0" w:line="240" w:lineRule="auto"/>
        <w:rPr>
          <w:sz w:val="24"/>
          <w:szCs w:val="24"/>
        </w:rPr>
      </w:pPr>
      <w:r w:rsidRPr="004B5BD4">
        <w:rPr>
          <w:b/>
          <w:sz w:val="24"/>
          <w:szCs w:val="24"/>
        </w:rPr>
        <w:t xml:space="preserve">CRITÉRIOS PARA CONCESSÃO DO </w:t>
      </w:r>
      <w:r w:rsidR="00D62664" w:rsidRPr="004B5BD4">
        <w:rPr>
          <w:b/>
          <w:sz w:val="24"/>
          <w:szCs w:val="24"/>
        </w:rPr>
        <w:t>REE</w:t>
      </w:r>
    </w:p>
    <w:p w:rsidR="004231D9" w:rsidRDefault="005076BD" w:rsidP="005C7A43">
      <w:pPr>
        <w:spacing w:after="0" w:line="240" w:lineRule="auto"/>
        <w:jc w:val="both"/>
        <w:rPr>
          <w:sz w:val="24"/>
          <w:szCs w:val="24"/>
        </w:rPr>
      </w:pPr>
      <w:r w:rsidRPr="005C7A43">
        <w:rPr>
          <w:sz w:val="24"/>
          <w:szCs w:val="24"/>
        </w:rPr>
        <w:t xml:space="preserve">O </w:t>
      </w:r>
      <w:r w:rsidR="00D62664">
        <w:rPr>
          <w:sz w:val="24"/>
          <w:szCs w:val="24"/>
        </w:rPr>
        <w:t>REE</w:t>
      </w:r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será</w:t>
      </w:r>
      <w:proofErr w:type="spellEnd"/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concedido</w:t>
      </w:r>
      <w:proofErr w:type="spellEnd"/>
      <w:r w:rsidRPr="005C7A43">
        <w:rPr>
          <w:sz w:val="24"/>
          <w:szCs w:val="24"/>
        </w:rPr>
        <w:t xml:space="preserve"> para </w:t>
      </w:r>
      <w:proofErr w:type="spellStart"/>
      <w:r w:rsidRPr="005C7A43">
        <w:rPr>
          <w:sz w:val="24"/>
          <w:szCs w:val="24"/>
        </w:rPr>
        <w:t>afastamentos</w:t>
      </w:r>
      <w:proofErr w:type="spellEnd"/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iguais</w:t>
      </w:r>
      <w:proofErr w:type="spellEnd"/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ou</w:t>
      </w:r>
      <w:proofErr w:type="spellEnd"/>
      <w:r w:rsidRPr="005C7A43">
        <w:rPr>
          <w:sz w:val="24"/>
          <w:szCs w:val="24"/>
        </w:rPr>
        <w:t xml:space="preserve"> superio</w:t>
      </w:r>
      <w:r w:rsidR="00D62664">
        <w:rPr>
          <w:sz w:val="24"/>
          <w:szCs w:val="24"/>
        </w:rPr>
        <w:t>r</w:t>
      </w:r>
      <w:r w:rsidRPr="005C7A43">
        <w:rPr>
          <w:sz w:val="24"/>
          <w:szCs w:val="24"/>
        </w:rPr>
        <w:t xml:space="preserve"> a 15 (</w:t>
      </w:r>
      <w:proofErr w:type="spellStart"/>
      <w:r w:rsidRPr="005C7A43">
        <w:rPr>
          <w:sz w:val="24"/>
          <w:szCs w:val="24"/>
        </w:rPr>
        <w:t>quinze</w:t>
      </w:r>
      <w:proofErr w:type="spellEnd"/>
      <w:r w:rsidRPr="005C7A43">
        <w:rPr>
          <w:sz w:val="24"/>
          <w:szCs w:val="24"/>
        </w:rPr>
        <w:t xml:space="preserve">) </w:t>
      </w:r>
      <w:proofErr w:type="spellStart"/>
      <w:proofErr w:type="gramStart"/>
      <w:r w:rsidRPr="005C7A43">
        <w:rPr>
          <w:sz w:val="24"/>
          <w:szCs w:val="24"/>
        </w:rPr>
        <w:t>dias</w:t>
      </w:r>
      <w:proofErr w:type="spellEnd"/>
      <w:proofErr w:type="gramEnd"/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corridos</w:t>
      </w:r>
      <w:proofErr w:type="spellEnd"/>
      <w:r w:rsidRPr="005C7A43">
        <w:rPr>
          <w:sz w:val="24"/>
          <w:szCs w:val="24"/>
        </w:rPr>
        <w:t xml:space="preserve">, </w:t>
      </w:r>
      <w:proofErr w:type="spellStart"/>
      <w:r w:rsidRPr="005C7A43">
        <w:rPr>
          <w:sz w:val="24"/>
          <w:szCs w:val="24"/>
        </w:rPr>
        <w:t>conforme</w:t>
      </w:r>
      <w:proofErr w:type="spellEnd"/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disposto</w:t>
      </w:r>
      <w:proofErr w:type="spellEnd"/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na</w:t>
      </w:r>
      <w:proofErr w:type="spellEnd"/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legislação</w:t>
      </w:r>
      <w:proofErr w:type="spellEnd"/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vigente</w:t>
      </w:r>
      <w:proofErr w:type="spellEnd"/>
      <w:r w:rsidR="007E4EA2" w:rsidRPr="005C7A43">
        <w:rPr>
          <w:sz w:val="24"/>
          <w:szCs w:val="24"/>
        </w:rPr>
        <w:t xml:space="preserve">. </w:t>
      </w:r>
    </w:p>
    <w:p w:rsidR="005C7A43" w:rsidRDefault="005C7A43" w:rsidP="005C7A43">
      <w:pPr>
        <w:spacing w:after="0" w:line="240" w:lineRule="auto"/>
        <w:jc w:val="both"/>
        <w:rPr>
          <w:sz w:val="24"/>
          <w:szCs w:val="24"/>
        </w:rPr>
      </w:pPr>
    </w:p>
    <w:p w:rsidR="005C7A43" w:rsidRDefault="005C7A43" w:rsidP="005C7A43">
      <w:pPr>
        <w:spacing w:after="0" w:line="240" w:lineRule="auto"/>
        <w:jc w:val="both"/>
        <w:rPr>
          <w:sz w:val="24"/>
          <w:szCs w:val="24"/>
        </w:rPr>
      </w:pPr>
    </w:p>
    <w:p w:rsidR="005C7A43" w:rsidRPr="005C7A43" w:rsidRDefault="005C7A43" w:rsidP="004B5BD4">
      <w:pPr>
        <w:pStyle w:val="PargrafodaLista"/>
        <w:numPr>
          <w:ilvl w:val="0"/>
          <w:numId w:val="18"/>
        </w:numPr>
        <w:spacing w:after="0" w:line="240" w:lineRule="auto"/>
        <w:rPr>
          <w:sz w:val="24"/>
          <w:szCs w:val="24"/>
        </w:rPr>
      </w:pPr>
      <w:r w:rsidRPr="005C7A43">
        <w:rPr>
          <w:b/>
          <w:sz w:val="24"/>
          <w:szCs w:val="24"/>
        </w:rPr>
        <w:t xml:space="preserve">COMO SOLICITAR O </w:t>
      </w:r>
      <w:r w:rsidR="00D62664">
        <w:rPr>
          <w:b/>
          <w:sz w:val="24"/>
          <w:szCs w:val="24"/>
        </w:rPr>
        <w:t>REE</w:t>
      </w:r>
      <w:r w:rsidRPr="005C7A43">
        <w:rPr>
          <w:b/>
          <w:sz w:val="24"/>
          <w:szCs w:val="24"/>
        </w:rPr>
        <w:t>?</w:t>
      </w:r>
    </w:p>
    <w:p w:rsidR="005C7A43" w:rsidRPr="005C7A43" w:rsidRDefault="005C7A43" w:rsidP="005C7A43">
      <w:pPr>
        <w:spacing w:after="0" w:line="240" w:lineRule="auto"/>
        <w:rPr>
          <w:b/>
          <w:sz w:val="24"/>
          <w:szCs w:val="24"/>
        </w:rPr>
      </w:pPr>
      <w:r w:rsidRPr="005C7A43">
        <w:rPr>
          <w:sz w:val="24"/>
          <w:szCs w:val="24"/>
        </w:rPr>
        <w:t xml:space="preserve">A </w:t>
      </w:r>
      <w:proofErr w:type="spellStart"/>
      <w:r w:rsidRPr="005C7A43">
        <w:rPr>
          <w:sz w:val="24"/>
          <w:szCs w:val="24"/>
        </w:rPr>
        <w:t>solicitação</w:t>
      </w:r>
      <w:proofErr w:type="spellEnd"/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deverá</w:t>
      </w:r>
      <w:proofErr w:type="spellEnd"/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ser</w:t>
      </w:r>
      <w:proofErr w:type="spellEnd"/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realizada</w:t>
      </w:r>
      <w:proofErr w:type="spellEnd"/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pelo</w:t>
      </w:r>
      <w:proofErr w:type="spellEnd"/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estudante</w:t>
      </w:r>
      <w:proofErr w:type="spellEnd"/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por</w:t>
      </w:r>
      <w:proofErr w:type="spellEnd"/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meio</w:t>
      </w:r>
      <w:proofErr w:type="spellEnd"/>
      <w:r w:rsidRPr="005C7A43">
        <w:rPr>
          <w:sz w:val="24"/>
          <w:szCs w:val="24"/>
        </w:rPr>
        <w:t xml:space="preserve"> de </w:t>
      </w:r>
      <w:proofErr w:type="spellStart"/>
      <w:r w:rsidRPr="005C7A43">
        <w:rPr>
          <w:sz w:val="24"/>
          <w:szCs w:val="24"/>
        </w:rPr>
        <w:t>reque</w:t>
      </w:r>
      <w:r w:rsidR="009D78E1">
        <w:rPr>
          <w:sz w:val="24"/>
          <w:szCs w:val="24"/>
        </w:rPr>
        <w:t>rimento</w:t>
      </w:r>
      <w:proofErr w:type="spellEnd"/>
      <w:r w:rsidR="009D78E1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acadêmico</w:t>
      </w:r>
      <w:proofErr w:type="spellEnd"/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próprio</w:t>
      </w:r>
      <w:proofErr w:type="spellEnd"/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disponível</w:t>
      </w:r>
      <w:proofErr w:type="spellEnd"/>
      <w:r w:rsidRPr="005C7A43">
        <w:rPr>
          <w:sz w:val="24"/>
          <w:szCs w:val="24"/>
        </w:rPr>
        <w:t xml:space="preserve"> no Portal do </w:t>
      </w:r>
      <w:proofErr w:type="spellStart"/>
      <w:r w:rsidRPr="005C7A43">
        <w:rPr>
          <w:sz w:val="24"/>
          <w:szCs w:val="24"/>
        </w:rPr>
        <w:t>Aluno</w:t>
      </w:r>
      <w:proofErr w:type="spellEnd"/>
      <w:r w:rsidRPr="005C7A43">
        <w:rPr>
          <w:sz w:val="24"/>
          <w:szCs w:val="24"/>
        </w:rPr>
        <w:t>.</w:t>
      </w:r>
      <w:r w:rsidRPr="005C7A43">
        <w:rPr>
          <w:sz w:val="24"/>
          <w:szCs w:val="24"/>
        </w:rPr>
        <w:br/>
      </w:r>
      <w:r w:rsidRPr="005C7A43">
        <w:rPr>
          <w:b/>
          <w:sz w:val="24"/>
          <w:szCs w:val="24"/>
        </w:rPr>
        <w:br/>
      </w:r>
      <w:proofErr w:type="spellStart"/>
      <w:r w:rsidRPr="005C7A43">
        <w:rPr>
          <w:b/>
          <w:sz w:val="24"/>
          <w:szCs w:val="24"/>
        </w:rPr>
        <w:t>Passo</w:t>
      </w:r>
      <w:proofErr w:type="spellEnd"/>
      <w:r w:rsidRPr="005C7A43">
        <w:rPr>
          <w:b/>
          <w:sz w:val="24"/>
          <w:szCs w:val="24"/>
        </w:rPr>
        <w:t xml:space="preserve"> a </w:t>
      </w:r>
      <w:proofErr w:type="spellStart"/>
      <w:r w:rsidRPr="005C7A43">
        <w:rPr>
          <w:b/>
          <w:sz w:val="24"/>
          <w:szCs w:val="24"/>
        </w:rPr>
        <w:t>passo</w:t>
      </w:r>
      <w:proofErr w:type="spellEnd"/>
      <w:proofErr w:type="gramStart"/>
      <w:r w:rsidRPr="005C7A43">
        <w:rPr>
          <w:b/>
          <w:sz w:val="24"/>
          <w:szCs w:val="24"/>
        </w:rPr>
        <w:t>:</w:t>
      </w:r>
      <w:proofErr w:type="gramEnd"/>
      <w:r w:rsidRPr="005C7A43">
        <w:rPr>
          <w:sz w:val="24"/>
          <w:szCs w:val="24"/>
        </w:rPr>
        <w:br/>
        <w:t xml:space="preserve">1. </w:t>
      </w:r>
      <w:proofErr w:type="spellStart"/>
      <w:r w:rsidRPr="005C7A43">
        <w:rPr>
          <w:sz w:val="24"/>
          <w:szCs w:val="24"/>
        </w:rPr>
        <w:t>Acessar</w:t>
      </w:r>
      <w:proofErr w:type="spellEnd"/>
      <w:r w:rsidRPr="005C7A43">
        <w:rPr>
          <w:sz w:val="24"/>
          <w:szCs w:val="24"/>
        </w:rPr>
        <w:t xml:space="preserve"> o Portal do </w:t>
      </w:r>
      <w:proofErr w:type="spellStart"/>
      <w:r w:rsidRPr="005C7A43">
        <w:rPr>
          <w:sz w:val="24"/>
          <w:szCs w:val="24"/>
        </w:rPr>
        <w:t>Aluno</w:t>
      </w:r>
      <w:proofErr w:type="spellEnd"/>
      <w:r w:rsidRPr="005C7A43">
        <w:rPr>
          <w:sz w:val="24"/>
          <w:szCs w:val="24"/>
        </w:rPr>
        <w:t>;</w:t>
      </w:r>
      <w:r w:rsidRPr="005C7A43">
        <w:rPr>
          <w:sz w:val="24"/>
          <w:szCs w:val="24"/>
        </w:rPr>
        <w:br/>
        <w:t xml:space="preserve">2. </w:t>
      </w:r>
      <w:proofErr w:type="spellStart"/>
      <w:r w:rsidRPr="005C7A43">
        <w:rPr>
          <w:sz w:val="24"/>
          <w:szCs w:val="24"/>
        </w:rPr>
        <w:t>Abrir</w:t>
      </w:r>
      <w:proofErr w:type="spellEnd"/>
      <w:r w:rsidRPr="005C7A43">
        <w:rPr>
          <w:sz w:val="24"/>
          <w:szCs w:val="24"/>
        </w:rPr>
        <w:t xml:space="preserve"> o </w:t>
      </w:r>
      <w:proofErr w:type="spellStart"/>
      <w:r w:rsidRPr="005C7A43">
        <w:rPr>
          <w:sz w:val="24"/>
          <w:szCs w:val="24"/>
        </w:rPr>
        <w:t>requerimento</w:t>
      </w:r>
      <w:proofErr w:type="spellEnd"/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referente</w:t>
      </w:r>
      <w:proofErr w:type="spellEnd"/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ao</w:t>
      </w:r>
      <w:proofErr w:type="spellEnd"/>
      <w:r w:rsidRPr="005C7A43">
        <w:rPr>
          <w:sz w:val="24"/>
          <w:szCs w:val="24"/>
        </w:rPr>
        <w:t xml:space="preserve"> Regime Especial de </w:t>
      </w:r>
      <w:proofErr w:type="spellStart"/>
      <w:r w:rsidRPr="005C7A43">
        <w:rPr>
          <w:sz w:val="24"/>
          <w:szCs w:val="24"/>
        </w:rPr>
        <w:t>Estudos</w:t>
      </w:r>
      <w:proofErr w:type="spellEnd"/>
      <w:r w:rsidRPr="005C7A43">
        <w:rPr>
          <w:sz w:val="24"/>
          <w:szCs w:val="24"/>
        </w:rPr>
        <w:t xml:space="preserve"> (</w:t>
      </w:r>
      <w:r w:rsidR="00D62664">
        <w:rPr>
          <w:sz w:val="24"/>
          <w:szCs w:val="24"/>
        </w:rPr>
        <w:t>REE</w:t>
      </w:r>
      <w:r w:rsidRPr="005C7A43">
        <w:rPr>
          <w:sz w:val="24"/>
          <w:szCs w:val="24"/>
        </w:rPr>
        <w:t>);</w:t>
      </w:r>
      <w:r w:rsidRPr="005C7A43">
        <w:rPr>
          <w:sz w:val="24"/>
          <w:szCs w:val="24"/>
        </w:rPr>
        <w:br/>
        <w:t xml:space="preserve">3. </w:t>
      </w:r>
      <w:proofErr w:type="spellStart"/>
      <w:r w:rsidRPr="005C7A43">
        <w:rPr>
          <w:sz w:val="24"/>
          <w:szCs w:val="24"/>
        </w:rPr>
        <w:t>Inserir</w:t>
      </w:r>
      <w:proofErr w:type="spellEnd"/>
      <w:r w:rsidRPr="005C7A43">
        <w:rPr>
          <w:sz w:val="24"/>
          <w:szCs w:val="24"/>
        </w:rPr>
        <w:t xml:space="preserve"> a </w:t>
      </w:r>
      <w:proofErr w:type="spellStart"/>
      <w:r w:rsidRPr="005C7A43">
        <w:rPr>
          <w:sz w:val="24"/>
          <w:szCs w:val="24"/>
        </w:rPr>
        <w:t>documentação</w:t>
      </w:r>
      <w:proofErr w:type="spellEnd"/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comprobatória</w:t>
      </w:r>
      <w:proofErr w:type="spellEnd"/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pertinente</w:t>
      </w:r>
      <w:proofErr w:type="spellEnd"/>
      <w:proofErr w:type="gramStart"/>
      <w:r w:rsidRPr="005C7A43">
        <w:rPr>
          <w:sz w:val="24"/>
          <w:szCs w:val="24"/>
        </w:rPr>
        <w:t>;</w:t>
      </w:r>
      <w:proofErr w:type="gramEnd"/>
      <w:r w:rsidRPr="005C7A43">
        <w:rPr>
          <w:sz w:val="24"/>
          <w:szCs w:val="24"/>
        </w:rPr>
        <w:br/>
        <w:t xml:space="preserve">4. </w:t>
      </w:r>
      <w:proofErr w:type="spellStart"/>
      <w:r w:rsidRPr="005C7A43">
        <w:rPr>
          <w:sz w:val="24"/>
          <w:szCs w:val="24"/>
        </w:rPr>
        <w:t>Aguardar</w:t>
      </w:r>
      <w:proofErr w:type="spellEnd"/>
      <w:r w:rsidRPr="005C7A43">
        <w:rPr>
          <w:sz w:val="24"/>
          <w:szCs w:val="24"/>
        </w:rPr>
        <w:t xml:space="preserve"> a </w:t>
      </w:r>
      <w:proofErr w:type="spellStart"/>
      <w:r w:rsidRPr="005C7A43">
        <w:rPr>
          <w:sz w:val="24"/>
          <w:szCs w:val="24"/>
        </w:rPr>
        <w:t>análise</w:t>
      </w:r>
      <w:proofErr w:type="spellEnd"/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institucional</w:t>
      </w:r>
      <w:proofErr w:type="spellEnd"/>
      <w:r w:rsidRPr="005C7A43">
        <w:rPr>
          <w:sz w:val="24"/>
          <w:szCs w:val="24"/>
        </w:rPr>
        <w:t xml:space="preserve"> do </w:t>
      </w:r>
      <w:proofErr w:type="spellStart"/>
      <w:r w:rsidRPr="005C7A43">
        <w:rPr>
          <w:sz w:val="24"/>
          <w:szCs w:val="24"/>
        </w:rPr>
        <w:t>requerimento</w:t>
      </w:r>
      <w:proofErr w:type="spellEnd"/>
      <w:proofErr w:type="gramStart"/>
      <w:r w:rsidRPr="005C7A43">
        <w:rPr>
          <w:sz w:val="24"/>
          <w:szCs w:val="24"/>
        </w:rPr>
        <w:t>;</w:t>
      </w:r>
      <w:proofErr w:type="gramEnd"/>
      <w:r w:rsidRPr="005C7A43">
        <w:rPr>
          <w:sz w:val="24"/>
          <w:szCs w:val="24"/>
        </w:rPr>
        <w:br/>
        <w:t xml:space="preserve">5. </w:t>
      </w:r>
      <w:proofErr w:type="spellStart"/>
      <w:r w:rsidRPr="005C7A43">
        <w:rPr>
          <w:sz w:val="24"/>
          <w:szCs w:val="24"/>
        </w:rPr>
        <w:t>Acompanhar</w:t>
      </w:r>
      <w:proofErr w:type="spellEnd"/>
      <w:r w:rsidRPr="005C7A43">
        <w:rPr>
          <w:sz w:val="24"/>
          <w:szCs w:val="24"/>
        </w:rPr>
        <w:t xml:space="preserve"> o e-mail </w:t>
      </w:r>
      <w:proofErr w:type="spellStart"/>
      <w:r w:rsidRPr="005C7A43">
        <w:rPr>
          <w:sz w:val="24"/>
          <w:szCs w:val="24"/>
        </w:rPr>
        <w:t>institucional</w:t>
      </w:r>
      <w:proofErr w:type="spellEnd"/>
      <w:r w:rsidRPr="005C7A43">
        <w:rPr>
          <w:sz w:val="24"/>
          <w:szCs w:val="24"/>
        </w:rPr>
        <w:t xml:space="preserve"> e </w:t>
      </w:r>
      <w:proofErr w:type="spellStart"/>
      <w:r w:rsidRPr="005C7A43">
        <w:rPr>
          <w:sz w:val="24"/>
          <w:szCs w:val="24"/>
        </w:rPr>
        <w:t>os</w:t>
      </w:r>
      <w:proofErr w:type="spellEnd"/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canais</w:t>
      </w:r>
      <w:proofErr w:type="spellEnd"/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oficiais</w:t>
      </w:r>
      <w:proofErr w:type="spellEnd"/>
      <w:r w:rsidRPr="005C7A43">
        <w:rPr>
          <w:sz w:val="24"/>
          <w:szCs w:val="24"/>
        </w:rPr>
        <w:t xml:space="preserve"> da </w:t>
      </w:r>
      <w:proofErr w:type="spellStart"/>
      <w:r w:rsidRPr="005C7A43">
        <w:rPr>
          <w:sz w:val="24"/>
          <w:szCs w:val="24"/>
        </w:rPr>
        <w:t>instituição</w:t>
      </w:r>
      <w:proofErr w:type="spellEnd"/>
      <w:r w:rsidRPr="005C7A43">
        <w:rPr>
          <w:sz w:val="24"/>
          <w:szCs w:val="24"/>
        </w:rPr>
        <w:t>.</w:t>
      </w:r>
      <w:r w:rsidRPr="005C7A43">
        <w:rPr>
          <w:sz w:val="24"/>
          <w:szCs w:val="24"/>
        </w:rPr>
        <w:br/>
      </w:r>
    </w:p>
    <w:p w:rsidR="005C7A43" w:rsidRDefault="005C7A43" w:rsidP="005C7A43">
      <w:pPr>
        <w:spacing w:after="0" w:line="240" w:lineRule="auto"/>
        <w:jc w:val="both"/>
        <w:rPr>
          <w:sz w:val="24"/>
          <w:szCs w:val="24"/>
        </w:rPr>
      </w:pPr>
      <w:r w:rsidRPr="005C7A43">
        <w:rPr>
          <w:b/>
          <w:sz w:val="24"/>
          <w:szCs w:val="24"/>
        </w:rPr>
        <w:br/>
      </w:r>
      <w:proofErr w:type="spellStart"/>
      <w:r w:rsidRPr="005C7A43">
        <w:rPr>
          <w:b/>
          <w:sz w:val="24"/>
          <w:szCs w:val="24"/>
        </w:rPr>
        <w:t>Importante</w:t>
      </w:r>
      <w:proofErr w:type="spellEnd"/>
      <w:proofErr w:type="gramStart"/>
      <w:r w:rsidRPr="005C7A43">
        <w:rPr>
          <w:b/>
          <w:sz w:val="24"/>
          <w:szCs w:val="24"/>
        </w:rPr>
        <w:t>:</w:t>
      </w:r>
      <w:proofErr w:type="gramEnd"/>
      <w:r w:rsidRPr="005C7A43">
        <w:rPr>
          <w:sz w:val="24"/>
          <w:szCs w:val="24"/>
        </w:rPr>
        <w:br/>
      </w:r>
      <w:proofErr w:type="spellStart"/>
      <w:r w:rsidRPr="005C7A43">
        <w:rPr>
          <w:sz w:val="24"/>
          <w:szCs w:val="24"/>
        </w:rPr>
        <w:t>Em</w:t>
      </w:r>
      <w:proofErr w:type="spellEnd"/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caso</w:t>
      </w:r>
      <w:proofErr w:type="spellEnd"/>
      <w:r w:rsidRPr="005C7A43">
        <w:rPr>
          <w:sz w:val="24"/>
          <w:szCs w:val="24"/>
        </w:rPr>
        <w:t xml:space="preserve"> de </w:t>
      </w:r>
      <w:proofErr w:type="spellStart"/>
      <w:r w:rsidRPr="005C7A43">
        <w:rPr>
          <w:sz w:val="24"/>
          <w:szCs w:val="24"/>
        </w:rPr>
        <w:t>impossibilidade</w:t>
      </w:r>
      <w:proofErr w:type="spellEnd"/>
      <w:r w:rsidRPr="005C7A43">
        <w:rPr>
          <w:sz w:val="24"/>
          <w:szCs w:val="24"/>
        </w:rPr>
        <w:t xml:space="preserve"> do </w:t>
      </w:r>
      <w:proofErr w:type="spellStart"/>
      <w:r w:rsidRPr="005C7A43">
        <w:rPr>
          <w:sz w:val="24"/>
          <w:szCs w:val="24"/>
        </w:rPr>
        <w:t>estudante</w:t>
      </w:r>
      <w:proofErr w:type="spellEnd"/>
      <w:r w:rsidRPr="005C7A43">
        <w:rPr>
          <w:sz w:val="24"/>
          <w:szCs w:val="24"/>
        </w:rPr>
        <w:t xml:space="preserve">, a </w:t>
      </w:r>
      <w:proofErr w:type="spellStart"/>
      <w:r w:rsidRPr="005C7A43">
        <w:rPr>
          <w:sz w:val="24"/>
          <w:szCs w:val="24"/>
        </w:rPr>
        <w:t>solicitação</w:t>
      </w:r>
      <w:proofErr w:type="spellEnd"/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poderá</w:t>
      </w:r>
      <w:proofErr w:type="spellEnd"/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ser</w:t>
      </w:r>
      <w:proofErr w:type="spellEnd"/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realizada</w:t>
      </w:r>
      <w:proofErr w:type="spellEnd"/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por</w:t>
      </w:r>
      <w:proofErr w:type="spellEnd"/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rep</w:t>
      </w:r>
      <w:r w:rsidR="00D62664">
        <w:rPr>
          <w:sz w:val="24"/>
          <w:szCs w:val="24"/>
        </w:rPr>
        <w:t>res</w:t>
      </w:r>
      <w:r w:rsidRPr="005C7A43">
        <w:rPr>
          <w:sz w:val="24"/>
          <w:szCs w:val="24"/>
        </w:rPr>
        <w:t>entante</w:t>
      </w:r>
      <w:proofErr w:type="spellEnd"/>
      <w:r w:rsidRPr="005C7A43">
        <w:rPr>
          <w:sz w:val="24"/>
          <w:szCs w:val="24"/>
        </w:rPr>
        <w:t xml:space="preserve"> legal, familiar </w:t>
      </w:r>
      <w:proofErr w:type="spellStart"/>
      <w:r w:rsidRPr="005C7A43">
        <w:rPr>
          <w:sz w:val="24"/>
          <w:szCs w:val="24"/>
        </w:rPr>
        <w:t>ou</w:t>
      </w:r>
      <w:proofErr w:type="spellEnd"/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pessoa</w:t>
      </w:r>
      <w:proofErr w:type="spellEnd"/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formalmente</w:t>
      </w:r>
      <w:proofErr w:type="spellEnd"/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indicada</w:t>
      </w:r>
      <w:proofErr w:type="spellEnd"/>
      <w:r w:rsidRPr="005C7A43">
        <w:rPr>
          <w:sz w:val="24"/>
          <w:szCs w:val="24"/>
        </w:rPr>
        <w:t xml:space="preserve">, via Central de </w:t>
      </w:r>
      <w:proofErr w:type="spellStart"/>
      <w:r w:rsidRPr="005C7A43">
        <w:rPr>
          <w:sz w:val="24"/>
          <w:szCs w:val="24"/>
        </w:rPr>
        <w:t>Relacionamento</w:t>
      </w:r>
      <w:proofErr w:type="spellEnd"/>
    </w:p>
    <w:p w:rsidR="005C7A43" w:rsidRPr="005C7A43" w:rsidRDefault="005C7A43" w:rsidP="005C7A43">
      <w:pPr>
        <w:spacing w:after="0" w:line="240" w:lineRule="auto"/>
        <w:jc w:val="both"/>
        <w:rPr>
          <w:sz w:val="24"/>
          <w:szCs w:val="24"/>
        </w:rPr>
      </w:pPr>
    </w:p>
    <w:p w:rsidR="004231D9" w:rsidRPr="00310465" w:rsidRDefault="005076BD" w:rsidP="004B5BD4">
      <w:pPr>
        <w:pStyle w:val="Ttulo1"/>
        <w:numPr>
          <w:ilvl w:val="0"/>
          <w:numId w:val="18"/>
        </w:numPr>
        <w:rPr>
          <w:rFonts w:asciiTheme="minorHAnsi" w:hAnsiTheme="minorHAnsi"/>
          <w:color w:val="auto"/>
          <w:sz w:val="24"/>
          <w:szCs w:val="24"/>
        </w:rPr>
      </w:pPr>
      <w:bookmarkStart w:id="5" w:name="_Toc233826699"/>
      <w:r w:rsidRPr="00310465">
        <w:rPr>
          <w:rFonts w:asciiTheme="minorHAnsi" w:hAnsiTheme="minorHAnsi"/>
          <w:color w:val="auto"/>
          <w:sz w:val="24"/>
          <w:szCs w:val="24"/>
        </w:rPr>
        <w:t xml:space="preserve">DISCIPLINAS CONTEMPLADAS PELO </w:t>
      </w:r>
      <w:r w:rsidR="00D62664" w:rsidRPr="00310465">
        <w:rPr>
          <w:rFonts w:asciiTheme="minorHAnsi" w:hAnsiTheme="minorHAnsi"/>
          <w:color w:val="auto"/>
          <w:sz w:val="24"/>
          <w:szCs w:val="24"/>
        </w:rPr>
        <w:t>REE</w:t>
      </w:r>
      <w:bookmarkEnd w:id="5"/>
    </w:p>
    <w:p w:rsidR="00D62664" w:rsidRPr="005C7A43" w:rsidRDefault="00D62664" w:rsidP="00D62664">
      <w:pPr>
        <w:pStyle w:val="PargrafodaLista"/>
        <w:spacing w:after="0" w:line="240" w:lineRule="auto"/>
        <w:ind w:left="360"/>
        <w:rPr>
          <w:sz w:val="24"/>
          <w:szCs w:val="24"/>
        </w:rPr>
      </w:pPr>
    </w:p>
    <w:p w:rsidR="007E4EA2" w:rsidRPr="005C7A43" w:rsidRDefault="005076BD" w:rsidP="005C7A43">
      <w:pPr>
        <w:spacing w:after="0" w:line="240" w:lineRule="auto"/>
        <w:jc w:val="both"/>
        <w:rPr>
          <w:sz w:val="24"/>
          <w:szCs w:val="24"/>
        </w:rPr>
      </w:pPr>
      <w:r w:rsidRPr="005C7A43">
        <w:rPr>
          <w:sz w:val="24"/>
          <w:szCs w:val="24"/>
        </w:rPr>
        <w:t xml:space="preserve">O Regime Especial de </w:t>
      </w:r>
      <w:proofErr w:type="spellStart"/>
      <w:r w:rsidRPr="005C7A43">
        <w:rPr>
          <w:sz w:val="24"/>
          <w:szCs w:val="24"/>
        </w:rPr>
        <w:t>Estudos</w:t>
      </w:r>
      <w:proofErr w:type="spellEnd"/>
      <w:r w:rsidRPr="005C7A43">
        <w:rPr>
          <w:sz w:val="24"/>
          <w:szCs w:val="24"/>
        </w:rPr>
        <w:t xml:space="preserve"> (</w:t>
      </w:r>
      <w:r w:rsidR="00D62664">
        <w:rPr>
          <w:sz w:val="24"/>
          <w:szCs w:val="24"/>
        </w:rPr>
        <w:t>REE</w:t>
      </w:r>
      <w:r w:rsidRPr="005C7A43">
        <w:rPr>
          <w:sz w:val="24"/>
          <w:szCs w:val="24"/>
        </w:rPr>
        <w:t xml:space="preserve">) </w:t>
      </w:r>
      <w:proofErr w:type="spellStart"/>
      <w:r w:rsidRPr="005C7A43">
        <w:rPr>
          <w:sz w:val="24"/>
          <w:szCs w:val="24"/>
        </w:rPr>
        <w:t>aplica</w:t>
      </w:r>
      <w:proofErr w:type="spellEnd"/>
      <w:r w:rsidRPr="005C7A43">
        <w:rPr>
          <w:sz w:val="24"/>
          <w:szCs w:val="24"/>
        </w:rPr>
        <w:t xml:space="preserve">-se </w:t>
      </w:r>
      <w:proofErr w:type="spellStart"/>
      <w:r w:rsidRPr="005C7A43">
        <w:rPr>
          <w:sz w:val="24"/>
          <w:szCs w:val="24"/>
        </w:rPr>
        <w:t>exclusivamente</w:t>
      </w:r>
      <w:proofErr w:type="spellEnd"/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às</w:t>
      </w:r>
      <w:proofErr w:type="spellEnd"/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disciplinas</w:t>
      </w:r>
      <w:proofErr w:type="spellEnd"/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teóricas</w:t>
      </w:r>
      <w:proofErr w:type="spellEnd"/>
      <w:r w:rsidRPr="005C7A43">
        <w:rPr>
          <w:sz w:val="24"/>
          <w:szCs w:val="24"/>
        </w:rPr>
        <w:t xml:space="preserve"> dos </w:t>
      </w:r>
      <w:proofErr w:type="spellStart"/>
      <w:r w:rsidRPr="005C7A43">
        <w:rPr>
          <w:sz w:val="24"/>
          <w:szCs w:val="24"/>
        </w:rPr>
        <w:t>cursos</w:t>
      </w:r>
      <w:proofErr w:type="spellEnd"/>
      <w:r w:rsidRPr="005C7A43">
        <w:rPr>
          <w:sz w:val="24"/>
          <w:szCs w:val="24"/>
        </w:rPr>
        <w:t xml:space="preserve"> de </w:t>
      </w:r>
      <w:proofErr w:type="spellStart"/>
      <w:r w:rsidRPr="005C7A43">
        <w:rPr>
          <w:sz w:val="24"/>
          <w:szCs w:val="24"/>
        </w:rPr>
        <w:t>graduação</w:t>
      </w:r>
      <w:proofErr w:type="spellEnd"/>
      <w:r w:rsidRPr="005C7A43">
        <w:rPr>
          <w:sz w:val="24"/>
          <w:szCs w:val="24"/>
        </w:rPr>
        <w:t>.</w:t>
      </w:r>
    </w:p>
    <w:p w:rsidR="007E4EA2" w:rsidRPr="005C7A43" w:rsidRDefault="007E4EA2" w:rsidP="005C7A43">
      <w:pPr>
        <w:spacing w:after="0" w:line="240" w:lineRule="auto"/>
        <w:jc w:val="both"/>
        <w:rPr>
          <w:sz w:val="24"/>
          <w:szCs w:val="24"/>
        </w:rPr>
      </w:pPr>
      <w:r w:rsidRPr="005C7A43">
        <w:rPr>
          <w:sz w:val="24"/>
          <w:szCs w:val="24"/>
        </w:rPr>
        <w:lastRenderedPageBreak/>
        <w:br/>
      </w:r>
      <w:r w:rsidR="005076BD" w:rsidRPr="005C7A43">
        <w:rPr>
          <w:sz w:val="24"/>
          <w:szCs w:val="24"/>
        </w:rPr>
        <w:t xml:space="preserve">Durante o </w:t>
      </w:r>
      <w:proofErr w:type="spellStart"/>
      <w:r w:rsidR="005076BD" w:rsidRPr="005C7A43">
        <w:rPr>
          <w:sz w:val="24"/>
          <w:szCs w:val="24"/>
        </w:rPr>
        <w:t>período</w:t>
      </w:r>
      <w:proofErr w:type="spellEnd"/>
      <w:r w:rsidR="005076BD" w:rsidRPr="005C7A43">
        <w:rPr>
          <w:sz w:val="24"/>
          <w:szCs w:val="24"/>
        </w:rPr>
        <w:t xml:space="preserve"> de </w:t>
      </w:r>
      <w:proofErr w:type="spellStart"/>
      <w:r w:rsidR="005076BD" w:rsidRPr="005C7A43">
        <w:rPr>
          <w:sz w:val="24"/>
          <w:szCs w:val="24"/>
        </w:rPr>
        <w:t>afastamento</w:t>
      </w:r>
      <w:proofErr w:type="spellEnd"/>
      <w:r w:rsidR="005076BD" w:rsidRPr="005C7A43">
        <w:rPr>
          <w:sz w:val="24"/>
          <w:szCs w:val="24"/>
        </w:rPr>
        <w:t xml:space="preserve">, o </w:t>
      </w:r>
      <w:proofErr w:type="spellStart"/>
      <w:r w:rsidR="005076BD" w:rsidRPr="005C7A43">
        <w:rPr>
          <w:sz w:val="24"/>
          <w:szCs w:val="24"/>
        </w:rPr>
        <w:t>estudante</w:t>
      </w:r>
      <w:proofErr w:type="spellEnd"/>
      <w:r w:rsidR="005076BD" w:rsidRPr="005C7A43">
        <w:rPr>
          <w:sz w:val="24"/>
          <w:szCs w:val="24"/>
        </w:rPr>
        <w:t xml:space="preserve"> </w:t>
      </w:r>
      <w:proofErr w:type="spellStart"/>
      <w:r w:rsidR="005076BD" w:rsidRPr="005C7A43">
        <w:rPr>
          <w:sz w:val="24"/>
          <w:szCs w:val="24"/>
        </w:rPr>
        <w:t>poderá</w:t>
      </w:r>
      <w:proofErr w:type="spellEnd"/>
      <w:r w:rsidR="005076BD" w:rsidRPr="005C7A43">
        <w:rPr>
          <w:sz w:val="24"/>
          <w:szCs w:val="24"/>
        </w:rPr>
        <w:t xml:space="preserve"> </w:t>
      </w:r>
      <w:proofErr w:type="spellStart"/>
      <w:r w:rsidR="005076BD" w:rsidRPr="005C7A43">
        <w:rPr>
          <w:sz w:val="24"/>
          <w:szCs w:val="24"/>
        </w:rPr>
        <w:t>realizar</w:t>
      </w:r>
      <w:proofErr w:type="spellEnd"/>
      <w:r w:rsidR="005076BD" w:rsidRPr="005C7A43">
        <w:rPr>
          <w:sz w:val="24"/>
          <w:szCs w:val="24"/>
        </w:rPr>
        <w:t xml:space="preserve"> </w:t>
      </w:r>
      <w:proofErr w:type="spellStart"/>
      <w:r w:rsidR="005076BD" w:rsidRPr="005C7A43">
        <w:rPr>
          <w:sz w:val="24"/>
          <w:szCs w:val="24"/>
        </w:rPr>
        <w:t>atividades</w:t>
      </w:r>
      <w:proofErr w:type="spellEnd"/>
      <w:r w:rsidR="005076BD" w:rsidRPr="005C7A43">
        <w:rPr>
          <w:sz w:val="24"/>
          <w:szCs w:val="24"/>
        </w:rPr>
        <w:t xml:space="preserve"> </w:t>
      </w:r>
      <w:proofErr w:type="spellStart"/>
      <w:r w:rsidR="005076BD" w:rsidRPr="005C7A43">
        <w:rPr>
          <w:sz w:val="24"/>
          <w:szCs w:val="24"/>
        </w:rPr>
        <w:t>acadêmicas</w:t>
      </w:r>
      <w:proofErr w:type="spellEnd"/>
      <w:r w:rsidR="005076BD" w:rsidRPr="005C7A43">
        <w:rPr>
          <w:sz w:val="24"/>
          <w:szCs w:val="24"/>
        </w:rPr>
        <w:t xml:space="preserve"> </w:t>
      </w:r>
      <w:proofErr w:type="spellStart"/>
      <w:r w:rsidR="005076BD" w:rsidRPr="005C7A43">
        <w:rPr>
          <w:sz w:val="24"/>
          <w:szCs w:val="24"/>
        </w:rPr>
        <w:t>domicilia</w:t>
      </w:r>
      <w:r w:rsidR="00D62664">
        <w:rPr>
          <w:sz w:val="24"/>
          <w:szCs w:val="24"/>
        </w:rPr>
        <w:t>r</w:t>
      </w:r>
      <w:proofErr w:type="spellEnd"/>
      <w:r w:rsidR="005076BD" w:rsidRPr="005C7A43">
        <w:rPr>
          <w:sz w:val="24"/>
          <w:szCs w:val="24"/>
        </w:rPr>
        <w:t xml:space="preserve"> </w:t>
      </w:r>
      <w:proofErr w:type="spellStart"/>
      <w:r w:rsidR="005076BD" w:rsidRPr="005C7A43">
        <w:rPr>
          <w:sz w:val="24"/>
          <w:szCs w:val="24"/>
        </w:rPr>
        <w:t>relacionadas</w:t>
      </w:r>
      <w:proofErr w:type="spellEnd"/>
      <w:r w:rsidR="005076BD" w:rsidRPr="005C7A43">
        <w:rPr>
          <w:sz w:val="24"/>
          <w:szCs w:val="24"/>
        </w:rPr>
        <w:t xml:space="preserve"> </w:t>
      </w:r>
      <w:proofErr w:type="spellStart"/>
      <w:r w:rsidR="005076BD" w:rsidRPr="005C7A43">
        <w:rPr>
          <w:sz w:val="24"/>
          <w:szCs w:val="24"/>
        </w:rPr>
        <w:t>aos</w:t>
      </w:r>
      <w:proofErr w:type="spellEnd"/>
      <w:r w:rsidR="005076BD" w:rsidRPr="005C7A43">
        <w:rPr>
          <w:sz w:val="24"/>
          <w:szCs w:val="24"/>
        </w:rPr>
        <w:t xml:space="preserve"> </w:t>
      </w:r>
      <w:proofErr w:type="spellStart"/>
      <w:r w:rsidR="005076BD" w:rsidRPr="005C7A43">
        <w:rPr>
          <w:sz w:val="24"/>
          <w:szCs w:val="24"/>
        </w:rPr>
        <w:t>conteúdos</w:t>
      </w:r>
      <w:proofErr w:type="spellEnd"/>
      <w:r w:rsidR="005076BD" w:rsidRPr="005C7A43">
        <w:rPr>
          <w:sz w:val="24"/>
          <w:szCs w:val="24"/>
        </w:rPr>
        <w:t xml:space="preserve"> </w:t>
      </w:r>
      <w:proofErr w:type="spellStart"/>
      <w:r w:rsidR="005076BD" w:rsidRPr="005C7A43">
        <w:rPr>
          <w:sz w:val="24"/>
          <w:szCs w:val="24"/>
        </w:rPr>
        <w:t>teóricos</w:t>
      </w:r>
      <w:proofErr w:type="spellEnd"/>
      <w:r w:rsidR="005076BD" w:rsidRPr="005C7A43">
        <w:rPr>
          <w:sz w:val="24"/>
          <w:szCs w:val="24"/>
        </w:rPr>
        <w:t xml:space="preserve"> das </w:t>
      </w:r>
      <w:proofErr w:type="spellStart"/>
      <w:r w:rsidR="005076BD" w:rsidRPr="005C7A43">
        <w:rPr>
          <w:sz w:val="24"/>
          <w:szCs w:val="24"/>
        </w:rPr>
        <w:t>disciplinas</w:t>
      </w:r>
      <w:proofErr w:type="spellEnd"/>
      <w:r w:rsidR="005076BD" w:rsidRPr="005C7A43">
        <w:rPr>
          <w:sz w:val="24"/>
          <w:szCs w:val="24"/>
        </w:rPr>
        <w:t xml:space="preserve"> </w:t>
      </w:r>
      <w:proofErr w:type="spellStart"/>
      <w:r w:rsidR="005076BD" w:rsidRPr="005C7A43">
        <w:rPr>
          <w:sz w:val="24"/>
          <w:szCs w:val="24"/>
        </w:rPr>
        <w:t>contempladas</w:t>
      </w:r>
      <w:proofErr w:type="spellEnd"/>
      <w:r w:rsidR="005076BD" w:rsidRPr="005C7A43">
        <w:rPr>
          <w:sz w:val="24"/>
          <w:szCs w:val="24"/>
        </w:rPr>
        <w:t xml:space="preserve"> </w:t>
      </w:r>
      <w:proofErr w:type="spellStart"/>
      <w:r w:rsidR="005076BD" w:rsidRPr="005C7A43">
        <w:rPr>
          <w:sz w:val="24"/>
          <w:szCs w:val="24"/>
        </w:rPr>
        <w:t>pelo</w:t>
      </w:r>
      <w:proofErr w:type="spellEnd"/>
      <w:r w:rsidR="005076BD" w:rsidRPr="005C7A43">
        <w:rPr>
          <w:sz w:val="24"/>
          <w:szCs w:val="24"/>
        </w:rPr>
        <w:t xml:space="preserve"> regime, </w:t>
      </w:r>
      <w:proofErr w:type="spellStart"/>
      <w:r w:rsidR="005076BD" w:rsidRPr="005C7A43">
        <w:rPr>
          <w:sz w:val="24"/>
          <w:szCs w:val="24"/>
        </w:rPr>
        <w:t>conforme</w:t>
      </w:r>
      <w:proofErr w:type="spellEnd"/>
      <w:r w:rsidR="005076BD" w:rsidRPr="005C7A43">
        <w:rPr>
          <w:sz w:val="24"/>
          <w:szCs w:val="24"/>
        </w:rPr>
        <w:t xml:space="preserve"> </w:t>
      </w:r>
      <w:proofErr w:type="spellStart"/>
      <w:r w:rsidR="005076BD" w:rsidRPr="005C7A43">
        <w:rPr>
          <w:sz w:val="24"/>
          <w:szCs w:val="24"/>
        </w:rPr>
        <w:t>orientações</w:t>
      </w:r>
      <w:proofErr w:type="spellEnd"/>
      <w:r w:rsidR="005076BD" w:rsidRPr="005C7A43">
        <w:rPr>
          <w:sz w:val="24"/>
          <w:szCs w:val="24"/>
        </w:rPr>
        <w:t xml:space="preserve"> </w:t>
      </w:r>
      <w:proofErr w:type="spellStart"/>
      <w:r w:rsidR="005076BD" w:rsidRPr="005C7A43">
        <w:rPr>
          <w:sz w:val="24"/>
          <w:szCs w:val="24"/>
        </w:rPr>
        <w:t>institucionais</w:t>
      </w:r>
      <w:proofErr w:type="spellEnd"/>
      <w:r w:rsidR="005076BD" w:rsidRPr="005C7A43">
        <w:rPr>
          <w:sz w:val="24"/>
          <w:szCs w:val="24"/>
        </w:rPr>
        <w:t xml:space="preserve"> e </w:t>
      </w:r>
      <w:proofErr w:type="spellStart"/>
      <w:r w:rsidR="005076BD" w:rsidRPr="005C7A43">
        <w:rPr>
          <w:sz w:val="24"/>
          <w:szCs w:val="24"/>
        </w:rPr>
        <w:t>atividades</w:t>
      </w:r>
      <w:proofErr w:type="spellEnd"/>
      <w:r w:rsidR="005076BD" w:rsidRPr="005C7A43">
        <w:rPr>
          <w:sz w:val="24"/>
          <w:szCs w:val="24"/>
        </w:rPr>
        <w:t xml:space="preserve"> </w:t>
      </w:r>
      <w:proofErr w:type="spellStart"/>
      <w:r w:rsidR="005076BD" w:rsidRPr="005C7A43">
        <w:rPr>
          <w:sz w:val="24"/>
          <w:szCs w:val="24"/>
        </w:rPr>
        <w:t>disponibilizadas</w:t>
      </w:r>
      <w:proofErr w:type="spellEnd"/>
      <w:r w:rsidR="005076BD" w:rsidRPr="005C7A43">
        <w:rPr>
          <w:sz w:val="24"/>
          <w:szCs w:val="24"/>
        </w:rPr>
        <w:t xml:space="preserve"> </w:t>
      </w:r>
      <w:proofErr w:type="spellStart"/>
      <w:r w:rsidR="005076BD" w:rsidRPr="005C7A43">
        <w:rPr>
          <w:sz w:val="24"/>
          <w:szCs w:val="24"/>
        </w:rPr>
        <w:t>pelos</w:t>
      </w:r>
      <w:proofErr w:type="spellEnd"/>
      <w:r w:rsidR="005076BD" w:rsidRPr="005C7A43">
        <w:rPr>
          <w:sz w:val="24"/>
          <w:szCs w:val="24"/>
        </w:rPr>
        <w:t xml:space="preserve"> </w:t>
      </w:r>
      <w:proofErr w:type="spellStart"/>
      <w:r w:rsidR="005076BD" w:rsidRPr="005C7A43">
        <w:rPr>
          <w:sz w:val="24"/>
          <w:szCs w:val="24"/>
        </w:rPr>
        <w:t>docentes</w:t>
      </w:r>
      <w:proofErr w:type="spellEnd"/>
      <w:r w:rsidR="005076BD" w:rsidRPr="005C7A43">
        <w:rPr>
          <w:sz w:val="24"/>
          <w:szCs w:val="24"/>
        </w:rPr>
        <w:t>.</w:t>
      </w:r>
    </w:p>
    <w:p w:rsidR="007E4EA2" w:rsidRPr="005C7A43" w:rsidRDefault="005C7A43" w:rsidP="005C7A43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br/>
      </w:r>
      <w:r w:rsidR="005076BD" w:rsidRPr="005C7A43">
        <w:rPr>
          <w:sz w:val="24"/>
          <w:szCs w:val="24"/>
        </w:rPr>
        <w:t xml:space="preserve">As </w:t>
      </w:r>
      <w:proofErr w:type="spellStart"/>
      <w:r w:rsidR="005076BD" w:rsidRPr="005C7A43">
        <w:rPr>
          <w:sz w:val="24"/>
          <w:szCs w:val="24"/>
        </w:rPr>
        <w:t>atividades</w:t>
      </w:r>
      <w:proofErr w:type="spellEnd"/>
      <w:r w:rsidR="005076BD" w:rsidRPr="005C7A43">
        <w:rPr>
          <w:sz w:val="24"/>
          <w:szCs w:val="24"/>
        </w:rPr>
        <w:t xml:space="preserve"> </w:t>
      </w:r>
      <w:proofErr w:type="spellStart"/>
      <w:r w:rsidR="005076BD" w:rsidRPr="005C7A43">
        <w:rPr>
          <w:sz w:val="24"/>
          <w:szCs w:val="24"/>
        </w:rPr>
        <w:t>acadêmicas</w:t>
      </w:r>
      <w:proofErr w:type="spellEnd"/>
      <w:r w:rsidR="005076BD" w:rsidRPr="005C7A43">
        <w:rPr>
          <w:sz w:val="24"/>
          <w:szCs w:val="24"/>
        </w:rPr>
        <w:t xml:space="preserve"> </w:t>
      </w:r>
      <w:proofErr w:type="spellStart"/>
      <w:r w:rsidR="00084D31">
        <w:rPr>
          <w:sz w:val="24"/>
          <w:szCs w:val="24"/>
        </w:rPr>
        <w:t>deverão</w:t>
      </w:r>
      <w:proofErr w:type="spellEnd"/>
      <w:r w:rsidR="005076BD" w:rsidRPr="005C7A43">
        <w:rPr>
          <w:sz w:val="24"/>
          <w:szCs w:val="24"/>
        </w:rPr>
        <w:t xml:space="preserve"> </w:t>
      </w:r>
      <w:proofErr w:type="spellStart"/>
      <w:r w:rsidR="005076BD" w:rsidRPr="005C7A43">
        <w:rPr>
          <w:sz w:val="24"/>
          <w:szCs w:val="24"/>
        </w:rPr>
        <w:t>ser</w:t>
      </w:r>
      <w:proofErr w:type="spellEnd"/>
      <w:r w:rsidR="005076BD" w:rsidRPr="005C7A43">
        <w:rPr>
          <w:sz w:val="24"/>
          <w:szCs w:val="24"/>
        </w:rPr>
        <w:t xml:space="preserve"> </w:t>
      </w:r>
      <w:proofErr w:type="spellStart"/>
      <w:r w:rsidR="005076BD" w:rsidRPr="005C7A43">
        <w:rPr>
          <w:sz w:val="24"/>
          <w:szCs w:val="24"/>
        </w:rPr>
        <w:t>disponibilizadas</w:t>
      </w:r>
      <w:proofErr w:type="spellEnd"/>
      <w:r w:rsidR="005076BD" w:rsidRPr="005C7A43">
        <w:rPr>
          <w:sz w:val="24"/>
          <w:szCs w:val="24"/>
        </w:rPr>
        <w:t xml:space="preserve"> </w:t>
      </w:r>
      <w:proofErr w:type="spellStart"/>
      <w:r w:rsidR="005076BD" w:rsidRPr="005C7A43">
        <w:rPr>
          <w:sz w:val="24"/>
          <w:szCs w:val="24"/>
        </w:rPr>
        <w:t>pelos</w:t>
      </w:r>
      <w:proofErr w:type="spellEnd"/>
      <w:r w:rsidR="005076BD" w:rsidRPr="005C7A43">
        <w:rPr>
          <w:sz w:val="24"/>
          <w:szCs w:val="24"/>
        </w:rPr>
        <w:t xml:space="preserve"> </w:t>
      </w:r>
      <w:proofErr w:type="spellStart"/>
      <w:r w:rsidR="005076BD" w:rsidRPr="005C7A43">
        <w:rPr>
          <w:sz w:val="24"/>
          <w:szCs w:val="24"/>
        </w:rPr>
        <w:t>meios</w:t>
      </w:r>
      <w:proofErr w:type="spellEnd"/>
      <w:r w:rsidR="005076BD" w:rsidRPr="005C7A43">
        <w:rPr>
          <w:sz w:val="24"/>
          <w:szCs w:val="24"/>
        </w:rPr>
        <w:t xml:space="preserve"> </w:t>
      </w:r>
      <w:proofErr w:type="spellStart"/>
      <w:r w:rsidR="005076BD" w:rsidRPr="005C7A43">
        <w:rPr>
          <w:sz w:val="24"/>
          <w:szCs w:val="24"/>
        </w:rPr>
        <w:t>institucionais</w:t>
      </w:r>
      <w:proofErr w:type="spellEnd"/>
      <w:r w:rsidR="005076BD" w:rsidRPr="005C7A43">
        <w:rPr>
          <w:sz w:val="24"/>
          <w:szCs w:val="24"/>
        </w:rPr>
        <w:t xml:space="preserve"> </w:t>
      </w:r>
      <w:proofErr w:type="spellStart"/>
      <w:r w:rsidR="005076BD" w:rsidRPr="005C7A43">
        <w:rPr>
          <w:sz w:val="24"/>
          <w:szCs w:val="24"/>
        </w:rPr>
        <w:t>definidos</w:t>
      </w:r>
      <w:proofErr w:type="spellEnd"/>
      <w:r w:rsidR="005076BD" w:rsidRPr="005C7A43">
        <w:rPr>
          <w:sz w:val="24"/>
          <w:szCs w:val="24"/>
        </w:rPr>
        <w:t xml:space="preserve"> pela </w:t>
      </w:r>
      <w:proofErr w:type="spellStart"/>
      <w:r w:rsidR="005076BD" w:rsidRPr="005C7A43">
        <w:rPr>
          <w:sz w:val="24"/>
          <w:szCs w:val="24"/>
        </w:rPr>
        <w:t>instituição</w:t>
      </w:r>
      <w:proofErr w:type="spellEnd"/>
      <w:r w:rsidR="005076BD" w:rsidRPr="005C7A43">
        <w:rPr>
          <w:sz w:val="24"/>
          <w:szCs w:val="24"/>
        </w:rPr>
        <w:t xml:space="preserve">, </w:t>
      </w:r>
      <w:proofErr w:type="spellStart"/>
      <w:r w:rsidR="005076BD" w:rsidRPr="005C7A43">
        <w:rPr>
          <w:sz w:val="24"/>
          <w:szCs w:val="24"/>
        </w:rPr>
        <w:t>especialmente</w:t>
      </w:r>
      <w:proofErr w:type="spellEnd"/>
      <w:r w:rsidR="005076BD" w:rsidRPr="005C7A43">
        <w:rPr>
          <w:sz w:val="24"/>
          <w:szCs w:val="24"/>
        </w:rPr>
        <w:t xml:space="preserve"> </w:t>
      </w:r>
      <w:proofErr w:type="spellStart"/>
      <w:r w:rsidR="005076BD" w:rsidRPr="005C7A43">
        <w:rPr>
          <w:sz w:val="24"/>
          <w:szCs w:val="24"/>
        </w:rPr>
        <w:t>por</w:t>
      </w:r>
      <w:proofErr w:type="spellEnd"/>
      <w:r w:rsidR="005076BD" w:rsidRPr="005C7A43">
        <w:rPr>
          <w:sz w:val="24"/>
          <w:szCs w:val="24"/>
        </w:rPr>
        <w:t xml:space="preserve"> </w:t>
      </w:r>
      <w:proofErr w:type="spellStart"/>
      <w:r w:rsidR="005076BD" w:rsidRPr="005C7A43">
        <w:rPr>
          <w:sz w:val="24"/>
          <w:szCs w:val="24"/>
        </w:rPr>
        <w:t>meio</w:t>
      </w:r>
      <w:proofErr w:type="spellEnd"/>
      <w:r w:rsidR="005076BD" w:rsidRPr="005C7A43">
        <w:rPr>
          <w:sz w:val="24"/>
          <w:szCs w:val="24"/>
        </w:rPr>
        <w:t xml:space="preserve"> do </w:t>
      </w:r>
      <w:proofErr w:type="spellStart"/>
      <w:r w:rsidR="005076BD" w:rsidRPr="005C7A43">
        <w:rPr>
          <w:sz w:val="24"/>
          <w:szCs w:val="24"/>
        </w:rPr>
        <w:t>Ambiente</w:t>
      </w:r>
      <w:proofErr w:type="spellEnd"/>
      <w:r w:rsidR="005076BD" w:rsidRPr="005C7A43">
        <w:rPr>
          <w:sz w:val="24"/>
          <w:szCs w:val="24"/>
        </w:rPr>
        <w:t xml:space="preserve"> Virtual de </w:t>
      </w:r>
      <w:proofErr w:type="spellStart"/>
      <w:r w:rsidR="005076BD" w:rsidRPr="005C7A43">
        <w:rPr>
          <w:sz w:val="24"/>
          <w:szCs w:val="24"/>
        </w:rPr>
        <w:t>Aprendizagem</w:t>
      </w:r>
      <w:proofErr w:type="spellEnd"/>
      <w:r w:rsidR="005076BD" w:rsidRPr="005C7A43">
        <w:rPr>
          <w:sz w:val="24"/>
          <w:szCs w:val="24"/>
        </w:rPr>
        <w:t xml:space="preserve"> (AVA).</w:t>
      </w:r>
    </w:p>
    <w:p w:rsidR="004231D9" w:rsidRDefault="005076BD" w:rsidP="005C7A43">
      <w:pPr>
        <w:spacing w:after="0" w:line="240" w:lineRule="auto"/>
        <w:jc w:val="both"/>
        <w:rPr>
          <w:sz w:val="24"/>
          <w:szCs w:val="24"/>
        </w:rPr>
      </w:pPr>
      <w:r w:rsidRPr="005C7A43">
        <w:rPr>
          <w:sz w:val="24"/>
          <w:szCs w:val="24"/>
        </w:rPr>
        <w:br/>
      </w:r>
      <w:proofErr w:type="spellStart"/>
      <w:r w:rsidRPr="005C7A43">
        <w:rPr>
          <w:b/>
          <w:sz w:val="24"/>
          <w:szCs w:val="24"/>
        </w:rPr>
        <w:t>Importante</w:t>
      </w:r>
      <w:proofErr w:type="spellEnd"/>
      <w:proofErr w:type="gramStart"/>
      <w:r w:rsidRPr="005C7A43">
        <w:rPr>
          <w:b/>
          <w:sz w:val="24"/>
          <w:szCs w:val="24"/>
        </w:rPr>
        <w:t>:</w:t>
      </w:r>
      <w:proofErr w:type="gramEnd"/>
      <w:r w:rsidRPr="005C7A43">
        <w:rPr>
          <w:sz w:val="24"/>
          <w:szCs w:val="24"/>
        </w:rPr>
        <w:br/>
        <w:t xml:space="preserve">O </w:t>
      </w:r>
      <w:r w:rsidR="00D62664">
        <w:rPr>
          <w:sz w:val="24"/>
          <w:szCs w:val="24"/>
        </w:rPr>
        <w:t>REE</w:t>
      </w:r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não</w:t>
      </w:r>
      <w:proofErr w:type="spellEnd"/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substitui</w:t>
      </w:r>
      <w:proofErr w:type="spellEnd"/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atividades</w:t>
      </w:r>
      <w:proofErr w:type="spellEnd"/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acadêmicas</w:t>
      </w:r>
      <w:proofErr w:type="spellEnd"/>
      <w:r w:rsidRPr="005C7A43">
        <w:rPr>
          <w:sz w:val="24"/>
          <w:szCs w:val="24"/>
        </w:rPr>
        <w:t xml:space="preserve"> que </w:t>
      </w:r>
      <w:proofErr w:type="spellStart"/>
      <w:r w:rsidRPr="005C7A43">
        <w:rPr>
          <w:sz w:val="24"/>
          <w:szCs w:val="24"/>
        </w:rPr>
        <w:t>exijam</w:t>
      </w:r>
      <w:proofErr w:type="spellEnd"/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p</w:t>
      </w:r>
      <w:r w:rsidR="00D62664">
        <w:rPr>
          <w:sz w:val="24"/>
          <w:szCs w:val="24"/>
        </w:rPr>
        <w:t>REE</w:t>
      </w:r>
      <w:r w:rsidRPr="005C7A43">
        <w:rPr>
          <w:sz w:val="24"/>
          <w:szCs w:val="24"/>
        </w:rPr>
        <w:t>encialidade</w:t>
      </w:r>
      <w:proofErr w:type="spellEnd"/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obrigatória</w:t>
      </w:r>
      <w:proofErr w:type="spellEnd"/>
      <w:r w:rsidRPr="005C7A43">
        <w:rPr>
          <w:sz w:val="24"/>
          <w:szCs w:val="24"/>
        </w:rPr>
        <w:t xml:space="preserve">, </w:t>
      </w:r>
      <w:proofErr w:type="spellStart"/>
      <w:r w:rsidRPr="005C7A43">
        <w:rPr>
          <w:sz w:val="24"/>
          <w:szCs w:val="24"/>
        </w:rPr>
        <w:t>mesmo</w:t>
      </w:r>
      <w:proofErr w:type="spellEnd"/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quando</w:t>
      </w:r>
      <w:proofErr w:type="spellEnd"/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vinculadas</w:t>
      </w:r>
      <w:proofErr w:type="spellEnd"/>
      <w:r w:rsidRPr="005C7A43">
        <w:rPr>
          <w:sz w:val="24"/>
          <w:szCs w:val="24"/>
        </w:rPr>
        <w:t xml:space="preserve"> à </w:t>
      </w:r>
      <w:proofErr w:type="spellStart"/>
      <w:r w:rsidRPr="005C7A43">
        <w:rPr>
          <w:sz w:val="24"/>
          <w:szCs w:val="24"/>
        </w:rPr>
        <w:t>mesma</w:t>
      </w:r>
      <w:proofErr w:type="spellEnd"/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disciplina</w:t>
      </w:r>
      <w:proofErr w:type="spellEnd"/>
      <w:r w:rsidRPr="005C7A43">
        <w:rPr>
          <w:sz w:val="24"/>
          <w:szCs w:val="24"/>
        </w:rPr>
        <w:t>.</w:t>
      </w:r>
    </w:p>
    <w:p w:rsidR="005C7A43" w:rsidRPr="005C7A43" w:rsidRDefault="005C7A43" w:rsidP="005C7A43">
      <w:pPr>
        <w:spacing w:after="0" w:line="240" w:lineRule="auto"/>
        <w:jc w:val="both"/>
        <w:rPr>
          <w:sz w:val="24"/>
          <w:szCs w:val="24"/>
        </w:rPr>
      </w:pPr>
    </w:p>
    <w:p w:rsidR="004231D9" w:rsidRPr="00310465" w:rsidRDefault="005076BD" w:rsidP="004B5BD4">
      <w:pPr>
        <w:pStyle w:val="Ttulo1"/>
        <w:numPr>
          <w:ilvl w:val="0"/>
          <w:numId w:val="18"/>
        </w:numPr>
        <w:rPr>
          <w:rFonts w:asciiTheme="minorHAnsi" w:hAnsiTheme="minorHAnsi"/>
          <w:color w:val="auto"/>
          <w:sz w:val="24"/>
          <w:szCs w:val="24"/>
        </w:rPr>
      </w:pPr>
      <w:bookmarkStart w:id="6" w:name="_Toc233826700"/>
      <w:r w:rsidRPr="00310465">
        <w:rPr>
          <w:rFonts w:asciiTheme="minorHAnsi" w:hAnsiTheme="minorHAnsi"/>
          <w:color w:val="auto"/>
          <w:sz w:val="24"/>
          <w:szCs w:val="24"/>
        </w:rPr>
        <w:t xml:space="preserve">ATIVIDADES NÃO CONTEMPLADAS PELO </w:t>
      </w:r>
      <w:r w:rsidR="00D62664" w:rsidRPr="00310465">
        <w:rPr>
          <w:rFonts w:asciiTheme="minorHAnsi" w:hAnsiTheme="minorHAnsi"/>
          <w:color w:val="auto"/>
          <w:sz w:val="24"/>
          <w:szCs w:val="24"/>
        </w:rPr>
        <w:t>REE</w:t>
      </w:r>
      <w:bookmarkEnd w:id="6"/>
    </w:p>
    <w:p w:rsidR="005C7A43" w:rsidRPr="005C7A43" w:rsidRDefault="005C7A43" w:rsidP="005C7A43">
      <w:pPr>
        <w:spacing w:after="0" w:line="240" w:lineRule="auto"/>
        <w:rPr>
          <w:sz w:val="24"/>
          <w:szCs w:val="24"/>
        </w:rPr>
      </w:pPr>
    </w:p>
    <w:p w:rsidR="007E4EA2" w:rsidRPr="005C7A43" w:rsidRDefault="007E4EA2" w:rsidP="005C7A43">
      <w:pPr>
        <w:spacing w:after="0" w:line="240" w:lineRule="auto"/>
        <w:rPr>
          <w:sz w:val="24"/>
          <w:szCs w:val="24"/>
        </w:rPr>
      </w:pPr>
      <w:r w:rsidRPr="005C7A43">
        <w:rPr>
          <w:sz w:val="24"/>
          <w:szCs w:val="24"/>
        </w:rPr>
        <w:t xml:space="preserve">O </w:t>
      </w:r>
      <w:r w:rsidR="00D62664">
        <w:rPr>
          <w:sz w:val="24"/>
          <w:szCs w:val="24"/>
        </w:rPr>
        <w:t>REE</w:t>
      </w:r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não</w:t>
      </w:r>
      <w:proofErr w:type="spellEnd"/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contempla</w:t>
      </w:r>
      <w:proofErr w:type="spellEnd"/>
      <w:r w:rsidRPr="005C7A43">
        <w:rPr>
          <w:sz w:val="24"/>
          <w:szCs w:val="24"/>
        </w:rPr>
        <w:t>:</w:t>
      </w:r>
    </w:p>
    <w:p w:rsidR="007E4EA2" w:rsidRDefault="005076BD" w:rsidP="005C7A43">
      <w:pPr>
        <w:spacing w:after="0" w:line="240" w:lineRule="auto"/>
        <w:ind w:left="720" w:hanging="11"/>
        <w:rPr>
          <w:sz w:val="24"/>
          <w:szCs w:val="24"/>
        </w:rPr>
      </w:pPr>
      <w:r w:rsidRPr="005C7A43">
        <w:rPr>
          <w:sz w:val="24"/>
          <w:szCs w:val="24"/>
        </w:rPr>
        <w:t xml:space="preserve">• </w:t>
      </w:r>
      <w:proofErr w:type="spellStart"/>
      <w:proofErr w:type="gramStart"/>
      <w:r w:rsidRPr="005C7A43">
        <w:rPr>
          <w:sz w:val="24"/>
          <w:szCs w:val="24"/>
        </w:rPr>
        <w:t>disciplinas</w:t>
      </w:r>
      <w:proofErr w:type="spellEnd"/>
      <w:proofErr w:type="gramEnd"/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práticas</w:t>
      </w:r>
      <w:proofErr w:type="spellEnd"/>
      <w:r w:rsidRPr="005C7A43">
        <w:rPr>
          <w:sz w:val="24"/>
          <w:szCs w:val="24"/>
        </w:rPr>
        <w:t>;</w:t>
      </w:r>
      <w:r w:rsidRPr="005C7A43">
        <w:rPr>
          <w:sz w:val="24"/>
          <w:szCs w:val="24"/>
        </w:rPr>
        <w:br/>
        <w:t xml:space="preserve">• </w:t>
      </w:r>
      <w:r w:rsidR="009D78E1">
        <w:rPr>
          <w:sz w:val="24"/>
          <w:szCs w:val="24"/>
        </w:rPr>
        <w:t xml:space="preserve">a </w:t>
      </w:r>
      <w:proofErr w:type="spellStart"/>
      <w:r w:rsidR="009D78E1">
        <w:rPr>
          <w:sz w:val="24"/>
          <w:szCs w:val="24"/>
        </w:rPr>
        <w:t>carga</w:t>
      </w:r>
      <w:proofErr w:type="spellEnd"/>
      <w:r w:rsidR="009D78E1">
        <w:rPr>
          <w:sz w:val="24"/>
          <w:szCs w:val="24"/>
        </w:rPr>
        <w:t xml:space="preserve"> </w:t>
      </w:r>
      <w:proofErr w:type="spellStart"/>
      <w:r w:rsidR="009D78E1">
        <w:rPr>
          <w:sz w:val="24"/>
          <w:szCs w:val="24"/>
        </w:rPr>
        <w:t>horária</w:t>
      </w:r>
      <w:proofErr w:type="spellEnd"/>
      <w:r w:rsidR="009D78E1">
        <w:rPr>
          <w:sz w:val="24"/>
          <w:szCs w:val="24"/>
        </w:rPr>
        <w:t xml:space="preserve"> </w:t>
      </w:r>
      <w:proofErr w:type="spellStart"/>
      <w:r w:rsidR="009D78E1">
        <w:rPr>
          <w:sz w:val="24"/>
          <w:szCs w:val="24"/>
        </w:rPr>
        <w:t>Prática</w:t>
      </w:r>
      <w:proofErr w:type="spellEnd"/>
      <w:r w:rsidR="009D78E1">
        <w:rPr>
          <w:sz w:val="24"/>
          <w:szCs w:val="24"/>
        </w:rPr>
        <w:t xml:space="preserve"> das </w:t>
      </w:r>
      <w:proofErr w:type="spellStart"/>
      <w:r w:rsidRPr="005C7A43">
        <w:rPr>
          <w:sz w:val="24"/>
          <w:szCs w:val="24"/>
        </w:rPr>
        <w:t>disciplinas</w:t>
      </w:r>
      <w:proofErr w:type="spellEnd"/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teórico-práticas</w:t>
      </w:r>
      <w:proofErr w:type="spellEnd"/>
      <w:r w:rsidRPr="005C7A43">
        <w:rPr>
          <w:sz w:val="24"/>
          <w:szCs w:val="24"/>
        </w:rPr>
        <w:t>;</w:t>
      </w:r>
      <w:r w:rsidRPr="005C7A43">
        <w:rPr>
          <w:sz w:val="24"/>
          <w:szCs w:val="24"/>
        </w:rPr>
        <w:br/>
        <w:t xml:space="preserve">• </w:t>
      </w:r>
      <w:proofErr w:type="spellStart"/>
      <w:r w:rsidRPr="005C7A43">
        <w:rPr>
          <w:sz w:val="24"/>
          <w:szCs w:val="24"/>
        </w:rPr>
        <w:t>estágios</w:t>
      </w:r>
      <w:proofErr w:type="spellEnd"/>
      <w:r w:rsidRPr="005C7A43">
        <w:rPr>
          <w:sz w:val="24"/>
          <w:szCs w:val="24"/>
        </w:rPr>
        <w:t>;</w:t>
      </w:r>
      <w:r w:rsidRPr="005C7A43">
        <w:rPr>
          <w:sz w:val="24"/>
          <w:szCs w:val="24"/>
        </w:rPr>
        <w:br/>
        <w:t xml:space="preserve">• </w:t>
      </w:r>
      <w:proofErr w:type="spellStart"/>
      <w:r w:rsidRPr="005C7A43">
        <w:rPr>
          <w:sz w:val="24"/>
          <w:szCs w:val="24"/>
        </w:rPr>
        <w:t>internato</w:t>
      </w:r>
      <w:r w:rsidR="009D78E1">
        <w:rPr>
          <w:sz w:val="24"/>
          <w:szCs w:val="24"/>
        </w:rPr>
        <w:t>s</w:t>
      </w:r>
      <w:proofErr w:type="spellEnd"/>
      <w:r w:rsidR="009D78E1">
        <w:rPr>
          <w:sz w:val="24"/>
          <w:szCs w:val="24"/>
        </w:rPr>
        <w:t>;</w:t>
      </w:r>
      <w:r w:rsidR="009D78E1">
        <w:rPr>
          <w:sz w:val="24"/>
          <w:szCs w:val="24"/>
        </w:rPr>
        <w:br/>
        <w:t xml:space="preserve">• </w:t>
      </w:r>
      <w:proofErr w:type="spellStart"/>
      <w:r w:rsidR="009D78E1">
        <w:rPr>
          <w:sz w:val="24"/>
          <w:szCs w:val="24"/>
        </w:rPr>
        <w:t>atividades</w:t>
      </w:r>
      <w:proofErr w:type="spellEnd"/>
      <w:r w:rsidR="009D78E1">
        <w:rPr>
          <w:sz w:val="24"/>
          <w:szCs w:val="24"/>
        </w:rPr>
        <w:t xml:space="preserve"> </w:t>
      </w:r>
      <w:proofErr w:type="spellStart"/>
      <w:r w:rsidR="009D78E1">
        <w:rPr>
          <w:sz w:val="24"/>
          <w:szCs w:val="24"/>
        </w:rPr>
        <w:t>extensionistas</w:t>
      </w:r>
      <w:proofErr w:type="spellEnd"/>
      <w:r w:rsidR="009D78E1">
        <w:rPr>
          <w:sz w:val="24"/>
          <w:szCs w:val="24"/>
        </w:rPr>
        <w:t>;</w:t>
      </w:r>
    </w:p>
    <w:p w:rsidR="005C7A43" w:rsidRPr="005C7A43" w:rsidRDefault="005C7A43" w:rsidP="005C7A43">
      <w:pPr>
        <w:spacing w:after="0" w:line="240" w:lineRule="auto"/>
        <w:ind w:left="720" w:hanging="11"/>
        <w:rPr>
          <w:sz w:val="24"/>
          <w:szCs w:val="24"/>
        </w:rPr>
      </w:pPr>
    </w:p>
    <w:p w:rsidR="007E4EA2" w:rsidRPr="005C7A43" w:rsidRDefault="005076BD" w:rsidP="005C7A43">
      <w:pPr>
        <w:spacing w:after="0" w:line="240" w:lineRule="auto"/>
        <w:ind w:hanging="11"/>
        <w:rPr>
          <w:sz w:val="24"/>
          <w:szCs w:val="24"/>
        </w:rPr>
      </w:pPr>
      <w:r w:rsidRPr="005C7A43">
        <w:rPr>
          <w:sz w:val="24"/>
          <w:szCs w:val="24"/>
        </w:rPr>
        <w:t xml:space="preserve">As </w:t>
      </w:r>
      <w:proofErr w:type="spellStart"/>
      <w:r w:rsidRPr="005C7A43">
        <w:rPr>
          <w:sz w:val="24"/>
          <w:szCs w:val="24"/>
        </w:rPr>
        <w:t>atividades</w:t>
      </w:r>
      <w:proofErr w:type="spellEnd"/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descritas</w:t>
      </w:r>
      <w:proofErr w:type="spellEnd"/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acima</w:t>
      </w:r>
      <w:proofErr w:type="spellEnd"/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deverão</w:t>
      </w:r>
      <w:proofErr w:type="spellEnd"/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ser</w:t>
      </w:r>
      <w:proofErr w:type="spellEnd"/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realizadas</w:t>
      </w:r>
      <w:proofErr w:type="spellEnd"/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posteriormente</w:t>
      </w:r>
      <w:proofErr w:type="spellEnd"/>
      <w:r w:rsidRPr="005C7A43">
        <w:rPr>
          <w:sz w:val="24"/>
          <w:szCs w:val="24"/>
        </w:rPr>
        <w:t xml:space="preserve">, </w:t>
      </w:r>
      <w:proofErr w:type="spellStart"/>
      <w:r w:rsidRPr="005C7A43">
        <w:rPr>
          <w:sz w:val="24"/>
          <w:szCs w:val="24"/>
        </w:rPr>
        <w:t>conforme</w:t>
      </w:r>
      <w:proofErr w:type="spellEnd"/>
      <w:r w:rsidRPr="005C7A43">
        <w:rPr>
          <w:sz w:val="24"/>
          <w:szCs w:val="24"/>
        </w:rPr>
        <w:t>:</w:t>
      </w:r>
    </w:p>
    <w:p w:rsidR="004231D9" w:rsidRPr="005C7A43" w:rsidRDefault="005076BD" w:rsidP="005C7A43">
      <w:pPr>
        <w:spacing w:after="0" w:line="240" w:lineRule="auto"/>
        <w:ind w:left="731" w:hanging="11"/>
        <w:rPr>
          <w:sz w:val="24"/>
          <w:szCs w:val="24"/>
        </w:rPr>
      </w:pPr>
      <w:r w:rsidRPr="005C7A43">
        <w:rPr>
          <w:sz w:val="24"/>
          <w:szCs w:val="24"/>
        </w:rPr>
        <w:br/>
        <w:t xml:space="preserve">• </w:t>
      </w:r>
      <w:proofErr w:type="spellStart"/>
      <w:proofErr w:type="gramStart"/>
      <w:r w:rsidRPr="005C7A43">
        <w:rPr>
          <w:sz w:val="24"/>
          <w:szCs w:val="24"/>
        </w:rPr>
        <w:t>planejamento</w:t>
      </w:r>
      <w:proofErr w:type="spellEnd"/>
      <w:proofErr w:type="gramEnd"/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acadêmico</w:t>
      </w:r>
      <w:proofErr w:type="spellEnd"/>
      <w:r w:rsidRPr="005C7A43">
        <w:rPr>
          <w:sz w:val="24"/>
          <w:szCs w:val="24"/>
        </w:rPr>
        <w:t xml:space="preserve"> do </w:t>
      </w:r>
      <w:proofErr w:type="spellStart"/>
      <w:r w:rsidRPr="005C7A43">
        <w:rPr>
          <w:sz w:val="24"/>
          <w:szCs w:val="24"/>
        </w:rPr>
        <w:t>curso</w:t>
      </w:r>
      <w:proofErr w:type="spellEnd"/>
      <w:r w:rsidRPr="005C7A43">
        <w:rPr>
          <w:sz w:val="24"/>
          <w:szCs w:val="24"/>
        </w:rPr>
        <w:t>;</w:t>
      </w:r>
      <w:r w:rsidRPr="005C7A43">
        <w:rPr>
          <w:sz w:val="24"/>
          <w:szCs w:val="24"/>
        </w:rPr>
        <w:br/>
        <w:t xml:space="preserve">• </w:t>
      </w:r>
      <w:proofErr w:type="spellStart"/>
      <w:r w:rsidRPr="005C7A43">
        <w:rPr>
          <w:sz w:val="24"/>
          <w:szCs w:val="24"/>
        </w:rPr>
        <w:t>calendário</w:t>
      </w:r>
      <w:proofErr w:type="spellEnd"/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institucional</w:t>
      </w:r>
      <w:proofErr w:type="spellEnd"/>
      <w:r w:rsidRPr="005C7A43">
        <w:rPr>
          <w:sz w:val="24"/>
          <w:szCs w:val="24"/>
        </w:rPr>
        <w:t>;</w:t>
      </w:r>
      <w:r w:rsidRPr="005C7A43">
        <w:rPr>
          <w:sz w:val="24"/>
          <w:szCs w:val="24"/>
        </w:rPr>
        <w:br/>
        <w:t xml:space="preserve">• </w:t>
      </w:r>
      <w:proofErr w:type="spellStart"/>
      <w:r w:rsidRPr="005C7A43">
        <w:rPr>
          <w:sz w:val="24"/>
          <w:szCs w:val="24"/>
        </w:rPr>
        <w:t>normativas</w:t>
      </w:r>
      <w:proofErr w:type="spellEnd"/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acadêmicas</w:t>
      </w:r>
      <w:proofErr w:type="spellEnd"/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vigentes</w:t>
      </w:r>
      <w:proofErr w:type="spellEnd"/>
      <w:r w:rsidRPr="005C7A43">
        <w:rPr>
          <w:sz w:val="24"/>
          <w:szCs w:val="24"/>
        </w:rPr>
        <w:t>.</w:t>
      </w:r>
    </w:p>
    <w:p w:rsidR="007E4EA2" w:rsidRPr="005C7A43" w:rsidRDefault="007E4EA2" w:rsidP="005C7A43">
      <w:pPr>
        <w:spacing w:after="0" w:line="240" w:lineRule="auto"/>
        <w:ind w:left="731" w:hanging="11"/>
        <w:rPr>
          <w:sz w:val="24"/>
          <w:szCs w:val="24"/>
        </w:rPr>
      </w:pPr>
    </w:p>
    <w:p w:rsidR="004231D9" w:rsidRPr="00310465" w:rsidRDefault="006B093B" w:rsidP="004B5BD4">
      <w:pPr>
        <w:pStyle w:val="Ttulo1"/>
        <w:numPr>
          <w:ilvl w:val="0"/>
          <w:numId w:val="18"/>
        </w:numPr>
        <w:rPr>
          <w:rFonts w:asciiTheme="minorHAnsi" w:hAnsiTheme="minorHAnsi"/>
          <w:color w:val="auto"/>
          <w:sz w:val="24"/>
          <w:szCs w:val="24"/>
        </w:rPr>
      </w:pPr>
      <w:bookmarkStart w:id="7" w:name="_Toc233826701"/>
      <w:r w:rsidRPr="00310465">
        <w:rPr>
          <w:rFonts w:asciiTheme="minorHAnsi" w:hAnsiTheme="minorHAnsi"/>
          <w:color w:val="auto"/>
          <w:sz w:val="24"/>
          <w:szCs w:val="24"/>
        </w:rPr>
        <w:t>INTEGRALIDADE DO REGIME ESPECIAL DE ESTUDOS</w:t>
      </w:r>
      <w:bookmarkEnd w:id="7"/>
    </w:p>
    <w:p w:rsidR="006B093B" w:rsidRPr="006B093B" w:rsidRDefault="006B093B" w:rsidP="006B093B">
      <w:pPr>
        <w:pStyle w:val="PargrafodaLista"/>
        <w:spacing w:after="0" w:line="240" w:lineRule="auto"/>
        <w:ind w:left="360"/>
        <w:rPr>
          <w:b/>
          <w:sz w:val="24"/>
          <w:szCs w:val="24"/>
        </w:rPr>
      </w:pPr>
    </w:p>
    <w:p w:rsidR="006B093B" w:rsidRDefault="006B093B" w:rsidP="006B093B">
      <w:pPr>
        <w:pStyle w:val="NormalWeb"/>
        <w:jc w:val="both"/>
        <w:rPr>
          <w:rFonts w:asciiTheme="minorHAnsi" w:hAnsiTheme="minorHAnsi"/>
        </w:rPr>
      </w:pPr>
      <w:r w:rsidRPr="006B093B">
        <w:rPr>
          <w:rFonts w:asciiTheme="minorHAnsi" w:hAnsiTheme="minorHAnsi"/>
        </w:rPr>
        <w:t>O REE é concedido de forma integral durante o período de afastamento autorizado pela instituição. Durante a vigência do REE, o estudante deverá permanecer afastado das atividades acadêmicas presenciais, realizando apenas as atividades acadêmicas domiciliares previstas para as disciplinas teóricas contempladas pelo regime.</w:t>
      </w:r>
    </w:p>
    <w:p w:rsidR="005C7A43" w:rsidRPr="006B093B" w:rsidRDefault="006B093B" w:rsidP="006B093B">
      <w:pPr>
        <w:pStyle w:val="NormalWeb"/>
        <w:rPr>
          <w:rFonts w:asciiTheme="minorHAnsi" w:hAnsiTheme="minorHAnsi"/>
        </w:rPr>
      </w:pPr>
      <w:r w:rsidRPr="006B093B">
        <w:rPr>
          <w:rFonts w:asciiTheme="minorHAnsi" w:hAnsiTheme="minorHAnsi"/>
        </w:rPr>
        <w:t>Dessa forma, não é permitido o comparecimento parcial às atividades presenciais, incluindo:</w:t>
      </w:r>
      <w:r w:rsidR="005076BD" w:rsidRPr="006B093B">
        <w:rPr>
          <w:rFonts w:asciiTheme="minorHAnsi" w:hAnsiTheme="minorHAnsi"/>
        </w:rPr>
        <w:br/>
        <w:t>• aulas;</w:t>
      </w:r>
      <w:r w:rsidR="005076BD" w:rsidRPr="006B093B">
        <w:rPr>
          <w:rFonts w:asciiTheme="minorHAnsi" w:hAnsiTheme="minorHAnsi"/>
        </w:rPr>
        <w:br/>
        <w:t>• avaliações;</w:t>
      </w:r>
      <w:r w:rsidR="005076BD" w:rsidRPr="006B093B">
        <w:rPr>
          <w:rFonts w:asciiTheme="minorHAnsi" w:hAnsiTheme="minorHAnsi"/>
        </w:rPr>
        <w:br/>
        <w:t>• atividades práticas;</w:t>
      </w:r>
      <w:r w:rsidR="005076BD" w:rsidRPr="006B093B">
        <w:rPr>
          <w:rFonts w:asciiTheme="minorHAnsi" w:hAnsiTheme="minorHAnsi"/>
        </w:rPr>
        <w:br/>
        <w:t>• estágios;</w:t>
      </w:r>
      <w:r w:rsidR="005076BD" w:rsidRPr="006B093B">
        <w:rPr>
          <w:rFonts w:asciiTheme="minorHAnsi" w:hAnsiTheme="minorHAnsi"/>
        </w:rPr>
        <w:br/>
        <w:t>• internatos;</w:t>
      </w:r>
      <w:r w:rsidR="005076BD" w:rsidRPr="006B093B">
        <w:rPr>
          <w:rFonts w:asciiTheme="minorHAnsi" w:hAnsiTheme="minorHAnsi"/>
        </w:rPr>
        <w:br/>
      </w:r>
      <w:r w:rsidR="005076BD" w:rsidRPr="006B093B">
        <w:rPr>
          <w:rFonts w:asciiTheme="minorHAnsi" w:hAnsiTheme="minorHAnsi"/>
        </w:rPr>
        <w:lastRenderedPageBreak/>
        <w:t xml:space="preserve">• atividades </w:t>
      </w:r>
      <w:proofErr w:type="spellStart"/>
      <w:r w:rsidR="005076BD" w:rsidRPr="006B093B">
        <w:rPr>
          <w:rFonts w:asciiTheme="minorHAnsi" w:hAnsiTheme="minorHAnsi"/>
        </w:rPr>
        <w:t>extensionistas</w:t>
      </w:r>
      <w:proofErr w:type="spellEnd"/>
      <w:r w:rsidR="005076BD" w:rsidRPr="006B093B">
        <w:rPr>
          <w:rFonts w:asciiTheme="minorHAnsi" w:hAnsiTheme="minorHAnsi"/>
        </w:rPr>
        <w:t>;</w:t>
      </w:r>
      <w:r w:rsidR="005076BD" w:rsidRPr="006B093B">
        <w:rPr>
          <w:rFonts w:asciiTheme="minorHAnsi" w:hAnsiTheme="minorHAnsi"/>
        </w:rPr>
        <w:br/>
        <w:t>• demais atividades acadêmicas p</w:t>
      </w:r>
      <w:r w:rsidRPr="006B093B">
        <w:rPr>
          <w:rFonts w:asciiTheme="minorHAnsi" w:hAnsiTheme="minorHAnsi"/>
        </w:rPr>
        <w:t>res</w:t>
      </w:r>
      <w:r w:rsidR="005076BD" w:rsidRPr="006B093B">
        <w:rPr>
          <w:rFonts w:asciiTheme="minorHAnsi" w:hAnsiTheme="minorHAnsi"/>
        </w:rPr>
        <w:t>enciais</w:t>
      </w:r>
      <w:r w:rsidR="005076BD" w:rsidRPr="005C7A43">
        <w:t>.</w:t>
      </w:r>
    </w:p>
    <w:p w:rsidR="004231D9" w:rsidRDefault="005076BD" w:rsidP="005C7A43">
      <w:pPr>
        <w:spacing w:after="0" w:line="240" w:lineRule="auto"/>
        <w:jc w:val="both"/>
        <w:rPr>
          <w:sz w:val="24"/>
          <w:szCs w:val="24"/>
        </w:rPr>
      </w:pPr>
      <w:r w:rsidRPr="005C7A43">
        <w:rPr>
          <w:sz w:val="24"/>
          <w:szCs w:val="24"/>
        </w:rPr>
        <w:br/>
        <w:t xml:space="preserve">A </w:t>
      </w:r>
      <w:proofErr w:type="spellStart"/>
      <w:r w:rsidRPr="005C7A43">
        <w:rPr>
          <w:sz w:val="24"/>
          <w:szCs w:val="24"/>
        </w:rPr>
        <w:t>participação</w:t>
      </w:r>
      <w:proofErr w:type="spellEnd"/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parcial</w:t>
      </w:r>
      <w:proofErr w:type="spellEnd"/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em</w:t>
      </w:r>
      <w:proofErr w:type="spellEnd"/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atividades</w:t>
      </w:r>
      <w:proofErr w:type="spellEnd"/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p</w:t>
      </w:r>
      <w:r w:rsidR="006B093B">
        <w:rPr>
          <w:sz w:val="24"/>
          <w:szCs w:val="24"/>
        </w:rPr>
        <w:t>res</w:t>
      </w:r>
      <w:r w:rsidRPr="005C7A43">
        <w:rPr>
          <w:sz w:val="24"/>
          <w:szCs w:val="24"/>
        </w:rPr>
        <w:t>enciais</w:t>
      </w:r>
      <w:proofErr w:type="spellEnd"/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descaracteriza</w:t>
      </w:r>
      <w:proofErr w:type="spellEnd"/>
      <w:r w:rsidRPr="005C7A43">
        <w:rPr>
          <w:sz w:val="24"/>
          <w:szCs w:val="24"/>
        </w:rPr>
        <w:t xml:space="preserve"> a </w:t>
      </w:r>
      <w:proofErr w:type="spellStart"/>
      <w:r w:rsidRPr="005C7A43">
        <w:rPr>
          <w:sz w:val="24"/>
          <w:szCs w:val="24"/>
        </w:rPr>
        <w:t>condição</w:t>
      </w:r>
      <w:proofErr w:type="spellEnd"/>
      <w:r w:rsidRPr="005C7A43">
        <w:rPr>
          <w:sz w:val="24"/>
          <w:szCs w:val="24"/>
        </w:rPr>
        <w:t xml:space="preserve"> que </w:t>
      </w:r>
      <w:proofErr w:type="spellStart"/>
      <w:r w:rsidRPr="005C7A43">
        <w:rPr>
          <w:sz w:val="24"/>
          <w:szCs w:val="24"/>
        </w:rPr>
        <w:t>fundamentou</w:t>
      </w:r>
      <w:proofErr w:type="spellEnd"/>
      <w:r w:rsidRPr="005C7A43">
        <w:rPr>
          <w:sz w:val="24"/>
          <w:szCs w:val="24"/>
        </w:rPr>
        <w:t xml:space="preserve"> a </w:t>
      </w:r>
      <w:proofErr w:type="spellStart"/>
      <w:r w:rsidRPr="005C7A43">
        <w:rPr>
          <w:sz w:val="24"/>
          <w:szCs w:val="24"/>
        </w:rPr>
        <w:t>concessão</w:t>
      </w:r>
      <w:proofErr w:type="spellEnd"/>
      <w:r w:rsidRPr="005C7A43">
        <w:rPr>
          <w:sz w:val="24"/>
          <w:szCs w:val="24"/>
        </w:rPr>
        <w:t xml:space="preserve"> do </w:t>
      </w:r>
      <w:r w:rsidR="00D62664">
        <w:rPr>
          <w:sz w:val="24"/>
          <w:szCs w:val="24"/>
        </w:rPr>
        <w:t>REE</w:t>
      </w:r>
      <w:r w:rsidRPr="005C7A43">
        <w:rPr>
          <w:sz w:val="24"/>
          <w:szCs w:val="24"/>
        </w:rPr>
        <w:t>.</w:t>
      </w:r>
    </w:p>
    <w:p w:rsidR="00337818" w:rsidRDefault="00337818" w:rsidP="00337818">
      <w:pPr>
        <w:rPr>
          <w:sz w:val="24"/>
          <w:szCs w:val="24"/>
        </w:rPr>
      </w:pPr>
    </w:p>
    <w:p w:rsidR="004231D9" w:rsidRPr="004B5BD4" w:rsidRDefault="005076BD" w:rsidP="004B5BD4">
      <w:pPr>
        <w:pStyle w:val="PargrafodaLista"/>
        <w:numPr>
          <w:ilvl w:val="0"/>
          <w:numId w:val="18"/>
        </w:numPr>
        <w:rPr>
          <w:b/>
          <w:sz w:val="24"/>
          <w:szCs w:val="24"/>
        </w:rPr>
      </w:pPr>
      <w:r w:rsidRPr="004B5BD4">
        <w:rPr>
          <w:b/>
          <w:sz w:val="24"/>
          <w:szCs w:val="24"/>
        </w:rPr>
        <w:t>FLUXO DO REGIME ESPECIAL DE ESTUDOS (</w:t>
      </w:r>
      <w:r w:rsidR="00D62664" w:rsidRPr="004B5BD4">
        <w:rPr>
          <w:b/>
          <w:sz w:val="24"/>
          <w:szCs w:val="24"/>
        </w:rPr>
        <w:t>REE</w:t>
      </w:r>
      <w:r w:rsidRPr="004B5BD4">
        <w:rPr>
          <w:b/>
          <w:sz w:val="24"/>
          <w:szCs w:val="24"/>
        </w:rPr>
        <w:t>)</w:t>
      </w:r>
    </w:p>
    <w:p w:rsidR="005C7A43" w:rsidRPr="005C7A43" w:rsidRDefault="005C7A43" w:rsidP="005C7A43">
      <w:pPr>
        <w:pStyle w:val="PargrafodaLista"/>
        <w:spacing w:after="0" w:line="240" w:lineRule="auto"/>
        <w:ind w:left="360"/>
        <w:rPr>
          <w:sz w:val="24"/>
          <w:szCs w:val="24"/>
        </w:rPr>
      </w:pPr>
    </w:p>
    <w:p w:rsidR="007E4EA2" w:rsidRPr="005C7A43" w:rsidRDefault="005076BD" w:rsidP="005C7A43">
      <w:pPr>
        <w:spacing w:after="0" w:line="240" w:lineRule="auto"/>
        <w:jc w:val="center"/>
        <w:rPr>
          <w:sz w:val="24"/>
          <w:szCs w:val="24"/>
        </w:rPr>
      </w:pPr>
      <w:proofErr w:type="spellStart"/>
      <w:r w:rsidRPr="005C7A43">
        <w:rPr>
          <w:sz w:val="24"/>
          <w:szCs w:val="24"/>
        </w:rPr>
        <w:t>Solicitação</w:t>
      </w:r>
      <w:proofErr w:type="spellEnd"/>
      <w:r w:rsidRPr="005C7A43">
        <w:rPr>
          <w:sz w:val="24"/>
          <w:szCs w:val="24"/>
        </w:rPr>
        <w:t xml:space="preserve"> do </w:t>
      </w:r>
      <w:r w:rsidR="00D62664">
        <w:rPr>
          <w:sz w:val="24"/>
          <w:szCs w:val="24"/>
        </w:rPr>
        <w:t>REE</w:t>
      </w:r>
      <w:r w:rsidRPr="005C7A43">
        <w:rPr>
          <w:sz w:val="24"/>
          <w:szCs w:val="24"/>
        </w:rPr>
        <w:t xml:space="preserve"> (Portal do </w:t>
      </w:r>
      <w:proofErr w:type="spellStart"/>
      <w:r w:rsidRPr="005C7A43">
        <w:rPr>
          <w:sz w:val="24"/>
          <w:szCs w:val="24"/>
        </w:rPr>
        <w:t>Aluno</w:t>
      </w:r>
      <w:proofErr w:type="spellEnd"/>
      <w:r w:rsidRPr="005C7A43">
        <w:rPr>
          <w:sz w:val="24"/>
          <w:szCs w:val="24"/>
        </w:rPr>
        <w:t>)</w:t>
      </w:r>
      <w:r w:rsidRPr="005C7A43">
        <w:rPr>
          <w:sz w:val="24"/>
          <w:szCs w:val="24"/>
        </w:rPr>
        <w:br/>
        <w:t>↓</w:t>
      </w:r>
      <w:r w:rsidRPr="005C7A43">
        <w:rPr>
          <w:sz w:val="24"/>
          <w:szCs w:val="24"/>
        </w:rPr>
        <w:br/>
      </w:r>
      <w:proofErr w:type="spellStart"/>
      <w:r w:rsidRPr="005C7A43">
        <w:rPr>
          <w:sz w:val="24"/>
          <w:szCs w:val="24"/>
        </w:rPr>
        <w:t>Análise</w:t>
      </w:r>
      <w:proofErr w:type="spellEnd"/>
      <w:r w:rsidRPr="005C7A43">
        <w:rPr>
          <w:sz w:val="24"/>
          <w:szCs w:val="24"/>
        </w:rPr>
        <w:t xml:space="preserve"> da </w:t>
      </w:r>
      <w:proofErr w:type="spellStart"/>
      <w:r w:rsidRPr="005C7A43">
        <w:rPr>
          <w:sz w:val="24"/>
          <w:szCs w:val="24"/>
        </w:rPr>
        <w:t>Solicitação</w:t>
      </w:r>
      <w:proofErr w:type="spellEnd"/>
      <w:r w:rsidRPr="005C7A43">
        <w:rPr>
          <w:sz w:val="24"/>
          <w:szCs w:val="24"/>
        </w:rPr>
        <w:t xml:space="preserve"> (</w:t>
      </w:r>
      <w:proofErr w:type="spellStart"/>
      <w:r w:rsidRPr="005C7A43">
        <w:rPr>
          <w:sz w:val="24"/>
          <w:szCs w:val="24"/>
        </w:rPr>
        <w:t>Coordenação</w:t>
      </w:r>
      <w:proofErr w:type="spellEnd"/>
      <w:r w:rsidRPr="005C7A43">
        <w:rPr>
          <w:sz w:val="24"/>
          <w:szCs w:val="24"/>
        </w:rPr>
        <w:t xml:space="preserve"> do </w:t>
      </w:r>
      <w:proofErr w:type="spellStart"/>
      <w:r w:rsidRPr="005C7A43">
        <w:rPr>
          <w:sz w:val="24"/>
          <w:szCs w:val="24"/>
        </w:rPr>
        <w:t>Curso</w:t>
      </w:r>
      <w:proofErr w:type="spellEnd"/>
      <w:r w:rsidRPr="005C7A43">
        <w:rPr>
          <w:sz w:val="24"/>
          <w:szCs w:val="24"/>
        </w:rPr>
        <w:t>)</w:t>
      </w:r>
      <w:r w:rsidRPr="005C7A43">
        <w:rPr>
          <w:sz w:val="24"/>
          <w:szCs w:val="24"/>
        </w:rPr>
        <w:br/>
        <w:t>↓</w:t>
      </w:r>
      <w:r w:rsidRPr="005C7A43">
        <w:rPr>
          <w:sz w:val="24"/>
          <w:szCs w:val="24"/>
        </w:rPr>
        <w:br/>
      </w:r>
      <w:proofErr w:type="spellStart"/>
      <w:r w:rsidRPr="005C7A43">
        <w:rPr>
          <w:sz w:val="24"/>
          <w:szCs w:val="24"/>
        </w:rPr>
        <w:t>Deferimento</w:t>
      </w:r>
      <w:proofErr w:type="spellEnd"/>
      <w:r w:rsidRPr="005C7A43">
        <w:rPr>
          <w:sz w:val="24"/>
          <w:szCs w:val="24"/>
        </w:rPr>
        <w:t xml:space="preserve"> do </w:t>
      </w:r>
      <w:proofErr w:type="spellStart"/>
      <w:r w:rsidRPr="005C7A43">
        <w:rPr>
          <w:sz w:val="24"/>
          <w:szCs w:val="24"/>
        </w:rPr>
        <w:t>Pedido</w:t>
      </w:r>
      <w:proofErr w:type="spellEnd"/>
      <w:r w:rsidRPr="005C7A43">
        <w:rPr>
          <w:sz w:val="24"/>
          <w:szCs w:val="24"/>
        </w:rPr>
        <w:br/>
        <w:t>↓</w:t>
      </w:r>
      <w:r w:rsidRPr="005C7A43">
        <w:rPr>
          <w:sz w:val="24"/>
          <w:szCs w:val="24"/>
        </w:rPr>
        <w:br/>
      </w:r>
      <w:proofErr w:type="spellStart"/>
      <w:r w:rsidRPr="005C7A43">
        <w:rPr>
          <w:sz w:val="24"/>
          <w:szCs w:val="24"/>
        </w:rPr>
        <w:t>Recebimento</w:t>
      </w:r>
      <w:proofErr w:type="spellEnd"/>
      <w:r w:rsidRPr="005C7A43">
        <w:rPr>
          <w:sz w:val="24"/>
          <w:szCs w:val="24"/>
        </w:rPr>
        <w:t xml:space="preserve"> das </w:t>
      </w:r>
      <w:proofErr w:type="spellStart"/>
      <w:r w:rsidRPr="005C7A43">
        <w:rPr>
          <w:sz w:val="24"/>
          <w:szCs w:val="24"/>
        </w:rPr>
        <w:t>Orientações</w:t>
      </w:r>
      <w:proofErr w:type="spellEnd"/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Institucionais</w:t>
      </w:r>
      <w:proofErr w:type="spellEnd"/>
      <w:r w:rsidRPr="005C7A43">
        <w:rPr>
          <w:sz w:val="24"/>
          <w:szCs w:val="24"/>
        </w:rPr>
        <w:br/>
        <w:t>↓</w:t>
      </w:r>
      <w:r w:rsidRPr="005C7A43">
        <w:rPr>
          <w:sz w:val="24"/>
          <w:szCs w:val="24"/>
        </w:rPr>
        <w:br/>
      </w:r>
      <w:proofErr w:type="spellStart"/>
      <w:r w:rsidRPr="005C7A43">
        <w:rPr>
          <w:sz w:val="24"/>
          <w:szCs w:val="24"/>
        </w:rPr>
        <w:t>Acesso</w:t>
      </w:r>
      <w:proofErr w:type="spellEnd"/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ao</w:t>
      </w:r>
      <w:proofErr w:type="spellEnd"/>
      <w:r w:rsidRPr="005C7A43">
        <w:rPr>
          <w:sz w:val="24"/>
          <w:szCs w:val="24"/>
        </w:rPr>
        <w:t xml:space="preserve"> AVA e </w:t>
      </w:r>
      <w:proofErr w:type="spellStart"/>
      <w:r w:rsidRPr="005C7A43">
        <w:rPr>
          <w:sz w:val="24"/>
          <w:szCs w:val="24"/>
        </w:rPr>
        <w:t>Realização</w:t>
      </w:r>
      <w:proofErr w:type="spellEnd"/>
      <w:r w:rsidRPr="005C7A43">
        <w:rPr>
          <w:sz w:val="24"/>
          <w:szCs w:val="24"/>
        </w:rPr>
        <w:t xml:space="preserve"> das </w:t>
      </w:r>
      <w:proofErr w:type="spellStart"/>
      <w:r w:rsidRPr="005C7A43">
        <w:rPr>
          <w:sz w:val="24"/>
          <w:szCs w:val="24"/>
        </w:rPr>
        <w:t>Atividades</w:t>
      </w:r>
      <w:proofErr w:type="spellEnd"/>
      <w:r w:rsidRPr="005C7A43">
        <w:rPr>
          <w:sz w:val="24"/>
          <w:szCs w:val="24"/>
        </w:rPr>
        <w:br/>
        <w:t>↓</w:t>
      </w:r>
      <w:r w:rsidRPr="005C7A43">
        <w:rPr>
          <w:sz w:val="24"/>
          <w:szCs w:val="24"/>
        </w:rPr>
        <w:br/>
      </w:r>
      <w:proofErr w:type="spellStart"/>
      <w:r w:rsidRPr="005C7A43">
        <w:rPr>
          <w:sz w:val="24"/>
          <w:szCs w:val="24"/>
        </w:rPr>
        <w:t>Acompanhamento</w:t>
      </w:r>
      <w:proofErr w:type="spellEnd"/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Acadêmico</w:t>
      </w:r>
      <w:proofErr w:type="spellEnd"/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durante</w:t>
      </w:r>
      <w:proofErr w:type="spellEnd"/>
      <w:r w:rsidRPr="005C7A43">
        <w:rPr>
          <w:sz w:val="24"/>
          <w:szCs w:val="24"/>
        </w:rPr>
        <w:t xml:space="preserve"> o </w:t>
      </w:r>
      <w:r w:rsidR="00D62664">
        <w:rPr>
          <w:sz w:val="24"/>
          <w:szCs w:val="24"/>
        </w:rPr>
        <w:t>REE</w:t>
      </w:r>
      <w:r w:rsidRPr="005C7A43">
        <w:rPr>
          <w:sz w:val="24"/>
          <w:szCs w:val="24"/>
        </w:rPr>
        <w:br/>
        <w:t>↓</w:t>
      </w:r>
      <w:r w:rsidRPr="005C7A43">
        <w:rPr>
          <w:sz w:val="24"/>
          <w:szCs w:val="24"/>
        </w:rPr>
        <w:br/>
      </w:r>
      <w:proofErr w:type="spellStart"/>
      <w:r w:rsidRPr="005C7A43">
        <w:rPr>
          <w:sz w:val="24"/>
          <w:szCs w:val="24"/>
        </w:rPr>
        <w:t>Retorno</w:t>
      </w:r>
      <w:proofErr w:type="spellEnd"/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às</w:t>
      </w:r>
      <w:proofErr w:type="spellEnd"/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Atividades</w:t>
      </w:r>
      <w:proofErr w:type="spellEnd"/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P</w:t>
      </w:r>
      <w:r w:rsidR="00D62664">
        <w:rPr>
          <w:sz w:val="24"/>
          <w:szCs w:val="24"/>
        </w:rPr>
        <w:t>REE</w:t>
      </w:r>
      <w:r w:rsidRPr="005C7A43">
        <w:rPr>
          <w:sz w:val="24"/>
          <w:szCs w:val="24"/>
        </w:rPr>
        <w:t>enciais</w:t>
      </w:r>
      <w:proofErr w:type="spellEnd"/>
      <w:r w:rsidRPr="005C7A43">
        <w:rPr>
          <w:sz w:val="24"/>
          <w:szCs w:val="24"/>
        </w:rPr>
        <w:br/>
        <w:t>↓</w:t>
      </w:r>
    </w:p>
    <w:p w:rsidR="004231D9" w:rsidRDefault="007E4EA2" w:rsidP="005C7A43">
      <w:pPr>
        <w:spacing w:after="0" w:line="240" w:lineRule="auto"/>
        <w:jc w:val="center"/>
        <w:rPr>
          <w:sz w:val="24"/>
          <w:szCs w:val="24"/>
        </w:rPr>
      </w:pPr>
      <w:proofErr w:type="spellStart"/>
      <w:r w:rsidRPr="005C7A43">
        <w:rPr>
          <w:sz w:val="24"/>
          <w:szCs w:val="24"/>
        </w:rPr>
        <w:t>Solicitação</w:t>
      </w:r>
      <w:proofErr w:type="spellEnd"/>
      <w:r w:rsidRPr="005C7A43">
        <w:rPr>
          <w:sz w:val="24"/>
          <w:szCs w:val="24"/>
        </w:rPr>
        <w:t xml:space="preserve"> do </w:t>
      </w:r>
      <w:proofErr w:type="spellStart"/>
      <w:r w:rsidRPr="005C7A43">
        <w:rPr>
          <w:sz w:val="24"/>
          <w:szCs w:val="24"/>
        </w:rPr>
        <w:t>Requerimento</w:t>
      </w:r>
      <w:proofErr w:type="spellEnd"/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Segunda</w:t>
      </w:r>
      <w:proofErr w:type="spellEnd"/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chamada</w:t>
      </w:r>
      <w:proofErr w:type="spellEnd"/>
      <w:r w:rsidRPr="005C7A43">
        <w:rPr>
          <w:sz w:val="24"/>
          <w:szCs w:val="24"/>
        </w:rPr>
        <w:t xml:space="preserve">  - Regime Especial de </w:t>
      </w:r>
      <w:proofErr w:type="spellStart"/>
      <w:r w:rsidRPr="005C7A43">
        <w:rPr>
          <w:sz w:val="24"/>
          <w:szCs w:val="24"/>
        </w:rPr>
        <w:t>Estudos</w:t>
      </w:r>
      <w:proofErr w:type="spellEnd"/>
      <w:r w:rsidRPr="005C7A43">
        <w:rPr>
          <w:sz w:val="24"/>
          <w:szCs w:val="24"/>
        </w:rPr>
        <w:br/>
        <w:t>↓</w:t>
      </w:r>
      <w:r w:rsidR="005076BD" w:rsidRPr="005C7A43">
        <w:rPr>
          <w:sz w:val="24"/>
          <w:szCs w:val="24"/>
        </w:rPr>
        <w:br/>
      </w:r>
      <w:proofErr w:type="spellStart"/>
      <w:r w:rsidR="005076BD" w:rsidRPr="005C7A43">
        <w:rPr>
          <w:sz w:val="24"/>
          <w:szCs w:val="24"/>
        </w:rPr>
        <w:t>Realização</w:t>
      </w:r>
      <w:proofErr w:type="spellEnd"/>
      <w:r w:rsidR="005076BD" w:rsidRPr="005C7A43">
        <w:rPr>
          <w:sz w:val="24"/>
          <w:szCs w:val="24"/>
        </w:rPr>
        <w:t xml:space="preserve"> das </w:t>
      </w:r>
      <w:proofErr w:type="spellStart"/>
      <w:r w:rsidR="005076BD" w:rsidRPr="005C7A43">
        <w:rPr>
          <w:sz w:val="24"/>
          <w:szCs w:val="24"/>
        </w:rPr>
        <w:t>Avaliações</w:t>
      </w:r>
      <w:proofErr w:type="spellEnd"/>
      <w:r w:rsidR="005076BD" w:rsidRPr="005C7A43">
        <w:rPr>
          <w:sz w:val="24"/>
          <w:szCs w:val="24"/>
        </w:rPr>
        <w:t xml:space="preserve"> </w:t>
      </w:r>
      <w:proofErr w:type="spellStart"/>
      <w:r w:rsidR="005076BD" w:rsidRPr="005C7A43">
        <w:rPr>
          <w:sz w:val="24"/>
          <w:szCs w:val="24"/>
        </w:rPr>
        <w:t>P</w:t>
      </w:r>
      <w:r w:rsidR="00D62664">
        <w:rPr>
          <w:sz w:val="24"/>
          <w:szCs w:val="24"/>
        </w:rPr>
        <w:t>REE</w:t>
      </w:r>
      <w:r w:rsidR="005076BD" w:rsidRPr="005C7A43">
        <w:rPr>
          <w:sz w:val="24"/>
          <w:szCs w:val="24"/>
        </w:rPr>
        <w:t>enciais</w:t>
      </w:r>
      <w:proofErr w:type="spellEnd"/>
      <w:r w:rsidR="005076BD" w:rsidRPr="005C7A43">
        <w:rPr>
          <w:sz w:val="24"/>
          <w:szCs w:val="24"/>
        </w:rPr>
        <w:br/>
        <w:t>↓</w:t>
      </w:r>
      <w:r w:rsidR="005076BD" w:rsidRPr="005C7A43">
        <w:rPr>
          <w:sz w:val="24"/>
          <w:szCs w:val="24"/>
        </w:rPr>
        <w:br/>
      </w:r>
      <w:proofErr w:type="spellStart"/>
      <w:r w:rsidR="005076BD" w:rsidRPr="005C7A43">
        <w:rPr>
          <w:sz w:val="24"/>
          <w:szCs w:val="24"/>
        </w:rPr>
        <w:t>Reposição</w:t>
      </w:r>
      <w:proofErr w:type="spellEnd"/>
      <w:r w:rsidR="005076BD" w:rsidRPr="005C7A43">
        <w:rPr>
          <w:sz w:val="24"/>
          <w:szCs w:val="24"/>
        </w:rPr>
        <w:t xml:space="preserve"> de </w:t>
      </w:r>
      <w:proofErr w:type="spellStart"/>
      <w:r w:rsidR="005076BD" w:rsidRPr="005C7A43">
        <w:rPr>
          <w:sz w:val="24"/>
          <w:szCs w:val="24"/>
        </w:rPr>
        <w:t>Atividades</w:t>
      </w:r>
      <w:proofErr w:type="spellEnd"/>
      <w:r w:rsidR="005076BD" w:rsidRPr="005C7A43">
        <w:rPr>
          <w:sz w:val="24"/>
          <w:szCs w:val="24"/>
        </w:rPr>
        <w:t xml:space="preserve"> </w:t>
      </w:r>
      <w:proofErr w:type="spellStart"/>
      <w:r w:rsidR="005076BD" w:rsidRPr="005C7A43">
        <w:rPr>
          <w:sz w:val="24"/>
          <w:szCs w:val="24"/>
        </w:rPr>
        <w:t>Práticas</w:t>
      </w:r>
      <w:proofErr w:type="spellEnd"/>
      <w:r w:rsidR="005076BD" w:rsidRPr="005C7A43">
        <w:rPr>
          <w:sz w:val="24"/>
          <w:szCs w:val="24"/>
        </w:rPr>
        <w:t xml:space="preserve"> (se </w:t>
      </w:r>
      <w:proofErr w:type="spellStart"/>
      <w:r w:rsidR="005076BD" w:rsidRPr="005C7A43">
        <w:rPr>
          <w:sz w:val="24"/>
          <w:szCs w:val="24"/>
        </w:rPr>
        <w:t>aplicável</w:t>
      </w:r>
      <w:proofErr w:type="spellEnd"/>
      <w:r w:rsidR="005076BD" w:rsidRPr="005C7A43">
        <w:rPr>
          <w:sz w:val="24"/>
          <w:szCs w:val="24"/>
        </w:rPr>
        <w:t>)</w:t>
      </w:r>
      <w:r w:rsidR="005076BD" w:rsidRPr="005C7A43">
        <w:rPr>
          <w:sz w:val="24"/>
          <w:szCs w:val="24"/>
        </w:rPr>
        <w:br/>
        <w:t>↓</w:t>
      </w:r>
      <w:r w:rsidR="005076BD" w:rsidRPr="005C7A43">
        <w:rPr>
          <w:sz w:val="24"/>
          <w:szCs w:val="24"/>
        </w:rPr>
        <w:br/>
      </w:r>
      <w:proofErr w:type="spellStart"/>
      <w:r w:rsidR="005076BD" w:rsidRPr="005C7A43">
        <w:rPr>
          <w:sz w:val="24"/>
          <w:szCs w:val="24"/>
        </w:rPr>
        <w:t>Encerramento</w:t>
      </w:r>
      <w:proofErr w:type="spellEnd"/>
      <w:r w:rsidR="005076BD" w:rsidRPr="005C7A43">
        <w:rPr>
          <w:sz w:val="24"/>
          <w:szCs w:val="24"/>
        </w:rPr>
        <w:t xml:space="preserve"> do </w:t>
      </w:r>
      <w:proofErr w:type="spellStart"/>
      <w:r w:rsidR="005076BD" w:rsidRPr="005C7A43">
        <w:rPr>
          <w:sz w:val="24"/>
          <w:szCs w:val="24"/>
        </w:rPr>
        <w:t>Processo</w:t>
      </w:r>
      <w:proofErr w:type="spellEnd"/>
    </w:p>
    <w:p w:rsidR="005C7A43" w:rsidRPr="005C7A43" w:rsidRDefault="005C7A43" w:rsidP="005C7A43">
      <w:pPr>
        <w:spacing w:after="0" w:line="240" w:lineRule="auto"/>
        <w:jc w:val="center"/>
        <w:rPr>
          <w:sz w:val="24"/>
          <w:szCs w:val="24"/>
        </w:rPr>
      </w:pPr>
    </w:p>
    <w:p w:rsidR="004231D9" w:rsidRPr="00310465" w:rsidRDefault="005076BD" w:rsidP="004B5BD4">
      <w:pPr>
        <w:pStyle w:val="Ttulo1"/>
        <w:numPr>
          <w:ilvl w:val="0"/>
          <w:numId w:val="18"/>
        </w:numPr>
        <w:rPr>
          <w:rFonts w:asciiTheme="minorHAnsi" w:hAnsiTheme="minorHAnsi"/>
          <w:color w:val="auto"/>
          <w:sz w:val="24"/>
          <w:szCs w:val="24"/>
        </w:rPr>
      </w:pPr>
      <w:bookmarkStart w:id="8" w:name="_Toc233826702"/>
      <w:r w:rsidRPr="00310465">
        <w:rPr>
          <w:rFonts w:asciiTheme="minorHAnsi" w:hAnsiTheme="minorHAnsi"/>
          <w:color w:val="auto"/>
          <w:sz w:val="24"/>
          <w:szCs w:val="24"/>
        </w:rPr>
        <w:t>FUNCIONAMENTO DAS ATIVIDADES ACADÊMICAS NO AVA</w:t>
      </w:r>
      <w:bookmarkEnd w:id="8"/>
    </w:p>
    <w:p w:rsidR="005C7A43" w:rsidRPr="005C7A43" w:rsidRDefault="005C7A43" w:rsidP="005C7A43">
      <w:pPr>
        <w:pStyle w:val="PargrafodaLista"/>
        <w:spacing w:after="0" w:line="240" w:lineRule="auto"/>
        <w:ind w:left="360"/>
        <w:rPr>
          <w:sz w:val="24"/>
          <w:szCs w:val="24"/>
        </w:rPr>
      </w:pPr>
    </w:p>
    <w:p w:rsidR="00121C4E" w:rsidRDefault="005076BD" w:rsidP="00121C4E">
      <w:pPr>
        <w:spacing w:after="0" w:line="240" w:lineRule="auto"/>
        <w:jc w:val="both"/>
        <w:rPr>
          <w:sz w:val="24"/>
          <w:szCs w:val="24"/>
        </w:rPr>
      </w:pPr>
      <w:r w:rsidRPr="005C7A43">
        <w:rPr>
          <w:sz w:val="24"/>
          <w:szCs w:val="24"/>
        </w:rPr>
        <w:t xml:space="preserve">As </w:t>
      </w:r>
      <w:proofErr w:type="spellStart"/>
      <w:r w:rsidRPr="005C7A43">
        <w:rPr>
          <w:sz w:val="24"/>
          <w:szCs w:val="24"/>
        </w:rPr>
        <w:t>atividades</w:t>
      </w:r>
      <w:proofErr w:type="spellEnd"/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acadêmicas</w:t>
      </w:r>
      <w:proofErr w:type="spellEnd"/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relativas</w:t>
      </w:r>
      <w:proofErr w:type="spellEnd"/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às</w:t>
      </w:r>
      <w:proofErr w:type="spellEnd"/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disciplinas</w:t>
      </w:r>
      <w:proofErr w:type="spellEnd"/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teóricas</w:t>
      </w:r>
      <w:proofErr w:type="spellEnd"/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serão</w:t>
      </w:r>
      <w:proofErr w:type="spellEnd"/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disponibilizadas</w:t>
      </w:r>
      <w:proofErr w:type="spellEnd"/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pelos</w:t>
      </w:r>
      <w:proofErr w:type="spellEnd"/>
      <w:r w:rsidRPr="005C7A43">
        <w:rPr>
          <w:sz w:val="24"/>
          <w:szCs w:val="24"/>
        </w:rPr>
        <w:t xml:space="preserve"> </w:t>
      </w:r>
      <w:proofErr w:type="spellStart"/>
      <w:proofErr w:type="gramStart"/>
      <w:r w:rsidRPr="005C7A43">
        <w:rPr>
          <w:sz w:val="24"/>
          <w:szCs w:val="24"/>
        </w:rPr>
        <w:t>docentes</w:t>
      </w:r>
      <w:proofErr w:type="spellEnd"/>
      <w:proofErr w:type="gramEnd"/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por</w:t>
      </w:r>
      <w:proofErr w:type="spellEnd"/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meio</w:t>
      </w:r>
      <w:proofErr w:type="spellEnd"/>
      <w:r w:rsidRPr="005C7A43">
        <w:rPr>
          <w:sz w:val="24"/>
          <w:szCs w:val="24"/>
        </w:rPr>
        <w:t xml:space="preserve"> do </w:t>
      </w:r>
      <w:proofErr w:type="spellStart"/>
      <w:r w:rsidRPr="005C7A43">
        <w:rPr>
          <w:sz w:val="24"/>
          <w:szCs w:val="24"/>
        </w:rPr>
        <w:t>Ambiente</w:t>
      </w:r>
      <w:proofErr w:type="spellEnd"/>
      <w:r w:rsidRPr="005C7A43">
        <w:rPr>
          <w:sz w:val="24"/>
          <w:szCs w:val="24"/>
        </w:rPr>
        <w:t xml:space="preserve"> Virtual de </w:t>
      </w:r>
      <w:proofErr w:type="spellStart"/>
      <w:r w:rsidRPr="005C7A43">
        <w:rPr>
          <w:sz w:val="24"/>
          <w:szCs w:val="24"/>
        </w:rPr>
        <w:t>Aprendizagem</w:t>
      </w:r>
      <w:proofErr w:type="spellEnd"/>
      <w:r w:rsidRPr="005C7A43">
        <w:rPr>
          <w:sz w:val="24"/>
          <w:szCs w:val="24"/>
        </w:rPr>
        <w:t xml:space="preserve"> (AVA).</w:t>
      </w:r>
      <w:r w:rsidR="00121C4E">
        <w:rPr>
          <w:sz w:val="24"/>
          <w:szCs w:val="24"/>
        </w:rPr>
        <w:t xml:space="preserve"> </w:t>
      </w:r>
      <w:r w:rsidRPr="005C7A43">
        <w:rPr>
          <w:sz w:val="24"/>
          <w:szCs w:val="24"/>
        </w:rPr>
        <w:t xml:space="preserve">O </w:t>
      </w:r>
      <w:proofErr w:type="spellStart"/>
      <w:r w:rsidRPr="005C7A43">
        <w:rPr>
          <w:sz w:val="24"/>
          <w:szCs w:val="24"/>
        </w:rPr>
        <w:t>estudante</w:t>
      </w:r>
      <w:proofErr w:type="spellEnd"/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deverá</w:t>
      </w:r>
      <w:proofErr w:type="spellEnd"/>
      <w:r w:rsidRPr="005C7A43">
        <w:rPr>
          <w:sz w:val="24"/>
          <w:szCs w:val="24"/>
        </w:rPr>
        <w:t>:</w:t>
      </w:r>
    </w:p>
    <w:p w:rsidR="007E4EA2" w:rsidRPr="005C7A43" w:rsidRDefault="005076BD" w:rsidP="00121C4E">
      <w:pPr>
        <w:spacing w:after="0" w:line="240" w:lineRule="auto"/>
        <w:ind w:left="709" w:hanging="709"/>
        <w:rPr>
          <w:sz w:val="24"/>
          <w:szCs w:val="24"/>
        </w:rPr>
      </w:pPr>
      <w:r w:rsidRPr="005C7A43">
        <w:rPr>
          <w:sz w:val="24"/>
          <w:szCs w:val="24"/>
        </w:rPr>
        <w:br/>
        <w:t xml:space="preserve">• </w:t>
      </w:r>
      <w:proofErr w:type="spellStart"/>
      <w:proofErr w:type="gramStart"/>
      <w:r w:rsidRPr="005C7A43">
        <w:rPr>
          <w:sz w:val="24"/>
          <w:szCs w:val="24"/>
        </w:rPr>
        <w:t>acessar</w:t>
      </w:r>
      <w:proofErr w:type="spellEnd"/>
      <w:proofErr w:type="gramEnd"/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regularmente</w:t>
      </w:r>
      <w:proofErr w:type="spellEnd"/>
      <w:r w:rsidRPr="005C7A43">
        <w:rPr>
          <w:sz w:val="24"/>
          <w:szCs w:val="24"/>
        </w:rPr>
        <w:t xml:space="preserve"> o AVA;</w:t>
      </w:r>
      <w:r w:rsidRPr="005C7A43">
        <w:rPr>
          <w:sz w:val="24"/>
          <w:szCs w:val="24"/>
        </w:rPr>
        <w:br/>
        <w:t xml:space="preserve">• </w:t>
      </w:r>
      <w:proofErr w:type="spellStart"/>
      <w:r w:rsidRPr="005C7A43">
        <w:rPr>
          <w:sz w:val="24"/>
          <w:szCs w:val="24"/>
        </w:rPr>
        <w:t>acompanhar</w:t>
      </w:r>
      <w:proofErr w:type="spellEnd"/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os</w:t>
      </w:r>
      <w:proofErr w:type="spellEnd"/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prazos</w:t>
      </w:r>
      <w:proofErr w:type="spellEnd"/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estabelecidos</w:t>
      </w:r>
      <w:proofErr w:type="spellEnd"/>
      <w:r w:rsidRPr="005C7A43">
        <w:rPr>
          <w:sz w:val="24"/>
          <w:szCs w:val="24"/>
        </w:rPr>
        <w:t>;</w:t>
      </w:r>
      <w:r w:rsidRPr="005C7A43">
        <w:rPr>
          <w:sz w:val="24"/>
          <w:szCs w:val="24"/>
        </w:rPr>
        <w:br/>
        <w:t xml:space="preserve">• </w:t>
      </w:r>
      <w:proofErr w:type="spellStart"/>
      <w:r w:rsidRPr="005C7A43">
        <w:rPr>
          <w:sz w:val="24"/>
          <w:szCs w:val="24"/>
        </w:rPr>
        <w:t>realizar</w:t>
      </w:r>
      <w:proofErr w:type="spellEnd"/>
      <w:r w:rsidRPr="005C7A43">
        <w:rPr>
          <w:sz w:val="24"/>
          <w:szCs w:val="24"/>
        </w:rPr>
        <w:t xml:space="preserve"> as </w:t>
      </w:r>
      <w:proofErr w:type="spellStart"/>
      <w:r w:rsidRPr="005C7A43">
        <w:rPr>
          <w:sz w:val="24"/>
          <w:szCs w:val="24"/>
        </w:rPr>
        <w:t>atividades</w:t>
      </w:r>
      <w:proofErr w:type="spellEnd"/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propostas</w:t>
      </w:r>
      <w:proofErr w:type="spellEnd"/>
      <w:r w:rsidRPr="005C7A43">
        <w:rPr>
          <w:sz w:val="24"/>
          <w:szCs w:val="24"/>
        </w:rPr>
        <w:t>;</w:t>
      </w:r>
      <w:r w:rsidRPr="005C7A43">
        <w:rPr>
          <w:sz w:val="24"/>
          <w:szCs w:val="24"/>
        </w:rPr>
        <w:br/>
        <w:t xml:space="preserve">• </w:t>
      </w:r>
      <w:proofErr w:type="spellStart"/>
      <w:r w:rsidRPr="005C7A43">
        <w:rPr>
          <w:sz w:val="24"/>
          <w:szCs w:val="24"/>
        </w:rPr>
        <w:t>observar</w:t>
      </w:r>
      <w:proofErr w:type="spellEnd"/>
      <w:r w:rsidRPr="005C7A43">
        <w:rPr>
          <w:sz w:val="24"/>
          <w:szCs w:val="24"/>
        </w:rPr>
        <w:t xml:space="preserve"> as </w:t>
      </w:r>
      <w:proofErr w:type="spellStart"/>
      <w:r w:rsidRPr="005C7A43">
        <w:rPr>
          <w:sz w:val="24"/>
          <w:szCs w:val="24"/>
        </w:rPr>
        <w:t>orientações</w:t>
      </w:r>
      <w:proofErr w:type="spellEnd"/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disponibilizadas</w:t>
      </w:r>
      <w:proofErr w:type="spellEnd"/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pelos</w:t>
      </w:r>
      <w:proofErr w:type="spellEnd"/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docentes</w:t>
      </w:r>
      <w:proofErr w:type="spellEnd"/>
      <w:r w:rsidRPr="005C7A43">
        <w:rPr>
          <w:sz w:val="24"/>
          <w:szCs w:val="24"/>
        </w:rPr>
        <w:t>.</w:t>
      </w:r>
    </w:p>
    <w:p w:rsidR="005D379A" w:rsidRDefault="005D379A" w:rsidP="005C7A43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br/>
      </w:r>
      <w:r w:rsidR="005076BD" w:rsidRPr="005C7A43">
        <w:rPr>
          <w:sz w:val="24"/>
          <w:szCs w:val="24"/>
        </w:rPr>
        <w:t xml:space="preserve">As </w:t>
      </w:r>
      <w:proofErr w:type="spellStart"/>
      <w:r w:rsidR="005076BD" w:rsidRPr="005C7A43">
        <w:rPr>
          <w:sz w:val="24"/>
          <w:szCs w:val="24"/>
        </w:rPr>
        <w:t>atividades</w:t>
      </w:r>
      <w:proofErr w:type="spellEnd"/>
      <w:r w:rsidR="005076BD" w:rsidRPr="005C7A43">
        <w:rPr>
          <w:sz w:val="24"/>
          <w:szCs w:val="24"/>
        </w:rPr>
        <w:t xml:space="preserve"> </w:t>
      </w:r>
      <w:proofErr w:type="spellStart"/>
      <w:r w:rsidR="005076BD" w:rsidRPr="005C7A43">
        <w:rPr>
          <w:sz w:val="24"/>
          <w:szCs w:val="24"/>
        </w:rPr>
        <w:t>cadastradas</w:t>
      </w:r>
      <w:proofErr w:type="spellEnd"/>
      <w:r w:rsidR="005076BD" w:rsidRPr="005C7A43">
        <w:rPr>
          <w:sz w:val="24"/>
          <w:szCs w:val="24"/>
        </w:rPr>
        <w:t xml:space="preserve"> no AVA </w:t>
      </w:r>
      <w:proofErr w:type="spellStart"/>
      <w:r w:rsidR="005076BD" w:rsidRPr="005C7A43">
        <w:rPr>
          <w:sz w:val="24"/>
          <w:szCs w:val="24"/>
        </w:rPr>
        <w:t>possu</w:t>
      </w:r>
      <w:r w:rsidR="007E4EA2" w:rsidRPr="005C7A43">
        <w:rPr>
          <w:sz w:val="24"/>
          <w:szCs w:val="24"/>
        </w:rPr>
        <w:t>em</w:t>
      </w:r>
      <w:proofErr w:type="spellEnd"/>
      <w:r w:rsidR="007E4EA2" w:rsidRPr="005C7A43">
        <w:rPr>
          <w:sz w:val="24"/>
          <w:szCs w:val="24"/>
        </w:rPr>
        <w:t xml:space="preserve"> </w:t>
      </w:r>
      <w:proofErr w:type="spellStart"/>
      <w:r w:rsidR="007E4EA2" w:rsidRPr="005C7A43">
        <w:rPr>
          <w:sz w:val="24"/>
          <w:szCs w:val="24"/>
        </w:rPr>
        <w:t>finalidade</w:t>
      </w:r>
      <w:proofErr w:type="spellEnd"/>
      <w:r w:rsidR="007E4EA2" w:rsidRPr="005C7A43">
        <w:rPr>
          <w:sz w:val="24"/>
          <w:szCs w:val="24"/>
        </w:rPr>
        <w:t xml:space="preserve"> de </w:t>
      </w:r>
      <w:proofErr w:type="spellStart"/>
      <w:r w:rsidR="007E4EA2" w:rsidRPr="005C7A43">
        <w:rPr>
          <w:sz w:val="24"/>
          <w:szCs w:val="24"/>
        </w:rPr>
        <w:t>acompanhamento</w:t>
      </w:r>
      <w:proofErr w:type="spellEnd"/>
      <w:r w:rsidR="007E4EA2" w:rsidRPr="005C7A43">
        <w:rPr>
          <w:sz w:val="24"/>
          <w:szCs w:val="24"/>
        </w:rPr>
        <w:t xml:space="preserve"> </w:t>
      </w:r>
      <w:proofErr w:type="spellStart"/>
      <w:r w:rsidR="005076BD" w:rsidRPr="005C7A43">
        <w:rPr>
          <w:sz w:val="24"/>
          <w:szCs w:val="24"/>
        </w:rPr>
        <w:t>pedagógico</w:t>
      </w:r>
      <w:proofErr w:type="spellEnd"/>
      <w:r w:rsidR="005076BD" w:rsidRPr="005C7A43">
        <w:rPr>
          <w:sz w:val="24"/>
          <w:szCs w:val="24"/>
        </w:rPr>
        <w:t xml:space="preserve"> e </w:t>
      </w:r>
      <w:proofErr w:type="spellStart"/>
      <w:r w:rsidR="005076BD" w:rsidRPr="005C7A43">
        <w:rPr>
          <w:sz w:val="24"/>
          <w:szCs w:val="24"/>
        </w:rPr>
        <w:t>apuração</w:t>
      </w:r>
      <w:proofErr w:type="spellEnd"/>
      <w:r w:rsidR="005076BD" w:rsidRPr="005C7A43">
        <w:rPr>
          <w:sz w:val="24"/>
          <w:szCs w:val="24"/>
        </w:rPr>
        <w:t xml:space="preserve"> de </w:t>
      </w:r>
      <w:proofErr w:type="spellStart"/>
      <w:r w:rsidR="005076BD" w:rsidRPr="005C7A43">
        <w:rPr>
          <w:sz w:val="24"/>
          <w:szCs w:val="24"/>
        </w:rPr>
        <w:t>frequência</w:t>
      </w:r>
      <w:proofErr w:type="spellEnd"/>
      <w:r w:rsidR="005076BD" w:rsidRPr="005C7A43">
        <w:rPr>
          <w:sz w:val="24"/>
          <w:szCs w:val="24"/>
        </w:rPr>
        <w:t xml:space="preserve"> </w:t>
      </w:r>
      <w:proofErr w:type="spellStart"/>
      <w:proofErr w:type="gramStart"/>
      <w:r w:rsidR="005076BD" w:rsidRPr="005C7A43">
        <w:rPr>
          <w:sz w:val="24"/>
          <w:szCs w:val="24"/>
        </w:rPr>
        <w:t>durante</w:t>
      </w:r>
      <w:proofErr w:type="spellEnd"/>
      <w:proofErr w:type="gramEnd"/>
      <w:r w:rsidR="005076BD" w:rsidRPr="005C7A43">
        <w:rPr>
          <w:sz w:val="24"/>
          <w:szCs w:val="24"/>
        </w:rPr>
        <w:t xml:space="preserve"> o </w:t>
      </w:r>
      <w:proofErr w:type="spellStart"/>
      <w:r w:rsidR="005076BD" w:rsidRPr="005C7A43">
        <w:rPr>
          <w:sz w:val="24"/>
          <w:szCs w:val="24"/>
        </w:rPr>
        <w:t>período</w:t>
      </w:r>
      <w:proofErr w:type="spellEnd"/>
      <w:r w:rsidR="005076BD" w:rsidRPr="005C7A43">
        <w:rPr>
          <w:sz w:val="24"/>
          <w:szCs w:val="24"/>
        </w:rPr>
        <w:t xml:space="preserve"> do </w:t>
      </w:r>
      <w:r w:rsidR="00D62664">
        <w:rPr>
          <w:sz w:val="24"/>
          <w:szCs w:val="24"/>
        </w:rPr>
        <w:t>REE</w:t>
      </w:r>
      <w:r w:rsidR="005076BD" w:rsidRPr="005C7A43">
        <w:rPr>
          <w:sz w:val="24"/>
          <w:szCs w:val="24"/>
        </w:rPr>
        <w:t>.</w:t>
      </w:r>
    </w:p>
    <w:p w:rsidR="00310465" w:rsidRDefault="005076BD" w:rsidP="004B5BD4">
      <w:pPr>
        <w:spacing w:after="0" w:line="240" w:lineRule="auto"/>
        <w:jc w:val="both"/>
        <w:rPr>
          <w:sz w:val="24"/>
          <w:szCs w:val="24"/>
        </w:rPr>
      </w:pPr>
      <w:r w:rsidRPr="005C7A43">
        <w:rPr>
          <w:sz w:val="24"/>
          <w:szCs w:val="24"/>
        </w:rPr>
        <w:lastRenderedPageBreak/>
        <w:br/>
      </w:r>
      <w:r w:rsidRPr="005C7A43">
        <w:rPr>
          <w:sz w:val="24"/>
          <w:szCs w:val="24"/>
        </w:rPr>
        <w:br/>
      </w:r>
      <w:proofErr w:type="spellStart"/>
      <w:r w:rsidRPr="005C7A43">
        <w:rPr>
          <w:b/>
          <w:sz w:val="24"/>
          <w:szCs w:val="24"/>
        </w:rPr>
        <w:t>Importante</w:t>
      </w:r>
      <w:proofErr w:type="spellEnd"/>
      <w:proofErr w:type="gramStart"/>
      <w:r w:rsidRPr="005C7A43">
        <w:rPr>
          <w:b/>
          <w:sz w:val="24"/>
          <w:szCs w:val="24"/>
        </w:rPr>
        <w:t>:</w:t>
      </w:r>
      <w:proofErr w:type="gramEnd"/>
      <w:r w:rsidRPr="005C7A43">
        <w:rPr>
          <w:sz w:val="24"/>
          <w:szCs w:val="24"/>
        </w:rPr>
        <w:br/>
        <w:t xml:space="preserve">As </w:t>
      </w:r>
      <w:proofErr w:type="spellStart"/>
      <w:r w:rsidRPr="005C7A43">
        <w:rPr>
          <w:sz w:val="24"/>
          <w:szCs w:val="24"/>
        </w:rPr>
        <w:t>atividades</w:t>
      </w:r>
      <w:proofErr w:type="spellEnd"/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disponibilizadas</w:t>
      </w:r>
      <w:proofErr w:type="spellEnd"/>
      <w:r w:rsidRPr="005C7A43">
        <w:rPr>
          <w:sz w:val="24"/>
          <w:szCs w:val="24"/>
        </w:rPr>
        <w:t xml:space="preserve"> no AVA </w:t>
      </w:r>
      <w:proofErr w:type="spellStart"/>
      <w:r w:rsidRPr="005C7A43">
        <w:rPr>
          <w:sz w:val="24"/>
          <w:szCs w:val="24"/>
        </w:rPr>
        <w:t>não</w:t>
      </w:r>
      <w:proofErr w:type="spellEnd"/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substituem</w:t>
      </w:r>
      <w:proofErr w:type="spellEnd"/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automaticamente</w:t>
      </w:r>
      <w:proofErr w:type="spellEnd"/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avaliações</w:t>
      </w:r>
      <w:proofErr w:type="spellEnd"/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acadêmicas</w:t>
      </w:r>
      <w:proofErr w:type="spellEnd"/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p</w:t>
      </w:r>
      <w:r w:rsidR="006B093B">
        <w:rPr>
          <w:sz w:val="24"/>
          <w:szCs w:val="24"/>
        </w:rPr>
        <w:t>res</w:t>
      </w:r>
      <w:r w:rsidRPr="005C7A43">
        <w:rPr>
          <w:sz w:val="24"/>
          <w:szCs w:val="24"/>
        </w:rPr>
        <w:t>enciais</w:t>
      </w:r>
      <w:proofErr w:type="spellEnd"/>
      <w:r w:rsidRPr="005C7A43">
        <w:rPr>
          <w:sz w:val="24"/>
          <w:szCs w:val="24"/>
        </w:rPr>
        <w:t>.</w:t>
      </w:r>
    </w:p>
    <w:p w:rsidR="004231D9" w:rsidRPr="00310465" w:rsidRDefault="005076BD" w:rsidP="004B5BD4">
      <w:pPr>
        <w:pStyle w:val="Ttulo1"/>
        <w:numPr>
          <w:ilvl w:val="0"/>
          <w:numId w:val="18"/>
        </w:numPr>
        <w:rPr>
          <w:rFonts w:asciiTheme="minorHAnsi" w:hAnsiTheme="minorHAnsi"/>
          <w:color w:val="auto"/>
          <w:sz w:val="24"/>
          <w:szCs w:val="24"/>
        </w:rPr>
      </w:pPr>
      <w:bookmarkStart w:id="9" w:name="_Toc233826703"/>
      <w:r w:rsidRPr="00310465">
        <w:rPr>
          <w:rFonts w:asciiTheme="minorHAnsi" w:hAnsiTheme="minorHAnsi"/>
          <w:color w:val="auto"/>
          <w:sz w:val="24"/>
          <w:szCs w:val="24"/>
        </w:rPr>
        <w:t>FREQUÊNCIA ACADÊMICA</w:t>
      </w:r>
      <w:bookmarkEnd w:id="9"/>
    </w:p>
    <w:p w:rsidR="007E4EA2" w:rsidRPr="005C7A43" w:rsidRDefault="005076BD" w:rsidP="005C7A43">
      <w:pPr>
        <w:spacing w:after="0" w:line="240" w:lineRule="auto"/>
        <w:jc w:val="both"/>
        <w:rPr>
          <w:sz w:val="24"/>
          <w:szCs w:val="24"/>
        </w:rPr>
      </w:pPr>
      <w:r w:rsidRPr="005C7A43">
        <w:rPr>
          <w:sz w:val="24"/>
          <w:szCs w:val="24"/>
        </w:rPr>
        <w:t xml:space="preserve">O </w:t>
      </w:r>
      <w:proofErr w:type="spellStart"/>
      <w:r w:rsidRPr="005C7A43">
        <w:rPr>
          <w:sz w:val="24"/>
          <w:szCs w:val="24"/>
        </w:rPr>
        <w:t>cumprimento</w:t>
      </w:r>
      <w:proofErr w:type="spellEnd"/>
      <w:r w:rsidRPr="005C7A43">
        <w:rPr>
          <w:sz w:val="24"/>
          <w:szCs w:val="24"/>
        </w:rPr>
        <w:t xml:space="preserve"> das </w:t>
      </w:r>
      <w:proofErr w:type="spellStart"/>
      <w:r w:rsidRPr="005C7A43">
        <w:rPr>
          <w:sz w:val="24"/>
          <w:szCs w:val="24"/>
        </w:rPr>
        <w:t>atividades</w:t>
      </w:r>
      <w:proofErr w:type="spellEnd"/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acadêmicas</w:t>
      </w:r>
      <w:proofErr w:type="spellEnd"/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propostas</w:t>
      </w:r>
      <w:proofErr w:type="spellEnd"/>
      <w:r w:rsidRPr="005C7A43">
        <w:rPr>
          <w:sz w:val="24"/>
          <w:szCs w:val="24"/>
        </w:rPr>
        <w:t xml:space="preserve"> </w:t>
      </w:r>
      <w:proofErr w:type="spellStart"/>
      <w:proofErr w:type="gramStart"/>
      <w:r w:rsidRPr="005C7A43">
        <w:rPr>
          <w:sz w:val="24"/>
          <w:szCs w:val="24"/>
        </w:rPr>
        <w:t>durante</w:t>
      </w:r>
      <w:proofErr w:type="spellEnd"/>
      <w:proofErr w:type="gramEnd"/>
      <w:r w:rsidRPr="005C7A43">
        <w:rPr>
          <w:sz w:val="24"/>
          <w:szCs w:val="24"/>
        </w:rPr>
        <w:t xml:space="preserve"> o </w:t>
      </w:r>
      <w:proofErr w:type="spellStart"/>
      <w:r w:rsidRPr="005C7A43">
        <w:rPr>
          <w:sz w:val="24"/>
          <w:szCs w:val="24"/>
        </w:rPr>
        <w:t>período</w:t>
      </w:r>
      <w:proofErr w:type="spellEnd"/>
      <w:r w:rsidRPr="005C7A43">
        <w:rPr>
          <w:sz w:val="24"/>
          <w:szCs w:val="24"/>
        </w:rPr>
        <w:t xml:space="preserve"> do </w:t>
      </w:r>
      <w:r w:rsidR="00D62664">
        <w:rPr>
          <w:sz w:val="24"/>
          <w:szCs w:val="24"/>
        </w:rPr>
        <w:t>REE</w:t>
      </w:r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será</w:t>
      </w:r>
      <w:proofErr w:type="spellEnd"/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utilizado</w:t>
      </w:r>
      <w:proofErr w:type="spellEnd"/>
      <w:r w:rsidRPr="005C7A43">
        <w:rPr>
          <w:sz w:val="24"/>
          <w:szCs w:val="24"/>
        </w:rPr>
        <w:t xml:space="preserve"> para fins de </w:t>
      </w:r>
      <w:proofErr w:type="spellStart"/>
      <w:r w:rsidRPr="005C7A43">
        <w:rPr>
          <w:sz w:val="24"/>
          <w:szCs w:val="24"/>
        </w:rPr>
        <w:t>acompanhamento</w:t>
      </w:r>
      <w:proofErr w:type="spellEnd"/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pedagógico</w:t>
      </w:r>
      <w:proofErr w:type="spellEnd"/>
      <w:r w:rsidRPr="005C7A43">
        <w:rPr>
          <w:sz w:val="24"/>
          <w:szCs w:val="24"/>
        </w:rPr>
        <w:t xml:space="preserve"> e </w:t>
      </w:r>
      <w:proofErr w:type="spellStart"/>
      <w:r w:rsidRPr="005C7A43">
        <w:rPr>
          <w:sz w:val="24"/>
          <w:szCs w:val="24"/>
        </w:rPr>
        <w:t>apuração</w:t>
      </w:r>
      <w:proofErr w:type="spellEnd"/>
      <w:r w:rsidRPr="005C7A43">
        <w:rPr>
          <w:sz w:val="24"/>
          <w:szCs w:val="24"/>
        </w:rPr>
        <w:t xml:space="preserve"> de </w:t>
      </w:r>
      <w:proofErr w:type="spellStart"/>
      <w:r w:rsidRPr="005C7A43">
        <w:rPr>
          <w:sz w:val="24"/>
          <w:szCs w:val="24"/>
        </w:rPr>
        <w:t>frequência</w:t>
      </w:r>
      <w:proofErr w:type="spellEnd"/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nas</w:t>
      </w:r>
      <w:proofErr w:type="spellEnd"/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disciplinas</w:t>
      </w:r>
      <w:proofErr w:type="spellEnd"/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teóricas</w:t>
      </w:r>
      <w:proofErr w:type="spellEnd"/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contempladas</w:t>
      </w:r>
      <w:proofErr w:type="spellEnd"/>
      <w:r w:rsidRPr="005C7A43">
        <w:rPr>
          <w:sz w:val="24"/>
          <w:szCs w:val="24"/>
        </w:rPr>
        <w:t>.</w:t>
      </w:r>
    </w:p>
    <w:p w:rsidR="004231D9" w:rsidRDefault="005076BD" w:rsidP="005C7A43">
      <w:pPr>
        <w:spacing w:after="0" w:line="240" w:lineRule="auto"/>
        <w:jc w:val="both"/>
        <w:rPr>
          <w:sz w:val="24"/>
          <w:szCs w:val="24"/>
        </w:rPr>
      </w:pPr>
      <w:r w:rsidRPr="005C7A43">
        <w:rPr>
          <w:sz w:val="24"/>
          <w:szCs w:val="24"/>
        </w:rPr>
        <w:br/>
      </w:r>
      <w:r w:rsidRPr="005C7A43">
        <w:rPr>
          <w:sz w:val="24"/>
          <w:szCs w:val="24"/>
        </w:rPr>
        <w:br/>
        <w:t xml:space="preserve">O </w:t>
      </w:r>
      <w:proofErr w:type="spellStart"/>
      <w:r w:rsidRPr="005C7A43">
        <w:rPr>
          <w:sz w:val="24"/>
          <w:szCs w:val="24"/>
        </w:rPr>
        <w:t>estudante</w:t>
      </w:r>
      <w:proofErr w:type="spellEnd"/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deverá</w:t>
      </w:r>
      <w:proofErr w:type="spellEnd"/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realizar</w:t>
      </w:r>
      <w:proofErr w:type="spellEnd"/>
      <w:r w:rsidRPr="005C7A43">
        <w:rPr>
          <w:sz w:val="24"/>
          <w:szCs w:val="24"/>
        </w:rPr>
        <w:t xml:space="preserve"> as </w:t>
      </w:r>
      <w:proofErr w:type="spellStart"/>
      <w:r w:rsidRPr="005C7A43">
        <w:rPr>
          <w:sz w:val="24"/>
          <w:szCs w:val="24"/>
        </w:rPr>
        <w:t>atividades</w:t>
      </w:r>
      <w:proofErr w:type="spellEnd"/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dentro</w:t>
      </w:r>
      <w:proofErr w:type="spellEnd"/>
      <w:r w:rsidRPr="005C7A43">
        <w:rPr>
          <w:sz w:val="24"/>
          <w:szCs w:val="24"/>
        </w:rPr>
        <w:t xml:space="preserve"> dos </w:t>
      </w:r>
      <w:proofErr w:type="spellStart"/>
      <w:r w:rsidRPr="005C7A43">
        <w:rPr>
          <w:sz w:val="24"/>
          <w:szCs w:val="24"/>
        </w:rPr>
        <w:t>prazos</w:t>
      </w:r>
      <w:proofErr w:type="spellEnd"/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estabelecidos</w:t>
      </w:r>
      <w:proofErr w:type="spellEnd"/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pelos</w:t>
      </w:r>
      <w:proofErr w:type="spellEnd"/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docentes</w:t>
      </w:r>
      <w:proofErr w:type="spellEnd"/>
      <w:r w:rsidRPr="005C7A43">
        <w:rPr>
          <w:sz w:val="24"/>
          <w:szCs w:val="24"/>
        </w:rPr>
        <w:t xml:space="preserve"> e </w:t>
      </w:r>
      <w:proofErr w:type="spellStart"/>
      <w:r w:rsidRPr="005C7A43">
        <w:rPr>
          <w:sz w:val="24"/>
          <w:szCs w:val="24"/>
        </w:rPr>
        <w:t>acompanhar</w:t>
      </w:r>
      <w:proofErr w:type="spellEnd"/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regularmente</w:t>
      </w:r>
      <w:proofErr w:type="spellEnd"/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os</w:t>
      </w:r>
      <w:proofErr w:type="spellEnd"/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canais</w:t>
      </w:r>
      <w:proofErr w:type="spellEnd"/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institucionais</w:t>
      </w:r>
      <w:proofErr w:type="spellEnd"/>
      <w:r w:rsidRPr="005C7A43">
        <w:rPr>
          <w:sz w:val="24"/>
          <w:szCs w:val="24"/>
        </w:rPr>
        <w:t xml:space="preserve"> de </w:t>
      </w:r>
      <w:proofErr w:type="spellStart"/>
      <w:r w:rsidRPr="005C7A43">
        <w:rPr>
          <w:sz w:val="24"/>
          <w:szCs w:val="24"/>
        </w:rPr>
        <w:t>comunicação</w:t>
      </w:r>
      <w:proofErr w:type="spellEnd"/>
      <w:r w:rsidRPr="005C7A43">
        <w:rPr>
          <w:sz w:val="24"/>
          <w:szCs w:val="24"/>
        </w:rPr>
        <w:t>.</w:t>
      </w:r>
    </w:p>
    <w:p w:rsidR="004231D9" w:rsidRPr="00310465" w:rsidRDefault="005076BD" w:rsidP="004B5BD4">
      <w:pPr>
        <w:pStyle w:val="Ttulo1"/>
        <w:numPr>
          <w:ilvl w:val="0"/>
          <w:numId w:val="18"/>
        </w:numPr>
        <w:rPr>
          <w:rFonts w:asciiTheme="minorHAnsi" w:hAnsiTheme="minorHAnsi"/>
          <w:color w:val="auto"/>
          <w:sz w:val="24"/>
          <w:szCs w:val="24"/>
        </w:rPr>
      </w:pPr>
      <w:bookmarkStart w:id="10" w:name="_Toc233826704"/>
      <w:r w:rsidRPr="00310465">
        <w:rPr>
          <w:rFonts w:asciiTheme="minorHAnsi" w:hAnsiTheme="minorHAnsi"/>
          <w:color w:val="auto"/>
          <w:sz w:val="24"/>
          <w:szCs w:val="24"/>
        </w:rPr>
        <w:t>AVALIAÇÕES ACADÊMICAS E SEGUNDA CHAMADA</w:t>
      </w:r>
      <w:bookmarkEnd w:id="10"/>
    </w:p>
    <w:p w:rsidR="00121C4E" w:rsidRDefault="005076BD" w:rsidP="00121C4E">
      <w:pPr>
        <w:spacing w:after="0" w:line="240" w:lineRule="auto"/>
        <w:jc w:val="both"/>
        <w:rPr>
          <w:sz w:val="24"/>
          <w:szCs w:val="24"/>
        </w:rPr>
      </w:pPr>
      <w:r w:rsidRPr="005C7A43">
        <w:rPr>
          <w:sz w:val="24"/>
          <w:szCs w:val="24"/>
        </w:rPr>
        <w:t xml:space="preserve">As </w:t>
      </w:r>
      <w:proofErr w:type="spellStart"/>
      <w:r w:rsidRPr="005C7A43">
        <w:rPr>
          <w:sz w:val="24"/>
          <w:szCs w:val="24"/>
        </w:rPr>
        <w:t>avaliações</w:t>
      </w:r>
      <w:proofErr w:type="spellEnd"/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acadêmicas</w:t>
      </w:r>
      <w:proofErr w:type="spellEnd"/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relativas</w:t>
      </w:r>
      <w:proofErr w:type="spellEnd"/>
      <w:r w:rsidRPr="005C7A43">
        <w:rPr>
          <w:sz w:val="24"/>
          <w:szCs w:val="24"/>
        </w:rPr>
        <w:t xml:space="preserve"> </w:t>
      </w:r>
      <w:proofErr w:type="spellStart"/>
      <w:proofErr w:type="gramStart"/>
      <w:r w:rsidRPr="005C7A43">
        <w:rPr>
          <w:sz w:val="24"/>
          <w:szCs w:val="24"/>
        </w:rPr>
        <w:t>ao</w:t>
      </w:r>
      <w:proofErr w:type="spellEnd"/>
      <w:proofErr w:type="gramEnd"/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período</w:t>
      </w:r>
      <w:proofErr w:type="spellEnd"/>
      <w:r w:rsidRPr="005C7A43">
        <w:rPr>
          <w:sz w:val="24"/>
          <w:szCs w:val="24"/>
        </w:rPr>
        <w:t xml:space="preserve"> do </w:t>
      </w:r>
      <w:r w:rsidR="00D62664">
        <w:rPr>
          <w:sz w:val="24"/>
          <w:szCs w:val="24"/>
        </w:rPr>
        <w:t>REE</w:t>
      </w:r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serão</w:t>
      </w:r>
      <w:proofErr w:type="spellEnd"/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realizadas</w:t>
      </w:r>
      <w:proofErr w:type="spellEnd"/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exclusivamente</w:t>
      </w:r>
      <w:proofErr w:type="spellEnd"/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na</w:t>
      </w:r>
      <w:proofErr w:type="spellEnd"/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modalidade</w:t>
      </w:r>
      <w:proofErr w:type="spellEnd"/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p</w:t>
      </w:r>
      <w:r w:rsidR="00D62664">
        <w:rPr>
          <w:sz w:val="24"/>
          <w:szCs w:val="24"/>
        </w:rPr>
        <w:t>REE</w:t>
      </w:r>
      <w:r w:rsidRPr="005C7A43">
        <w:rPr>
          <w:sz w:val="24"/>
          <w:szCs w:val="24"/>
        </w:rPr>
        <w:t>encial</w:t>
      </w:r>
      <w:proofErr w:type="spellEnd"/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após</w:t>
      </w:r>
      <w:proofErr w:type="spellEnd"/>
      <w:r w:rsidRPr="005C7A43">
        <w:rPr>
          <w:sz w:val="24"/>
          <w:szCs w:val="24"/>
        </w:rPr>
        <w:t xml:space="preserve"> o </w:t>
      </w:r>
      <w:proofErr w:type="spellStart"/>
      <w:r w:rsidRPr="005C7A43">
        <w:rPr>
          <w:sz w:val="24"/>
          <w:szCs w:val="24"/>
        </w:rPr>
        <w:t>retorno</w:t>
      </w:r>
      <w:proofErr w:type="spellEnd"/>
      <w:r w:rsidRPr="005C7A43">
        <w:rPr>
          <w:sz w:val="24"/>
          <w:szCs w:val="24"/>
        </w:rPr>
        <w:t xml:space="preserve"> do </w:t>
      </w:r>
      <w:proofErr w:type="spellStart"/>
      <w:r w:rsidRPr="005C7A43">
        <w:rPr>
          <w:sz w:val="24"/>
          <w:szCs w:val="24"/>
        </w:rPr>
        <w:t>estudante</w:t>
      </w:r>
      <w:proofErr w:type="spellEnd"/>
      <w:r w:rsidRPr="005C7A43">
        <w:rPr>
          <w:sz w:val="24"/>
          <w:szCs w:val="24"/>
        </w:rPr>
        <w:t>.</w:t>
      </w:r>
      <w:r w:rsidR="00121C4E">
        <w:rPr>
          <w:sz w:val="24"/>
          <w:szCs w:val="24"/>
        </w:rPr>
        <w:t xml:space="preserve"> </w:t>
      </w:r>
      <w:r w:rsidRPr="005C7A43">
        <w:rPr>
          <w:sz w:val="24"/>
          <w:szCs w:val="24"/>
        </w:rPr>
        <w:t xml:space="preserve">Para </w:t>
      </w:r>
      <w:proofErr w:type="spellStart"/>
      <w:r w:rsidRPr="005C7A43">
        <w:rPr>
          <w:sz w:val="24"/>
          <w:szCs w:val="24"/>
        </w:rPr>
        <w:t>realização</w:t>
      </w:r>
      <w:proofErr w:type="spellEnd"/>
      <w:r w:rsidRPr="005C7A43">
        <w:rPr>
          <w:sz w:val="24"/>
          <w:szCs w:val="24"/>
        </w:rPr>
        <w:t xml:space="preserve"> das </w:t>
      </w:r>
      <w:proofErr w:type="spellStart"/>
      <w:r w:rsidRPr="005C7A43">
        <w:rPr>
          <w:sz w:val="24"/>
          <w:szCs w:val="24"/>
        </w:rPr>
        <w:t>avaliações</w:t>
      </w:r>
      <w:proofErr w:type="spellEnd"/>
      <w:r w:rsidRPr="005C7A43">
        <w:rPr>
          <w:sz w:val="24"/>
          <w:szCs w:val="24"/>
        </w:rPr>
        <w:t xml:space="preserve">, o </w:t>
      </w:r>
      <w:proofErr w:type="spellStart"/>
      <w:r w:rsidRPr="005C7A43">
        <w:rPr>
          <w:sz w:val="24"/>
          <w:szCs w:val="24"/>
        </w:rPr>
        <w:t>estudante</w:t>
      </w:r>
      <w:proofErr w:type="spellEnd"/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deverá</w:t>
      </w:r>
      <w:proofErr w:type="spellEnd"/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observar</w:t>
      </w:r>
      <w:proofErr w:type="spellEnd"/>
      <w:r w:rsidRPr="005C7A43">
        <w:rPr>
          <w:sz w:val="24"/>
          <w:szCs w:val="24"/>
        </w:rPr>
        <w:t>:</w:t>
      </w:r>
    </w:p>
    <w:p w:rsidR="007E4EA2" w:rsidRPr="00121C4E" w:rsidRDefault="005076BD" w:rsidP="00121C4E">
      <w:pPr>
        <w:spacing w:after="0" w:line="240" w:lineRule="auto"/>
        <w:ind w:left="709" w:hanging="709"/>
        <w:rPr>
          <w:sz w:val="24"/>
          <w:szCs w:val="24"/>
        </w:rPr>
      </w:pPr>
      <w:r w:rsidRPr="005C7A43">
        <w:rPr>
          <w:sz w:val="24"/>
          <w:szCs w:val="24"/>
        </w:rPr>
        <w:br/>
        <w:t xml:space="preserve">• </w:t>
      </w:r>
      <w:proofErr w:type="gramStart"/>
      <w:r w:rsidRPr="005C7A43">
        <w:rPr>
          <w:sz w:val="24"/>
          <w:szCs w:val="24"/>
        </w:rPr>
        <w:t>as</w:t>
      </w:r>
      <w:proofErr w:type="gramEnd"/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orientações</w:t>
      </w:r>
      <w:proofErr w:type="spellEnd"/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institucionais</w:t>
      </w:r>
      <w:proofErr w:type="spellEnd"/>
      <w:r w:rsidRPr="005C7A43">
        <w:rPr>
          <w:sz w:val="24"/>
          <w:szCs w:val="24"/>
        </w:rPr>
        <w:t>;</w:t>
      </w:r>
      <w:r w:rsidRPr="005C7A43">
        <w:rPr>
          <w:sz w:val="24"/>
          <w:szCs w:val="24"/>
        </w:rPr>
        <w:br/>
        <w:t xml:space="preserve">• </w:t>
      </w:r>
      <w:proofErr w:type="spellStart"/>
      <w:r w:rsidRPr="005C7A43">
        <w:rPr>
          <w:sz w:val="24"/>
          <w:szCs w:val="24"/>
        </w:rPr>
        <w:t>os</w:t>
      </w:r>
      <w:proofErr w:type="spellEnd"/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procedimentos</w:t>
      </w:r>
      <w:proofErr w:type="spellEnd"/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acadêmicos</w:t>
      </w:r>
      <w:proofErr w:type="spellEnd"/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vigentes</w:t>
      </w:r>
      <w:proofErr w:type="spellEnd"/>
      <w:r w:rsidRPr="005C7A43">
        <w:rPr>
          <w:sz w:val="24"/>
          <w:szCs w:val="24"/>
        </w:rPr>
        <w:t>;</w:t>
      </w:r>
      <w:r w:rsidRPr="005C7A43">
        <w:rPr>
          <w:sz w:val="24"/>
          <w:szCs w:val="24"/>
        </w:rPr>
        <w:br/>
        <w:t xml:space="preserve">• </w:t>
      </w:r>
      <w:proofErr w:type="spellStart"/>
      <w:r w:rsidRPr="005C7A43">
        <w:rPr>
          <w:sz w:val="24"/>
          <w:szCs w:val="24"/>
        </w:rPr>
        <w:t>os</w:t>
      </w:r>
      <w:proofErr w:type="spellEnd"/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prazos</w:t>
      </w:r>
      <w:proofErr w:type="spellEnd"/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estabelecidos</w:t>
      </w:r>
      <w:proofErr w:type="spellEnd"/>
      <w:r w:rsidRPr="005C7A43">
        <w:rPr>
          <w:sz w:val="24"/>
          <w:szCs w:val="24"/>
        </w:rPr>
        <w:t xml:space="preserve"> pela </w:t>
      </w:r>
      <w:proofErr w:type="spellStart"/>
      <w:r w:rsidRPr="005C7A43">
        <w:rPr>
          <w:sz w:val="24"/>
          <w:szCs w:val="24"/>
        </w:rPr>
        <w:t>instituição</w:t>
      </w:r>
      <w:proofErr w:type="spellEnd"/>
      <w:r w:rsidRPr="005C7A43">
        <w:rPr>
          <w:sz w:val="24"/>
          <w:szCs w:val="24"/>
        </w:rPr>
        <w:t>.</w:t>
      </w:r>
      <w:r w:rsidRPr="005C7A43">
        <w:rPr>
          <w:sz w:val="24"/>
          <w:szCs w:val="24"/>
        </w:rPr>
        <w:br/>
      </w:r>
    </w:p>
    <w:p w:rsidR="004231D9" w:rsidRDefault="005076BD" w:rsidP="005C7A43">
      <w:pPr>
        <w:spacing w:after="0" w:line="240" w:lineRule="auto"/>
        <w:jc w:val="both"/>
        <w:rPr>
          <w:sz w:val="24"/>
          <w:szCs w:val="24"/>
        </w:rPr>
      </w:pPr>
      <w:r w:rsidRPr="005C7A43">
        <w:rPr>
          <w:b/>
          <w:sz w:val="24"/>
          <w:szCs w:val="24"/>
        </w:rPr>
        <w:br/>
      </w:r>
      <w:proofErr w:type="spellStart"/>
      <w:r w:rsidRPr="005C7A43">
        <w:rPr>
          <w:b/>
          <w:sz w:val="24"/>
          <w:szCs w:val="24"/>
        </w:rPr>
        <w:t>Importante</w:t>
      </w:r>
      <w:proofErr w:type="spellEnd"/>
      <w:proofErr w:type="gramStart"/>
      <w:r w:rsidRPr="005C7A43">
        <w:rPr>
          <w:b/>
          <w:sz w:val="24"/>
          <w:szCs w:val="24"/>
        </w:rPr>
        <w:t>:</w:t>
      </w:r>
      <w:proofErr w:type="gramEnd"/>
      <w:r w:rsidRPr="005C7A43">
        <w:rPr>
          <w:sz w:val="24"/>
          <w:szCs w:val="24"/>
        </w:rPr>
        <w:br/>
        <w:t xml:space="preserve">O </w:t>
      </w:r>
      <w:proofErr w:type="spellStart"/>
      <w:r w:rsidRPr="005C7A43">
        <w:rPr>
          <w:sz w:val="24"/>
          <w:szCs w:val="24"/>
        </w:rPr>
        <w:t>estudante</w:t>
      </w:r>
      <w:proofErr w:type="spellEnd"/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deverá</w:t>
      </w:r>
      <w:proofErr w:type="spellEnd"/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realizar</w:t>
      </w:r>
      <w:proofErr w:type="spellEnd"/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requerimento</w:t>
      </w:r>
      <w:proofErr w:type="spellEnd"/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específico</w:t>
      </w:r>
      <w:proofErr w:type="spellEnd"/>
      <w:r w:rsidRPr="005C7A43">
        <w:rPr>
          <w:sz w:val="24"/>
          <w:szCs w:val="24"/>
        </w:rPr>
        <w:t xml:space="preserve"> de </w:t>
      </w:r>
      <w:proofErr w:type="spellStart"/>
      <w:r w:rsidRPr="005C7A43">
        <w:rPr>
          <w:sz w:val="24"/>
          <w:szCs w:val="24"/>
        </w:rPr>
        <w:t>segunda</w:t>
      </w:r>
      <w:proofErr w:type="spellEnd"/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chamada</w:t>
      </w:r>
      <w:proofErr w:type="spellEnd"/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na</w:t>
      </w:r>
      <w:proofErr w:type="spellEnd"/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modalidade</w:t>
      </w:r>
      <w:proofErr w:type="spellEnd"/>
      <w:r w:rsidRPr="005C7A43">
        <w:rPr>
          <w:sz w:val="24"/>
          <w:szCs w:val="24"/>
        </w:rPr>
        <w:t xml:space="preserve"> “</w:t>
      </w:r>
      <w:proofErr w:type="spellStart"/>
      <w:r w:rsidRPr="005C7A43">
        <w:rPr>
          <w:sz w:val="24"/>
          <w:szCs w:val="24"/>
        </w:rPr>
        <w:t>segunda</w:t>
      </w:r>
      <w:proofErr w:type="spellEnd"/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chamada</w:t>
      </w:r>
      <w:proofErr w:type="spellEnd"/>
      <w:r w:rsidRPr="005C7A43">
        <w:rPr>
          <w:sz w:val="24"/>
          <w:szCs w:val="24"/>
        </w:rPr>
        <w:t xml:space="preserve"> – regime especial de </w:t>
      </w:r>
      <w:proofErr w:type="spellStart"/>
      <w:r w:rsidRPr="005C7A43">
        <w:rPr>
          <w:sz w:val="24"/>
          <w:szCs w:val="24"/>
        </w:rPr>
        <w:t>estudos</w:t>
      </w:r>
      <w:proofErr w:type="spellEnd"/>
      <w:r w:rsidRPr="005C7A43">
        <w:rPr>
          <w:sz w:val="24"/>
          <w:szCs w:val="24"/>
        </w:rPr>
        <w:t xml:space="preserve">”, </w:t>
      </w:r>
      <w:proofErr w:type="spellStart"/>
      <w:r w:rsidRPr="005C7A43">
        <w:rPr>
          <w:sz w:val="24"/>
          <w:szCs w:val="24"/>
        </w:rPr>
        <w:t>conforme</w:t>
      </w:r>
      <w:proofErr w:type="spellEnd"/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orientações</w:t>
      </w:r>
      <w:proofErr w:type="spellEnd"/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institucionais</w:t>
      </w:r>
      <w:proofErr w:type="spellEnd"/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vigentes</w:t>
      </w:r>
      <w:proofErr w:type="spellEnd"/>
      <w:r w:rsidRPr="005C7A43">
        <w:rPr>
          <w:sz w:val="24"/>
          <w:szCs w:val="24"/>
        </w:rPr>
        <w:t>.</w:t>
      </w:r>
    </w:p>
    <w:p w:rsidR="005C7A43" w:rsidRPr="005C7A43" w:rsidRDefault="005C7A43" w:rsidP="005C7A43">
      <w:pPr>
        <w:spacing w:after="0" w:line="240" w:lineRule="auto"/>
        <w:jc w:val="both"/>
        <w:rPr>
          <w:sz w:val="24"/>
          <w:szCs w:val="24"/>
        </w:rPr>
      </w:pPr>
    </w:p>
    <w:p w:rsidR="004231D9" w:rsidRPr="00310465" w:rsidRDefault="005076BD" w:rsidP="004B5BD4">
      <w:pPr>
        <w:pStyle w:val="Ttulo1"/>
        <w:numPr>
          <w:ilvl w:val="0"/>
          <w:numId w:val="18"/>
        </w:numPr>
        <w:rPr>
          <w:rFonts w:asciiTheme="minorHAnsi" w:hAnsiTheme="minorHAnsi"/>
          <w:color w:val="auto"/>
          <w:sz w:val="24"/>
          <w:szCs w:val="24"/>
        </w:rPr>
      </w:pPr>
      <w:bookmarkStart w:id="11" w:name="_Toc233826705"/>
      <w:r w:rsidRPr="00310465">
        <w:rPr>
          <w:rFonts w:asciiTheme="minorHAnsi" w:hAnsiTheme="minorHAnsi"/>
          <w:color w:val="auto"/>
          <w:sz w:val="24"/>
          <w:szCs w:val="24"/>
        </w:rPr>
        <w:t>REPOSIÇÃO DE PRÁTICAS, ESTÁGIOS E EXTENSÃO</w:t>
      </w:r>
      <w:bookmarkEnd w:id="11"/>
    </w:p>
    <w:p w:rsidR="00457E2D" w:rsidRPr="005C7A43" w:rsidRDefault="00457E2D" w:rsidP="00457E2D">
      <w:pPr>
        <w:pStyle w:val="PargrafodaLista"/>
        <w:spacing w:after="0" w:line="240" w:lineRule="auto"/>
        <w:ind w:left="360"/>
        <w:rPr>
          <w:sz w:val="24"/>
          <w:szCs w:val="24"/>
        </w:rPr>
      </w:pPr>
    </w:p>
    <w:p w:rsidR="007E4EA2" w:rsidRPr="005C7A43" w:rsidRDefault="005076BD" w:rsidP="005C7A43">
      <w:pPr>
        <w:spacing w:after="0" w:line="240" w:lineRule="auto"/>
        <w:jc w:val="both"/>
        <w:rPr>
          <w:sz w:val="24"/>
          <w:szCs w:val="24"/>
        </w:rPr>
      </w:pPr>
      <w:r w:rsidRPr="005C7A43">
        <w:rPr>
          <w:sz w:val="24"/>
          <w:szCs w:val="24"/>
        </w:rPr>
        <w:t xml:space="preserve">As </w:t>
      </w:r>
      <w:proofErr w:type="spellStart"/>
      <w:r w:rsidRPr="005C7A43">
        <w:rPr>
          <w:sz w:val="24"/>
          <w:szCs w:val="24"/>
        </w:rPr>
        <w:t>atividades</w:t>
      </w:r>
      <w:proofErr w:type="spellEnd"/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práticas</w:t>
      </w:r>
      <w:proofErr w:type="spellEnd"/>
      <w:r w:rsidRPr="005C7A43">
        <w:rPr>
          <w:sz w:val="24"/>
          <w:szCs w:val="24"/>
        </w:rPr>
        <w:t xml:space="preserve">, </w:t>
      </w:r>
      <w:proofErr w:type="spellStart"/>
      <w:r w:rsidRPr="005C7A43">
        <w:rPr>
          <w:sz w:val="24"/>
          <w:szCs w:val="24"/>
        </w:rPr>
        <w:t>estágios</w:t>
      </w:r>
      <w:proofErr w:type="spellEnd"/>
      <w:r w:rsidRPr="005C7A43">
        <w:rPr>
          <w:sz w:val="24"/>
          <w:szCs w:val="24"/>
        </w:rPr>
        <w:t xml:space="preserve">, </w:t>
      </w:r>
      <w:proofErr w:type="spellStart"/>
      <w:r w:rsidRPr="005C7A43">
        <w:rPr>
          <w:sz w:val="24"/>
          <w:szCs w:val="24"/>
        </w:rPr>
        <w:t>internatos</w:t>
      </w:r>
      <w:proofErr w:type="spellEnd"/>
      <w:r w:rsidRPr="005C7A43">
        <w:rPr>
          <w:sz w:val="24"/>
          <w:szCs w:val="24"/>
        </w:rPr>
        <w:t xml:space="preserve"> e </w:t>
      </w:r>
      <w:proofErr w:type="spellStart"/>
      <w:r w:rsidRPr="005C7A43">
        <w:rPr>
          <w:sz w:val="24"/>
          <w:szCs w:val="24"/>
        </w:rPr>
        <w:t>atividades</w:t>
      </w:r>
      <w:proofErr w:type="spellEnd"/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extensionistas</w:t>
      </w:r>
      <w:proofErr w:type="spellEnd"/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deverão</w:t>
      </w:r>
      <w:proofErr w:type="spellEnd"/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ser</w:t>
      </w:r>
      <w:proofErr w:type="spellEnd"/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realizadas</w:t>
      </w:r>
      <w:proofErr w:type="spellEnd"/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posteriormente</w:t>
      </w:r>
      <w:proofErr w:type="spellEnd"/>
      <w:r w:rsidRPr="005C7A43">
        <w:rPr>
          <w:sz w:val="24"/>
          <w:szCs w:val="24"/>
        </w:rPr>
        <w:t xml:space="preserve">, </w:t>
      </w:r>
      <w:proofErr w:type="spellStart"/>
      <w:r w:rsidRPr="005C7A43">
        <w:rPr>
          <w:sz w:val="24"/>
          <w:szCs w:val="24"/>
        </w:rPr>
        <w:t>conforme</w:t>
      </w:r>
      <w:proofErr w:type="spellEnd"/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planejamento</w:t>
      </w:r>
      <w:proofErr w:type="spellEnd"/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acadêmico</w:t>
      </w:r>
      <w:proofErr w:type="spellEnd"/>
      <w:r w:rsidRPr="005C7A43">
        <w:rPr>
          <w:sz w:val="24"/>
          <w:szCs w:val="24"/>
        </w:rPr>
        <w:t xml:space="preserve"> do </w:t>
      </w:r>
      <w:proofErr w:type="spellStart"/>
      <w:r w:rsidRPr="005C7A43">
        <w:rPr>
          <w:sz w:val="24"/>
          <w:szCs w:val="24"/>
        </w:rPr>
        <w:t>curso</w:t>
      </w:r>
      <w:proofErr w:type="spellEnd"/>
      <w:r w:rsidRPr="005C7A43">
        <w:rPr>
          <w:sz w:val="24"/>
          <w:szCs w:val="24"/>
        </w:rPr>
        <w:t xml:space="preserve"> e </w:t>
      </w:r>
      <w:proofErr w:type="spellStart"/>
      <w:r w:rsidRPr="005C7A43">
        <w:rPr>
          <w:sz w:val="24"/>
          <w:szCs w:val="24"/>
        </w:rPr>
        <w:t>disponibilidade</w:t>
      </w:r>
      <w:proofErr w:type="spellEnd"/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institucional</w:t>
      </w:r>
      <w:proofErr w:type="spellEnd"/>
      <w:r w:rsidRPr="005C7A43">
        <w:rPr>
          <w:sz w:val="24"/>
          <w:szCs w:val="24"/>
        </w:rPr>
        <w:t>.</w:t>
      </w:r>
    </w:p>
    <w:p w:rsidR="007E4EA2" w:rsidRPr="005C7A43" w:rsidRDefault="007E4EA2" w:rsidP="00337818">
      <w:pPr>
        <w:spacing w:after="0" w:line="240" w:lineRule="auto"/>
        <w:rPr>
          <w:sz w:val="24"/>
          <w:szCs w:val="24"/>
        </w:rPr>
      </w:pPr>
      <w:r w:rsidRPr="005C7A43">
        <w:rPr>
          <w:sz w:val="24"/>
          <w:szCs w:val="24"/>
        </w:rPr>
        <w:br/>
      </w:r>
      <w:proofErr w:type="spellStart"/>
      <w:r w:rsidR="005076BD" w:rsidRPr="005C7A43">
        <w:rPr>
          <w:sz w:val="24"/>
          <w:szCs w:val="24"/>
        </w:rPr>
        <w:t>Preferencialmente</w:t>
      </w:r>
      <w:proofErr w:type="spellEnd"/>
      <w:r w:rsidR="005076BD" w:rsidRPr="005C7A43">
        <w:rPr>
          <w:sz w:val="24"/>
          <w:szCs w:val="24"/>
        </w:rPr>
        <w:t xml:space="preserve">, a </w:t>
      </w:r>
      <w:proofErr w:type="spellStart"/>
      <w:r w:rsidR="005076BD" w:rsidRPr="005C7A43">
        <w:rPr>
          <w:sz w:val="24"/>
          <w:szCs w:val="24"/>
        </w:rPr>
        <w:t>reposição</w:t>
      </w:r>
      <w:proofErr w:type="spellEnd"/>
      <w:r w:rsidR="005076BD" w:rsidRPr="005C7A43">
        <w:rPr>
          <w:sz w:val="24"/>
          <w:szCs w:val="24"/>
        </w:rPr>
        <w:t xml:space="preserve"> </w:t>
      </w:r>
      <w:proofErr w:type="spellStart"/>
      <w:r w:rsidR="005076BD" w:rsidRPr="005C7A43">
        <w:rPr>
          <w:sz w:val="24"/>
          <w:szCs w:val="24"/>
        </w:rPr>
        <w:t>ocorrerá</w:t>
      </w:r>
      <w:proofErr w:type="spellEnd"/>
      <w:r w:rsidR="005076BD" w:rsidRPr="005C7A43">
        <w:rPr>
          <w:sz w:val="24"/>
          <w:szCs w:val="24"/>
        </w:rPr>
        <w:t xml:space="preserve"> </w:t>
      </w:r>
      <w:proofErr w:type="spellStart"/>
      <w:r w:rsidR="005076BD" w:rsidRPr="005C7A43">
        <w:rPr>
          <w:sz w:val="24"/>
          <w:szCs w:val="24"/>
        </w:rPr>
        <w:t>em</w:t>
      </w:r>
      <w:proofErr w:type="spellEnd"/>
      <w:r w:rsidR="005076BD" w:rsidRPr="005C7A43">
        <w:rPr>
          <w:sz w:val="24"/>
          <w:szCs w:val="24"/>
        </w:rPr>
        <w:t xml:space="preserve"> outros </w:t>
      </w:r>
      <w:proofErr w:type="spellStart"/>
      <w:r w:rsidR="005076BD" w:rsidRPr="005C7A43">
        <w:rPr>
          <w:sz w:val="24"/>
          <w:szCs w:val="24"/>
        </w:rPr>
        <w:t>grupos</w:t>
      </w:r>
      <w:proofErr w:type="spellEnd"/>
      <w:r w:rsidR="005076BD" w:rsidRPr="005C7A43">
        <w:rPr>
          <w:sz w:val="24"/>
          <w:szCs w:val="24"/>
        </w:rPr>
        <w:t xml:space="preserve"> </w:t>
      </w:r>
      <w:proofErr w:type="spellStart"/>
      <w:r w:rsidR="005076BD" w:rsidRPr="005C7A43">
        <w:rPr>
          <w:sz w:val="24"/>
          <w:szCs w:val="24"/>
        </w:rPr>
        <w:t>acadêmicos</w:t>
      </w:r>
      <w:proofErr w:type="spellEnd"/>
      <w:r w:rsidR="005076BD" w:rsidRPr="005C7A43">
        <w:rPr>
          <w:sz w:val="24"/>
          <w:szCs w:val="24"/>
        </w:rPr>
        <w:t xml:space="preserve">, </w:t>
      </w:r>
      <w:proofErr w:type="spellStart"/>
      <w:r w:rsidR="005076BD" w:rsidRPr="005C7A43">
        <w:rPr>
          <w:sz w:val="24"/>
          <w:szCs w:val="24"/>
        </w:rPr>
        <w:t>desde</w:t>
      </w:r>
      <w:proofErr w:type="spellEnd"/>
      <w:r w:rsidR="005076BD" w:rsidRPr="005C7A43">
        <w:rPr>
          <w:sz w:val="24"/>
          <w:szCs w:val="24"/>
        </w:rPr>
        <w:t xml:space="preserve"> que </w:t>
      </w:r>
      <w:proofErr w:type="spellStart"/>
      <w:r w:rsidR="005076BD" w:rsidRPr="005C7A43">
        <w:rPr>
          <w:sz w:val="24"/>
          <w:szCs w:val="24"/>
        </w:rPr>
        <w:t>não</w:t>
      </w:r>
      <w:proofErr w:type="spellEnd"/>
      <w:r w:rsidR="005076BD" w:rsidRPr="005C7A43">
        <w:rPr>
          <w:sz w:val="24"/>
          <w:szCs w:val="24"/>
        </w:rPr>
        <w:t xml:space="preserve"> </w:t>
      </w:r>
      <w:proofErr w:type="spellStart"/>
      <w:r w:rsidR="005076BD" w:rsidRPr="005C7A43">
        <w:rPr>
          <w:sz w:val="24"/>
          <w:szCs w:val="24"/>
        </w:rPr>
        <w:t>haja</w:t>
      </w:r>
      <w:proofErr w:type="spellEnd"/>
      <w:r w:rsidR="005076BD" w:rsidRPr="005C7A43">
        <w:rPr>
          <w:sz w:val="24"/>
          <w:szCs w:val="24"/>
        </w:rPr>
        <w:t xml:space="preserve"> </w:t>
      </w:r>
      <w:proofErr w:type="spellStart"/>
      <w:r w:rsidR="005076BD" w:rsidRPr="005C7A43">
        <w:rPr>
          <w:sz w:val="24"/>
          <w:szCs w:val="24"/>
        </w:rPr>
        <w:t>incompatibilidade</w:t>
      </w:r>
      <w:proofErr w:type="spellEnd"/>
      <w:r w:rsidR="005076BD" w:rsidRPr="005C7A43">
        <w:rPr>
          <w:sz w:val="24"/>
          <w:szCs w:val="24"/>
        </w:rPr>
        <w:t xml:space="preserve"> de </w:t>
      </w:r>
      <w:proofErr w:type="spellStart"/>
      <w:r w:rsidR="005076BD" w:rsidRPr="005C7A43">
        <w:rPr>
          <w:sz w:val="24"/>
          <w:szCs w:val="24"/>
        </w:rPr>
        <w:t>horários</w:t>
      </w:r>
      <w:proofErr w:type="spellEnd"/>
      <w:r w:rsidR="005076BD" w:rsidRPr="005C7A43">
        <w:rPr>
          <w:sz w:val="24"/>
          <w:szCs w:val="24"/>
        </w:rPr>
        <w:t xml:space="preserve"> </w:t>
      </w:r>
      <w:proofErr w:type="spellStart"/>
      <w:r w:rsidR="005076BD" w:rsidRPr="005C7A43">
        <w:rPr>
          <w:sz w:val="24"/>
          <w:szCs w:val="24"/>
        </w:rPr>
        <w:t>ou</w:t>
      </w:r>
      <w:proofErr w:type="spellEnd"/>
      <w:r w:rsidR="005076BD" w:rsidRPr="005C7A43">
        <w:rPr>
          <w:sz w:val="24"/>
          <w:szCs w:val="24"/>
        </w:rPr>
        <w:t xml:space="preserve"> </w:t>
      </w:r>
      <w:proofErr w:type="spellStart"/>
      <w:r w:rsidR="005076BD" w:rsidRPr="005C7A43">
        <w:rPr>
          <w:sz w:val="24"/>
          <w:szCs w:val="24"/>
        </w:rPr>
        <w:t>indisponibilidade</w:t>
      </w:r>
      <w:proofErr w:type="spellEnd"/>
      <w:r w:rsidR="005076BD" w:rsidRPr="005C7A43">
        <w:rPr>
          <w:sz w:val="24"/>
          <w:szCs w:val="24"/>
        </w:rPr>
        <w:t xml:space="preserve"> de </w:t>
      </w:r>
      <w:proofErr w:type="spellStart"/>
      <w:r w:rsidR="005076BD" w:rsidRPr="005C7A43">
        <w:rPr>
          <w:sz w:val="24"/>
          <w:szCs w:val="24"/>
        </w:rPr>
        <w:t>vagas</w:t>
      </w:r>
      <w:proofErr w:type="spellEnd"/>
      <w:r w:rsidR="005076BD" w:rsidRPr="005C7A43">
        <w:rPr>
          <w:sz w:val="24"/>
          <w:szCs w:val="24"/>
        </w:rPr>
        <w:t>.</w:t>
      </w:r>
      <w:r w:rsidR="005076BD" w:rsidRPr="005C7A43">
        <w:rPr>
          <w:sz w:val="24"/>
          <w:szCs w:val="24"/>
        </w:rPr>
        <w:br/>
      </w:r>
      <w:r w:rsidR="005076BD" w:rsidRPr="005C7A43">
        <w:rPr>
          <w:sz w:val="24"/>
          <w:szCs w:val="24"/>
        </w:rPr>
        <w:br/>
        <w:t xml:space="preserve">Nos </w:t>
      </w:r>
      <w:proofErr w:type="spellStart"/>
      <w:r w:rsidR="005076BD" w:rsidRPr="005C7A43">
        <w:rPr>
          <w:sz w:val="24"/>
          <w:szCs w:val="24"/>
        </w:rPr>
        <w:t>casos</w:t>
      </w:r>
      <w:proofErr w:type="spellEnd"/>
      <w:r w:rsidR="005076BD" w:rsidRPr="005C7A43">
        <w:rPr>
          <w:sz w:val="24"/>
          <w:szCs w:val="24"/>
        </w:rPr>
        <w:t xml:space="preserve"> </w:t>
      </w:r>
      <w:proofErr w:type="spellStart"/>
      <w:r w:rsidR="005076BD" w:rsidRPr="005C7A43">
        <w:rPr>
          <w:sz w:val="24"/>
          <w:szCs w:val="24"/>
        </w:rPr>
        <w:t>em</w:t>
      </w:r>
      <w:proofErr w:type="spellEnd"/>
      <w:r w:rsidR="005076BD" w:rsidRPr="005C7A43">
        <w:rPr>
          <w:sz w:val="24"/>
          <w:szCs w:val="24"/>
        </w:rPr>
        <w:t xml:space="preserve"> que </w:t>
      </w:r>
      <w:proofErr w:type="spellStart"/>
      <w:r w:rsidR="005076BD" w:rsidRPr="005C7A43">
        <w:rPr>
          <w:sz w:val="24"/>
          <w:szCs w:val="24"/>
        </w:rPr>
        <w:t>não</w:t>
      </w:r>
      <w:proofErr w:type="spellEnd"/>
      <w:r w:rsidR="005076BD" w:rsidRPr="005C7A43">
        <w:rPr>
          <w:sz w:val="24"/>
          <w:szCs w:val="24"/>
        </w:rPr>
        <w:t xml:space="preserve"> </w:t>
      </w:r>
      <w:proofErr w:type="spellStart"/>
      <w:r w:rsidR="005076BD" w:rsidRPr="005C7A43">
        <w:rPr>
          <w:sz w:val="24"/>
          <w:szCs w:val="24"/>
        </w:rPr>
        <w:t>houver</w:t>
      </w:r>
      <w:proofErr w:type="spellEnd"/>
      <w:r w:rsidR="005076BD" w:rsidRPr="005C7A43">
        <w:rPr>
          <w:sz w:val="24"/>
          <w:szCs w:val="24"/>
        </w:rPr>
        <w:t xml:space="preserve"> tempo </w:t>
      </w:r>
      <w:proofErr w:type="spellStart"/>
      <w:r w:rsidR="005076BD" w:rsidRPr="005C7A43">
        <w:rPr>
          <w:sz w:val="24"/>
          <w:szCs w:val="24"/>
        </w:rPr>
        <w:t>hábil</w:t>
      </w:r>
      <w:proofErr w:type="spellEnd"/>
      <w:r w:rsidR="005076BD" w:rsidRPr="005C7A43">
        <w:rPr>
          <w:sz w:val="24"/>
          <w:szCs w:val="24"/>
        </w:rPr>
        <w:t xml:space="preserve"> para </w:t>
      </w:r>
      <w:proofErr w:type="spellStart"/>
      <w:r w:rsidR="005076BD" w:rsidRPr="005C7A43">
        <w:rPr>
          <w:sz w:val="24"/>
          <w:szCs w:val="24"/>
        </w:rPr>
        <w:t>conclusão</w:t>
      </w:r>
      <w:proofErr w:type="spellEnd"/>
      <w:r w:rsidR="005076BD" w:rsidRPr="005C7A43">
        <w:rPr>
          <w:sz w:val="24"/>
          <w:szCs w:val="24"/>
        </w:rPr>
        <w:t xml:space="preserve"> das </w:t>
      </w:r>
      <w:proofErr w:type="spellStart"/>
      <w:r w:rsidR="005076BD" w:rsidRPr="005C7A43">
        <w:rPr>
          <w:sz w:val="24"/>
          <w:szCs w:val="24"/>
        </w:rPr>
        <w:t>reposições</w:t>
      </w:r>
      <w:proofErr w:type="spellEnd"/>
      <w:r w:rsidR="005076BD" w:rsidRPr="005C7A43">
        <w:rPr>
          <w:sz w:val="24"/>
          <w:szCs w:val="24"/>
        </w:rPr>
        <w:t xml:space="preserve"> </w:t>
      </w:r>
      <w:proofErr w:type="spellStart"/>
      <w:r w:rsidR="005076BD" w:rsidRPr="005C7A43">
        <w:rPr>
          <w:sz w:val="24"/>
          <w:szCs w:val="24"/>
        </w:rPr>
        <w:t>dent</w:t>
      </w:r>
      <w:r w:rsidR="008C7222">
        <w:rPr>
          <w:sz w:val="24"/>
          <w:szCs w:val="24"/>
        </w:rPr>
        <w:t>ro</w:t>
      </w:r>
      <w:proofErr w:type="spellEnd"/>
      <w:r w:rsidR="008C7222">
        <w:rPr>
          <w:sz w:val="24"/>
          <w:szCs w:val="24"/>
        </w:rPr>
        <w:t xml:space="preserve"> do </w:t>
      </w:r>
      <w:proofErr w:type="spellStart"/>
      <w:r w:rsidR="008C7222">
        <w:rPr>
          <w:sz w:val="24"/>
          <w:szCs w:val="24"/>
        </w:rPr>
        <w:t>semestre</w:t>
      </w:r>
      <w:proofErr w:type="spellEnd"/>
      <w:r w:rsidR="008C7222">
        <w:rPr>
          <w:sz w:val="24"/>
          <w:szCs w:val="24"/>
        </w:rPr>
        <w:t xml:space="preserve"> </w:t>
      </w:r>
      <w:proofErr w:type="spellStart"/>
      <w:r w:rsidR="008C7222">
        <w:rPr>
          <w:sz w:val="24"/>
          <w:szCs w:val="24"/>
        </w:rPr>
        <w:t>letivo</w:t>
      </w:r>
      <w:proofErr w:type="spellEnd"/>
      <w:r w:rsidR="008C7222">
        <w:rPr>
          <w:sz w:val="24"/>
          <w:szCs w:val="24"/>
        </w:rPr>
        <w:t xml:space="preserve"> </w:t>
      </w:r>
      <w:proofErr w:type="spellStart"/>
      <w:r w:rsidR="008C7222">
        <w:rPr>
          <w:sz w:val="24"/>
          <w:szCs w:val="24"/>
        </w:rPr>
        <w:t>vigente</w:t>
      </w:r>
      <w:proofErr w:type="spellEnd"/>
      <w:r w:rsidR="008C7222">
        <w:rPr>
          <w:sz w:val="24"/>
          <w:szCs w:val="24"/>
        </w:rPr>
        <w:t xml:space="preserve">, a </w:t>
      </w:r>
      <w:proofErr w:type="spellStart"/>
      <w:r w:rsidR="008C7222">
        <w:rPr>
          <w:sz w:val="24"/>
          <w:szCs w:val="24"/>
        </w:rPr>
        <w:t>reposição</w:t>
      </w:r>
      <w:proofErr w:type="spellEnd"/>
      <w:r w:rsidR="008C7222">
        <w:rPr>
          <w:sz w:val="24"/>
          <w:szCs w:val="24"/>
        </w:rPr>
        <w:t xml:space="preserve"> </w:t>
      </w:r>
      <w:proofErr w:type="spellStart"/>
      <w:r w:rsidR="008C7222">
        <w:rPr>
          <w:sz w:val="24"/>
          <w:szCs w:val="24"/>
        </w:rPr>
        <w:t>deverá</w:t>
      </w:r>
      <w:proofErr w:type="spellEnd"/>
      <w:r w:rsidR="008C7222">
        <w:rPr>
          <w:sz w:val="24"/>
          <w:szCs w:val="24"/>
        </w:rPr>
        <w:t xml:space="preserve"> </w:t>
      </w:r>
      <w:proofErr w:type="spellStart"/>
      <w:r w:rsidR="008C7222">
        <w:rPr>
          <w:sz w:val="24"/>
          <w:szCs w:val="24"/>
        </w:rPr>
        <w:t>ocorrer</w:t>
      </w:r>
      <w:proofErr w:type="spellEnd"/>
      <w:r w:rsidR="005076BD" w:rsidRPr="005C7A43">
        <w:rPr>
          <w:sz w:val="24"/>
          <w:szCs w:val="24"/>
        </w:rPr>
        <w:t>:</w:t>
      </w:r>
    </w:p>
    <w:p w:rsidR="008C7222" w:rsidRDefault="005076BD" w:rsidP="008C7222">
      <w:pPr>
        <w:pStyle w:val="PargrafodaLista"/>
        <w:numPr>
          <w:ilvl w:val="0"/>
          <w:numId w:val="13"/>
        </w:numPr>
        <w:spacing w:after="0" w:line="240" w:lineRule="auto"/>
        <w:rPr>
          <w:sz w:val="24"/>
          <w:szCs w:val="24"/>
        </w:rPr>
      </w:pPr>
      <w:proofErr w:type="spellStart"/>
      <w:r w:rsidRPr="00457E2D">
        <w:rPr>
          <w:sz w:val="24"/>
          <w:szCs w:val="24"/>
        </w:rPr>
        <w:t>em</w:t>
      </w:r>
      <w:proofErr w:type="spellEnd"/>
      <w:r w:rsidRPr="00457E2D">
        <w:rPr>
          <w:sz w:val="24"/>
          <w:szCs w:val="24"/>
        </w:rPr>
        <w:t xml:space="preserve"> </w:t>
      </w:r>
      <w:proofErr w:type="spellStart"/>
      <w:r w:rsidRPr="00457E2D">
        <w:rPr>
          <w:sz w:val="24"/>
          <w:szCs w:val="24"/>
        </w:rPr>
        <w:t>até</w:t>
      </w:r>
      <w:proofErr w:type="spellEnd"/>
      <w:r w:rsidRPr="00457E2D">
        <w:rPr>
          <w:sz w:val="24"/>
          <w:szCs w:val="24"/>
        </w:rPr>
        <w:t xml:space="preserve"> um </w:t>
      </w:r>
      <w:proofErr w:type="spellStart"/>
      <w:r w:rsidRPr="00457E2D">
        <w:rPr>
          <w:sz w:val="24"/>
          <w:szCs w:val="24"/>
        </w:rPr>
        <w:t>semestre</w:t>
      </w:r>
      <w:proofErr w:type="spellEnd"/>
      <w:r w:rsidR="00457E2D">
        <w:rPr>
          <w:sz w:val="24"/>
          <w:szCs w:val="24"/>
        </w:rPr>
        <w:t xml:space="preserve"> para </w:t>
      </w:r>
      <w:proofErr w:type="spellStart"/>
      <w:r w:rsidR="00457E2D">
        <w:rPr>
          <w:sz w:val="24"/>
          <w:szCs w:val="24"/>
        </w:rPr>
        <w:t>disciplinas</w:t>
      </w:r>
      <w:proofErr w:type="spellEnd"/>
      <w:r w:rsidR="00457E2D">
        <w:rPr>
          <w:sz w:val="24"/>
          <w:szCs w:val="24"/>
        </w:rPr>
        <w:t xml:space="preserve"> </w:t>
      </w:r>
      <w:proofErr w:type="spellStart"/>
      <w:r w:rsidR="00457E2D">
        <w:rPr>
          <w:sz w:val="24"/>
          <w:szCs w:val="24"/>
        </w:rPr>
        <w:t>semestrais</w:t>
      </w:r>
      <w:proofErr w:type="spellEnd"/>
      <w:r w:rsidR="00457E2D">
        <w:rPr>
          <w:sz w:val="24"/>
          <w:szCs w:val="24"/>
        </w:rPr>
        <w:t>;</w:t>
      </w:r>
    </w:p>
    <w:p w:rsidR="00457E2D" w:rsidRPr="008C7222" w:rsidRDefault="005076BD" w:rsidP="008C7222">
      <w:pPr>
        <w:pStyle w:val="PargrafodaLista"/>
        <w:numPr>
          <w:ilvl w:val="0"/>
          <w:numId w:val="13"/>
        </w:numPr>
        <w:spacing w:after="0" w:line="240" w:lineRule="auto"/>
        <w:rPr>
          <w:sz w:val="24"/>
          <w:szCs w:val="24"/>
        </w:rPr>
      </w:pPr>
      <w:proofErr w:type="spellStart"/>
      <w:proofErr w:type="gramStart"/>
      <w:r w:rsidRPr="008C7222">
        <w:rPr>
          <w:sz w:val="24"/>
          <w:szCs w:val="24"/>
        </w:rPr>
        <w:t>em</w:t>
      </w:r>
      <w:proofErr w:type="spellEnd"/>
      <w:proofErr w:type="gramEnd"/>
      <w:r w:rsidRPr="008C7222">
        <w:rPr>
          <w:sz w:val="24"/>
          <w:szCs w:val="24"/>
        </w:rPr>
        <w:t xml:space="preserve"> </w:t>
      </w:r>
      <w:proofErr w:type="spellStart"/>
      <w:r w:rsidRPr="008C7222">
        <w:rPr>
          <w:sz w:val="24"/>
          <w:szCs w:val="24"/>
        </w:rPr>
        <w:t>até</w:t>
      </w:r>
      <w:proofErr w:type="spellEnd"/>
      <w:r w:rsidRPr="008C7222">
        <w:rPr>
          <w:sz w:val="24"/>
          <w:szCs w:val="24"/>
        </w:rPr>
        <w:t xml:space="preserve"> u</w:t>
      </w:r>
      <w:r w:rsidR="00457E2D" w:rsidRPr="008C7222">
        <w:rPr>
          <w:sz w:val="24"/>
          <w:szCs w:val="24"/>
        </w:rPr>
        <w:t xml:space="preserve">m </w:t>
      </w:r>
      <w:proofErr w:type="spellStart"/>
      <w:r w:rsidR="00457E2D" w:rsidRPr="008C7222">
        <w:rPr>
          <w:sz w:val="24"/>
          <w:szCs w:val="24"/>
        </w:rPr>
        <w:t>ano</w:t>
      </w:r>
      <w:proofErr w:type="spellEnd"/>
      <w:r w:rsidR="00457E2D" w:rsidRPr="008C7222">
        <w:rPr>
          <w:sz w:val="24"/>
          <w:szCs w:val="24"/>
        </w:rPr>
        <w:t xml:space="preserve"> para </w:t>
      </w:r>
      <w:proofErr w:type="spellStart"/>
      <w:r w:rsidR="00457E2D" w:rsidRPr="008C7222">
        <w:rPr>
          <w:sz w:val="24"/>
          <w:szCs w:val="24"/>
        </w:rPr>
        <w:t>disciplinas</w:t>
      </w:r>
      <w:proofErr w:type="spellEnd"/>
      <w:r w:rsidR="00457E2D" w:rsidRPr="008C7222">
        <w:rPr>
          <w:sz w:val="24"/>
          <w:szCs w:val="24"/>
        </w:rPr>
        <w:t xml:space="preserve"> </w:t>
      </w:r>
      <w:proofErr w:type="spellStart"/>
      <w:r w:rsidR="00457E2D" w:rsidRPr="008C7222">
        <w:rPr>
          <w:sz w:val="24"/>
          <w:szCs w:val="24"/>
        </w:rPr>
        <w:t>anuais</w:t>
      </w:r>
      <w:proofErr w:type="spellEnd"/>
      <w:r w:rsidR="00457E2D" w:rsidRPr="008C7222">
        <w:rPr>
          <w:sz w:val="24"/>
          <w:szCs w:val="24"/>
        </w:rPr>
        <w:t>.</w:t>
      </w:r>
    </w:p>
    <w:p w:rsidR="00457E2D" w:rsidRDefault="00457E2D" w:rsidP="00457E2D">
      <w:pPr>
        <w:pStyle w:val="PargrafodaLista"/>
        <w:spacing w:after="0" w:line="240" w:lineRule="auto"/>
        <w:ind w:left="1440"/>
        <w:rPr>
          <w:sz w:val="24"/>
          <w:szCs w:val="24"/>
        </w:rPr>
      </w:pPr>
    </w:p>
    <w:p w:rsidR="007E4EA2" w:rsidRDefault="005076BD" w:rsidP="00457E2D">
      <w:pPr>
        <w:spacing w:after="0" w:line="240" w:lineRule="auto"/>
        <w:rPr>
          <w:sz w:val="24"/>
          <w:szCs w:val="24"/>
        </w:rPr>
      </w:pPr>
      <w:proofErr w:type="gramStart"/>
      <w:r w:rsidRPr="00457E2D">
        <w:rPr>
          <w:sz w:val="24"/>
          <w:szCs w:val="24"/>
        </w:rPr>
        <w:lastRenderedPageBreak/>
        <w:t>A</w:t>
      </w:r>
      <w:proofErr w:type="gramEnd"/>
      <w:r w:rsidRPr="00457E2D">
        <w:rPr>
          <w:sz w:val="24"/>
          <w:szCs w:val="24"/>
        </w:rPr>
        <w:t xml:space="preserve"> </w:t>
      </w:r>
      <w:proofErr w:type="spellStart"/>
      <w:r w:rsidRPr="00457E2D">
        <w:rPr>
          <w:sz w:val="24"/>
          <w:szCs w:val="24"/>
        </w:rPr>
        <w:t>organização</w:t>
      </w:r>
      <w:proofErr w:type="spellEnd"/>
      <w:r w:rsidRPr="00457E2D">
        <w:rPr>
          <w:sz w:val="24"/>
          <w:szCs w:val="24"/>
        </w:rPr>
        <w:t xml:space="preserve"> das </w:t>
      </w:r>
      <w:proofErr w:type="spellStart"/>
      <w:r w:rsidRPr="00457E2D">
        <w:rPr>
          <w:sz w:val="24"/>
          <w:szCs w:val="24"/>
        </w:rPr>
        <w:t>reposições</w:t>
      </w:r>
      <w:proofErr w:type="spellEnd"/>
      <w:r w:rsidRPr="00457E2D">
        <w:rPr>
          <w:sz w:val="24"/>
          <w:szCs w:val="24"/>
        </w:rPr>
        <w:t xml:space="preserve"> </w:t>
      </w:r>
      <w:proofErr w:type="spellStart"/>
      <w:r w:rsidRPr="00457E2D">
        <w:rPr>
          <w:sz w:val="24"/>
          <w:szCs w:val="24"/>
        </w:rPr>
        <w:t>será</w:t>
      </w:r>
      <w:proofErr w:type="spellEnd"/>
      <w:r w:rsidRPr="00457E2D">
        <w:rPr>
          <w:sz w:val="24"/>
          <w:szCs w:val="24"/>
        </w:rPr>
        <w:t xml:space="preserve"> </w:t>
      </w:r>
      <w:proofErr w:type="spellStart"/>
      <w:r w:rsidRPr="00457E2D">
        <w:rPr>
          <w:sz w:val="24"/>
          <w:szCs w:val="24"/>
        </w:rPr>
        <w:t>realizada</w:t>
      </w:r>
      <w:proofErr w:type="spellEnd"/>
      <w:r w:rsidRPr="00457E2D">
        <w:rPr>
          <w:sz w:val="24"/>
          <w:szCs w:val="24"/>
        </w:rPr>
        <w:t xml:space="preserve"> pela </w:t>
      </w:r>
      <w:proofErr w:type="spellStart"/>
      <w:r w:rsidRPr="00457E2D">
        <w:rPr>
          <w:sz w:val="24"/>
          <w:szCs w:val="24"/>
        </w:rPr>
        <w:t>coordenação</w:t>
      </w:r>
      <w:proofErr w:type="spellEnd"/>
      <w:r w:rsidRPr="00457E2D">
        <w:rPr>
          <w:sz w:val="24"/>
          <w:szCs w:val="24"/>
        </w:rPr>
        <w:t xml:space="preserve"> do </w:t>
      </w:r>
      <w:proofErr w:type="spellStart"/>
      <w:r w:rsidRPr="00457E2D">
        <w:rPr>
          <w:sz w:val="24"/>
          <w:szCs w:val="24"/>
        </w:rPr>
        <w:t>curso</w:t>
      </w:r>
      <w:proofErr w:type="spellEnd"/>
      <w:r w:rsidRPr="00457E2D">
        <w:rPr>
          <w:sz w:val="24"/>
          <w:szCs w:val="24"/>
        </w:rPr>
        <w:t xml:space="preserve"> </w:t>
      </w:r>
      <w:proofErr w:type="spellStart"/>
      <w:r w:rsidRPr="00457E2D">
        <w:rPr>
          <w:sz w:val="24"/>
          <w:szCs w:val="24"/>
        </w:rPr>
        <w:t>em</w:t>
      </w:r>
      <w:proofErr w:type="spellEnd"/>
      <w:r w:rsidRPr="00457E2D">
        <w:rPr>
          <w:sz w:val="24"/>
          <w:szCs w:val="24"/>
        </w:rPr>
        <w:t xml:space="preserve"> </w:t>
      </w:r>
      <w:proofErr w:type="spellStart"/>
      <w:r w:rsidRPr="00457E2D">
        <w:rPr>
          <w:sz w:val="24"/>
          <w:szCs w:val="24"/>
        </w:rPr>
        <w:t>conjunto</w:t>
      </w:r>
      <w:proofErr w:type="spellEnd"/>
      <w:r w:rsidRPr="00457E2D">
        <w:rPr>
          <w:sz w:val="24"/>
          <w:szCs w:val="24"/>
        </w:rPr>
        <w:t xml:space="preserve"> com </w:t>
      </w:r>
      <w:proofErr w:type="spellStart"/>
      <w:r w:rsidRPr="00457E2D">
        <w:rPr>
          <w:sz w:val="24"/>
          <w:szCs w:val="24"/>
        </w:rPr>
        <w:t>os</w:t>
      </w:r>
      <w:proofErr w:type="spellEnd"/>
      <w:r w:rsidRPr="00457E2D">
        <w:rPr>
          <w:sz w:val="24"/>
          <w:szCs w:val="24"/>
        </w:rPr>
        <w:t xml:space="preserve"> </w:t>
      </w:r>
      <w:proofErr w:type="spellStart"/>
      <w:r w:rsidRPr="00457E2D">
        <w:rPr>
          <w:sz w:val="24"/>
          <w:szCs w:val="24"/>
        </w:rPr>
        <w:t>docentes</w:t>
      </w:r>
      <w:proofErr w:type="spellEnd"/>
      <w:r w:rsidRPr="00457E2D">
        <w:rPr>
          <w:sz w:val="24"/>
          <w:szCs w:val="24"/>
        </w:rPr>
        <w:t xml:space="preserve"> </w:t>
      </w:r>
      <w:proofErr w:type="spellStart"/>
      <w:r w:rsidR="008C7222">
        <w:rPr>
          <w:sz w:val="24"/>
          <w:szCs w:val="24"/>
        </w:rPr>
        <w:t>res</w:t>
      </w:r>
      <w:r w:rsidRPr="00457E2D">
        <w:rPr>
          <w:sz w:val="24"/>
          <w:szCs w:val="24"/>
        </w:rPr>
        <w:t>ponsáveis</w:t>
      </w:r>
      <w:proofErr w:type="spellEnd"/>
      <w:r w:rsidRPr="00457E2D">
        <w:rPr>
          <w:sz w:val="24"/>
          <w:szCs w:val="24"/>
        </w:rPr>
        <w:t>.</w:t>
      </w:r>
      <w:r w:rsidR="009D78E1">
        <w:rPr>
          <w:sz w:val="24"/>
          <w:szCs w:val="24"/>
        </w:rPr>
        <w:t xml:space="preserve"> </w:t>
      </w:r>
      <w:proofErr w:type="spellStart"/>
      <w:r w:rsidR="009D78E1">
        <w:rPr>
          <w:sz w:val="24"/>
          <w:szCs w:val="24"/>
        </w:rPr>
        <w:t>Casos</w:t>
      </w:r>
      <w:proofErr w:type="spellEnd"/>
      <w:r w:rsidR="009D78E1">
        <w:rPr>
          <w:sz w:val="24"/>
          <w:szCs w:val="24"/>
        </w:rPr>
        <w:t xml:space="preserve"> </w:t>
      </w:r>
      <w:proofErr w:type="spellStart"/>
      <w:r w:rsidR="009D78E1">
        <w:rPr>
          <w:sz w:val="24"/>
          <w:szCs w:val="24"/>
        </w:rPr>
        <w:t>omissos</w:t>
      </w:r>
      <w:proofErr w:type="spellEnd"/>
      <w:r w:rsidR="009D78E1">
        <w:rPr>
          <w:sz w:val="24"/>
          <w:szCs w:val="24"/>
        </w:rPr>
        <w:t xml:space="preserve"> </w:t>
      </w:r>
      <w:proofErr w:type="spellStart"/>
      <w:r w:rsidR="009D78E1">
        <w:rPr>
          <w:sz w:val="24"/>
          <w:szCs w:val="24"/>
        </w:rPr>
        <w:t>serão</w:t>
      </w:r>
      <w:proofErr w:type="spellEnd"/>
      <w:r w:rsidR="009D78E1">
        <w:rPr>
          <w:sz w:val="24"/>
          <w:szCs w:val="24"/>
        </w:rPr>
        <w:t xml:space="preserve"> </w:t>
      </w:r>
      <w:proofErr w:type="spellStart"/>
      <w:r w:rsidR="009D78E1">
        <w:rPr>
          <w:sz w:val="24"/>
          <w:szCs w:val="24"/>
        </w:rPr>
        <w:t>del</w:t>
      </w:r>
      <w:r w:rsidR="00D62664">
        <w:rPr>
          <w:sz w:val="24"/>
          <w:szCs w:val="24"/>
        </w:rPr>
        <w:t>iberados</w:t>
      </w:r>
      <w:proofErr w:type="spellEnd"/>
      <w:r w:rsidR="00D62664">
        <w:rPr>
          <w:sz w:val="24"/>
          <w:szCs w:val="24"/>
        </w:rPr>
        <w:t xml:space="preserve"> pela </w:t>
      </w:r>
      <w:proofErr w:type="spellStart"/>
      <w:r w:rsidR="00D62664">
        <w:rPr>
          <w:sz w:val="24"/>
          <w:szCs w:val="24"/>
        </w:rPr>
        <w:t>coordena</w:t>
      </w:r>
      <w:r w:rsidR="009D78E1">
        <w:rPr>
          <w:sz w:val="24"/>
          <w:szCs w:val="24"/>
        </w:rPr>
        <w:t>ção</w:t>
      </w:r>
      <w:proofErr w:type="spellEnd"/>
      <w:r w:rsidR="009D78E1">
        <w:rPr>
          <w:sz w:val="24"/>
          <w:szCs w:val="24"/>
        </w:rPr>
        <w:t xml:space="preserve"> de </w:t>
      </w:r>
      <w:proofErr w:type="spellStart"/>
      <w:r w:rsidR="009D78E1">
        <w:rPr>
          <w:sz w:val="24"/>
          <w:szCs w:val="24"/>
        </w:rPr>
        <w:t>curso</w:t>
      </w:r>
      <w:proofErr w:type="spellEnd"/>
      <w:r w:rsidR="00D62664">
        <w:rPr>
          <w:sz w:val="24"/>
          <w:szCs w:val="24"/>
        </w:rPr>
        <w:t>.</w:t>
      </w:r>
      <w:r w:rsidR="009D78E1">
        <w:rPr>
          <w:sz w:val="24"/>
          <w:szCs w:val="24"/>
        </w:rPr>
        <w:t xml:space="preserve"> </w:t>
      </w:r>
    </w:p>
    <w:p w:rsidR="00457E2D" w:rsidRPr="00457E2D" w:rsidRDefault="00457E2D" w:rsidP="00457E2D">
      <w:pPr>
        <w:spacing w:after="0" w:line="240" w:lineRule="auto"/>
        <w:rPr>
          <w:sz w:val="24"/>
          <w:szCs w:val="24"/>
        </w:rPr>
      </w:pPr>
    </w:p>
    <w:p w:rsidR="00D62664" w:rsidRPr="00310465" w:rsidRDefault="00D62664" w:rsidP="004B5BD4">
      <w:pPr>
        <w:pStyle w:val="Ttulo1"/>
        <w:numPr>
          <w:ilvl w:val="0"/>
          <w:numId w:val="18"/>
        </w:numPr>
        <w:rPr>
          <w:rFonts w:asciiTheme="minorHAnsi" w:hAnsiTheme="minorHAnsi"/>
          <w:color w:val="auto"/>
          <w:sz w:val="24"/>
          <w:szCs w:val="24"/>
        </w:rPr>
      </w:pPr>
      <w:bookmarkStart w:id="12" w:name="_Toc233826706"/>
      <w:r w:rsidRPr="00310465">
        <w:rPr>
          <w:rFonts w:asciiTheme="minorHAnsi" w:hAnsiTheme="minorHAnsi"/>
          <w:color w:val="auto"/>
          <w:sz w:val="24"/>
          <w:szCs w:val="24"/>
        </w:rPr>
        <w:t>ENCERRAMENTO DO REES</w:t>
      </w:r>
      <w:bookmarkEnd w:id="12"/>
    </w:p>
    <w:p w:rsidR="00D62664" w:rsidRDefault="00D62664" w:rsidP="00D62664">
      <w:pPr>
        <w:pStyle w:val="PargrafodaLista"/>
        <w:spacing w:after="0" w:line="240" w:lineRule="auto"/>
        <w:ind w:left="360"/>
        <w:rPr>
          <w:sz w:val="24"/>
          <w:szCs w:val="24"/>
        </w:rPr>
      </w:pPr>
    </w:p>
    <w:p w:rsidR="008C7222" w:rsidRPr="008C7222" w:rsidRDefault="008C7222" w:rsidP="008C7222">
      <w:pPr>
        <w:spacing w:before="100" w:beforeAutospacing="1" w:after="100" w:afterAutospacing="1" w:line="240" w:lineRule="auto"/>
        <w:jc w:val="both"/>
        <w:rPr>
          <w:rFonts w:eastAsia="Times New Roman" w:cs="Times New Roman"/>
          <w:sz w:val="24"/>
          <w:szCs w:val="24"/>
          <w:lang w:val="pt-BR" w:eastAsia="pt-BR"/>
        </w:rPr>
      </w:pPr>
      <w:r w:rsidRPr="008C7222">
        <w:rPr>
          <w:rFonts w:eastAsia="Times New Roman" w:cs="Times New Roman"/>
          <w:sz w:val="24"/>
          <w:szCs w:val="24"/>
          <w:lang w:val="pt-BR" w:eastAsia="pt-BR"/>
        </w:rPr>
        <w:t>Após o encerramento</w:t>
      </w:r>
      <w:r w:rsidRPr="001C7C07">
        <w:rPr>
          <w:rFonts w:eastAsia="Times New Roman" w:cs="Times New Roman"/>
          <w:sz w:val="24"/>
          <w:szCs w:val="24"/>
          <w:lang w:val="pt-BR" w:eastAsia="pt-BR"/>
        </w:rPr>
        <w:t xml:space="preserve"> do REE</w:t>
      </w:r>
      <w:r w:rsidRPr="008C7222">
        <w:rPr>
          <w:rFonts w:eastAsia="Times New Roman" w:cs="Times New Roman"/>
          <w:sz w:val="24"/>
          <w:szCs w:val="24"/>
          <w:lang w:val="pt-BR" w:eastAsia="pt-BR"/>
        </w:rPr>
        <w:t>, a instituição realizará os procedimentos acadêmicos necessários par</w:t>
      </w:r>
      <w:r w:rsidRPr="001C7C07">
        <w:rPr>
          <w:rFonts w:eastAsia="Times New Roman" w:cs="Times New Roman"/>
          <w:sz w:val="24"/>
          <w:szCs w:val="24"/>
          <w:lang w:val="pt-BR" w:eastAsia="pt-BR"/>
        </w:rPr>
        <w:t xml:space="preserve">a regularização da situação </w:t>
      </w:r>
      <w:r w:rsidRPr="008C7222">
        <w:rPr>
          <w:rFonts w:eastAsia="Times New Roman" w:cs="Times New Roman"/>
          <w:sz w:val="24"/>
          <w:szCs w:val="24"/>
          <w:lang w:val="pt-BR" w:eastAsia="pt-BR"/>
        </w:rPr>
        <w:t>do estudante.</w:t>
      </w:r>
      <w:r w:rsidRPr="001C7C07">
        <w:rPr>
          <w:rFonts w:eastAsia="Times New Roman" w:cs="Times New Roman"/>
          <w:sz w:val="24"/>
          <w:szCs w:val="24"/>
          <w:lang w:val="pt-BR" w:eastAsia="pt-BR"/>
        </w:rPr>
        <w:t xml:space="preserve"> </w:t>
      </w:r>
      <w:r w:rsidRPr="008C7222">
        <w:rPr>
          <w:rFonts w:eastAsia="Times New Roman" w:cs="Times New Roman"/>
          <w:sz w:val="24"/>
          <w:szCs w:val="24"/>
          <w:lang w:val="pt-BR" w:eastAsia="pt-BR"/>
        </w:rPr>
        <w:t>Essa regularização inclui, quando aplicável:</w:t>
      </w:r>
    </w:p>
    <w:p w:rsidR="008C7222" w:rsidRPr="008C7222" w:rsidRDefault="008C7222" w:rsidP="008C7222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eastAsia="Times New Roman" w:cs="Times New Roman"/>
          <w:sz w:val="24"/>
          <w:szCs w:val="24"/>
          <w:lang w:val="pt-BR" w:eastAsia="pt-BR"/>
        </w:rPr>
      </w:pPr>
      <w:proofErr w:type="gramStart"/>
      <w:r w:rsidRPr="008C7222">
        <w:rPr>
          <w:rFonts w:eastAsia="Times New Roman" w:cs="Times New Roman"/>
          <w:sz w:val="24"/>
          <w:szCs w:val="24"/>
          <w:lang w:val="pt-BR" w:eastAsia="pt-BR"/>
        </w:rPr>
        <w:t>o</w:t>
      </w:r>
      <w:proofErr w:type="gramEnd"/>
      <w:r w:rsidRPr="008C7222">
        <w:rPr>
          <w:rFonts w:eastAsia="Times New Roman" w:cs="Times New Roman"/>
          <w:sz w:val="24"/>
          <w:szCs w:val="24"/>
          <w:lang w:val="pt-BR" w:eastAsia="pt-BR"/>
        </w:rPr>
        <w:t xml:space="preserve"> lançamento da frequência referente ao período do REE nas disciplinas teóricas contempladas pelo regime; </w:t>
      </w:r>
    </w:p>
    <w:p w:rsidR="008C7222" w:rsidRPr="008C7222" w:rsidRDefault="008C7222" w:rsidP="008C7222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eastAsia="Times New Roman" w:cs="Times New Roman"/>
          <w:sz w:val="24"/>
          <w:szCs w:val="24"/>
          <w:lang w:val="pt-BR" w:eastAsia="pt-BR"/>
        </w:rPr>
      </w:pPr>
      <w:proofErr w:type="gramStart"/>
      <w:r w:rsidRPr="008C7222">
        <w:rPr>
          <w:rFonts w:eastAsia="Times New Roman" w:cs="Times New Roman"/>
          <w:sz w:val="24"/>
          <w:szCs w:val="24"/>
          <w:lang w:val="pt-BR" w:eastAsia="pt-BR"/>
        </w:rPr>
        <w:t>o</w:t>
      </w:r>
      <w:proofErr w:type="gramEnd"/>
      <w:r w:rsidRPr="008C7222">
        <w:rPr>
          <w:rFonts w:eastAsia="Times New Roman" w:cs="Times New Roman"/>
          <w:sz w:val="24"/>
          <w:szCs w:val="24"/>
          <w:lang w:val="pt-BR" w:eastAsia="pt-BR"/>
        </w:rPr>
        <w:t xml:space="preserve"> registro das avaliações realizadas após o retorno do estudante; </w:t>
      </w:r>
    </w:p>
    <w:p w:rsidR="008C7222" w:rsidRPr="008C7222" w:rsidRDefault="008C7222" w:rsidP="008C7222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eastAsia="Times New Roman" w:cs="Times New Roman"/>
          <w:sz w:val="24"/>
          <w:szCs w:val="24"/>
          <w:lang w:val="pt-BR" w:eastAsia="pt-BR"/>
        </w:rPr>
      </w:pPr>
      <w:proofErr w:type="gramStart"/>
      <w:r w:rsidRPr="008C7222">
        <w:rPr>
          <w:rFonts w:eastAsia="Times New Roman" w:cs="Times New Roman"/>
          <w:sz w:val="24"/>
          <w:szCs w:val="24"/>
          <w:lang w:val="pt-BR" w:eastAsia="pt-BR"/>
        </w:rPr>
        <w:t>a</w:t>
      </w:r>
      <w:proofErr w:type="gramEnd"/>
      <w:r w:rsidRPr="008C7222">
        <w:rPr>
          <w:rFonts w:eastAsia="Times New Roman" w:cs="Times New Roman"/>
          <w:sz w:val="24"/>
          <w:szCs w:val="24"/>
          <w:lang w:val="pt-BR" w:eastAsia="pt-BR"/>
        </w:rPr>
        <w:t xml:space="preserve"> atualização do histórico acadêmico; </w:t>
      </w:r>
    </w:p>
    <w:p w:rsidR="008C7222" w:rsidRPr="008C7222" w:rsidRDefault="008C7222" w:rsidP="008C7222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eastAsia="Times New Roman" w:cs="Times New Roman"/>
          <w:sz w:val="24"/>
          <w:szCs w:val="24"/>
          <w:lang w:val="pt-BR" w:eastAsia="pt-BR"/>
        </w:rPr>
      </w:pPr>
      <w:proofErr w:type="gramStart"/>
      <w:r w:rsidRPr="008C7222">
        <w:rPr>
          <w:rFonts w:eastAsia="Times New Roman" w:cs="Times New Roman"/>
          <w:sz w:val="24"/>
          <w:szCs w:val="24"/>
          <w:lang w:val="pt-BR" w:eastAsia="pt-BR"/>
        </w:rPr>
        <w:t>a</w:t>
      </w:r>
      <w:proofErr w:type="gramEnd"/>
      <w:r w:rsidRPr="008C7222">
        <w:rPr>
          <w:rFonts w:eastAsia="Times New Roman" w:cs="Times New Roman"/>
          <w:sz w:val="24"/>
          <w:szCs w:val="24"/>
          <w:lang w:val="pt-BR" w:eastAsia="pt-BR"/>
        </w:rPr>
        <w:t xml:space="preserve"> regularização das atividades práticas, estágios, internatos e atividades </w:t>
      </w:r>
      <w:proofErr w:type="spellStart"/>
      <w:r w:rsidRPr="008C7222">
        <w:rPr>
          <w:rFonts w:eastAsia="Times New Roman" w:cs="Times New Roman"/>
          <w:sz w:val="24"/>
          <w:szCs w:val="24"/>
          <w:lang w:val="pt-BR" w:eastAsia="pt-BR"/>
        </w:rPr>
        <w:t>extensionistas</w:t>
      </w:r>
      <w:proofErr w:type="spellEnd"/>
      <w:r w:rsidRPr="008C7222">
        <w:rPr>
          <w:rFonts w:eastAsia="Times New Roman" w:cs="Times New Roman"/>
          <w:sz w:val="24"/>
          <w:szCs w:val="24"/>
          <w:lang w:val="pt-BR" w:eastAsia="pt-BR"/>
        </w:rPr>
        <w:t xml:space="preserve"> eventualmente pendentes. </w:t>
      </w:r>
    </w:p>
    <w:p w:rsidR="00D62664" w:rsidRPr="00310465" w:rsidRDefault="008C7222" w:rsidP="00310465">
      <w:pPr>
        <w:spacing w:before="100" w:beforeAutospacing="1" w:after="100" w:afterAutospacing="1" w:line="240" w:lineRule="auto"/>
        <w:jc w:val="both"/>
        <w:rPr>
          <w:rFonts w:eastAsia="Times New Roman" w:cs="Times New Roman"/>
          <w:sz w:val="24"/>
          <w:szCs w:val="24"/>
          <w:lang w:val="pt-BR" w:eastAsia="pt-BR"/>
        </w:rPr>
      </w:pPr>
      <w:r w:rsidRPr="008C7222">
        <w:rPr>
          <w:rFonts w:eastAsia="Times New Roman" w:cs="Times New Roman"/>
          <w:sz w:val="24"/>
          <w:szCs w:val="24"/>
          <w:lang w:val="pt-BR" w:eastAsia="pt-BR"/>
        </w:rPr>
        <w:t>A realização desses procedimentos observará os limites e possibilidades previstos no calendário acadêmico vigente e nas normas institucionais aplicáveis.</w:t>
      </w:r>
    </w:p>
    <w:p w:rsidR="004231D9" w:rsidRPr="00310465" w:rsidRDefault="005076BD" w:rsidP="004B5BD4">
      <w:pPr>
        <w:pStyle w:val="Ttulo1"/>
        <w:numPr>
          <w:ilvl w:val="0"/>
          <w:numId w:val="18"/>
        </w:numPr>
        <w:rPr>
          <w:rFonts w:asciiTheme="minorHAnsi" w:hAnsiTheme="minorHAnsi"/>
          <w:color w:val="auto"/>
          <w:sz w:val="24"/>
          <w:szCs w:val="24"/>
        </w:rPr>
      </w:pPr>
      <w:bookmarkStart w:id="13" w:name="_Toc233826707"/>
      <w:r w:rsidRPr="00310465">
        <w:rPr>
          <w:rFonts w:asciiTheme="minorHAnsi" w:hAnsiTheme="minorHAnsi"/>
          <w:color w:val="auto"/>
          <w:sz w:val="24"/>
          <w:szCs w:val="24"/>
        </w:rPr>
        <w:t>APOIO AO ESTUDANTE</w:t>
      </w:r>
      <w:bookmarkEnd w:id="13"/>
    </w:p>
    <w:p w:rsidR="00121C4E" w:rsidRDefault="005076BD" w:rsidP="00121C4E">
      <w:pPr>
        <w:spacing w:after="0" w:line="240" w:lineRule="auto"/>
        <w:jc w:val="both"/>
        <w:rPr>
          <w:sz w:val="24"/>
          <w:szCs w:val="24"/>
        </w:rPr>
      </w:pPr>
      <w:r w:rsidRPr="005C7A43">
        <w:rPr>
          <w:sz w:val="24"/>
          <w:szCs w:val="24"/>
        </w:rPr>
        <w:t xml:space="preserve">Durante o </w:t>
      </w:r>
      <w:proofErr w:type="spellStart"/>
      <w:r w:rsidRPr="005C7A43">
        <w:rPr>
          <w:sz w:val="24"/>
          <w:szCs w:val="24"/>
        </w:rPr>
        <w:t>período</w:t>
      </w:r>
      <w:proofErr w:type="spellEnd"/>
      <w:r w:rsidRPr="005C7A43">
        <w:rPr>
          <w:sz w:val="24"/>
          <w:szCs w:val="24"/>
        </w:rPr>
        <w:t xml:space="preserve"> do </w:t>
      </w:r>
      <w:r w:rsidR="00D62664">
        <w:rPr>
          <w:sz w:val="24"/>
          <w:szCs w:val="24"/>
        </w:rPr>
        <w:t>REE</w:t>
      </w:r>
      <w:r w:rsidRPr="005C7A43">
        <w:rPr>
          <w:sz w:val="24"/>
          <w:szCs w:val="24"/>
        </w:rPr>
        <w:t xml:space="preserve">, o </w:t>
      </w:r>
      <w:proofErr w:type="spellStart"/>
      <w:r w:rsidRPr="005C7A43">
        <w:rPr>
          <w:sz w:val="24"/>
          <w:szCs w:val="24"/>
        </w:rPr>
        <w:t>estudante</w:t>
      </w:r>
      <w:proofErr w:type="spellEnd"/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poderá</w:t>
      </w:r>
      <w:proofErr w:type="spellEnd"/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contar</w:t>
      </w:r>
      <w:proofErr w:type="spellEnd"/>
      <w:r w:rsidRPr="005C7A43">
        <w:rPr>
          <w:sz w:val="24"/>
          <w:szCs w:val="24"/>
        </w:rPr>
        <w:t xml:space="preserve"> com </w:t>
      </w:r>
      <w:proofErr w:type="spellStart"/>
      <w:r w:rsidRPr="005C7A43">
        <w:rPr>
          <w:sz w:val="24"/>
          <w:szCs w:val="24"/>
        </w:rPr>
        <w:t>acompanhamento</w:t>
      </w:r>
      <w:proofErr w:type="spellEnd"/>
      <w:r w:rsidRPr="005C7A43">
        <w:rPr>
          <w:sz w:val="24"/>
          <w:szCs w:val="24"/>
        </w:rPr>
        <w:t xml:space="preserve"> do </w:t>
      </w:r>
      <w:proofErr w:type="spellStart"/>
      <w:r w:rsidRPr="005C7A43">
        <w:rPr>
          <w:sz w:val="24"/>
          <w:szCs w:val="24"/>
        </w:rPr>
        <w:t>Núcleo</w:t>
      </w:r>
      <w:proofErr w:type="spellEnd"/>
      <w:r w:rsidRPr="005C7A43">
        <w:rPr>
          <w:sz w:val="24"/>
          <w:szCs w:val="24"/>
        </w:rPr>
        <w:t xml:space="preserve"> de </w:t>
      </w:r>
      <w:proofErr w:type="spellStart"/>
      <w:r w:rsidRPr="005C7A43">
        <w:rPr>
          <w:sz w:val="24"/>
          <w:szCs w:val="24"/>
        </w:rPr>
        <w:t>Acessibilidade</w:t>
      </w:r>
      <w:proofErr w:type="spellEnd"/>
      <w:r w:rsidRPr="005C7A43">
        <w:rPr>
          <w:sz w:val="24"/>
          <w:szCs w:val="24"/>
        </w:rPr>
        <w:t xml:space="preserve"> e </w:t>
      </w:r>
      <w:proofErr w:type="spellStart"/>
      <w:r w:rsidRPr="005C7A43">
        <w:rPr>
          <w:sz w:val="24"/>
          <w:szCs w:val="24"/>
        </w:rPr>
        <w:t>Apoio</w:t>
      </w:r>
      <w:proofErr w:type="spellEnd"/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Psicopedagógico</w:t>
      </w:r>
      <w:proofErr w:type="spellEnd"/>
      <w:r w:rsidRPr="005C7A43">
        <w:rPr>
          <w:sz w:val="24"/>
          <w:szCs w:val="24"/>
        </w:rPr>
        <w:t xml:space="preserve"> (NAAP).</w:t>
      </w:r>
      <w:r w:rsidR="00121C4E">
        <w:rPr>
          <w:sz w:val="24"/>
          <w:szCs w:val="24"/>
        </w:rPr>
        <w:t xml:space="preserve"> </w:t>
      </w:r>
      <w:r w:rsidRPr="005C7A43">
        <w:rPr>
          <w:sz w:val="24"/>
          <w:szCs w:val="24"/>
        </w:rPr>
        <w:t xml:space="preserve">O </w:t>
      </w:r>
      <w:proofErr w:type="spellStart"/>
      <w:r w:rsidRPr="005C7A43">
        <w:rPr>
          <w:sz w:val="24"/>
          <w:szCs w:val="24"/>
        </w:rPr>
        <w:t>apoio</w:t>
      </w:r>
      <w:proofErr w:type="spellEnd"/>
      <w:r w:rsidRPr="005C7A43">
        <w:rPr>
          <w:sz w:val="24"/>
          <w:szCs w:val="24"/>
        </w:rPr>
        <w:t xml:space="preserve"> </w:t>
      </w:r>
      <w:r w:rsidR="00D62664">
        <w:rPr>
          <w:sz w:val="24"/>
          <w:szCs w:val="24"/>
        </w:rPr>
        <w:t xml:space="preserve">do NAAP </w:t>
      </w:r>
      <w:proofErr w:type="spellStart"/>
      <w:r w:rsidRPr="005C7A43">
        <w:rPr>
          <w:sz w:val="24"/>
          <w:szCs w:val="24"/>
        </w:rPr>
        <w:t>poderá</w:t>
      </w:r>
      <w:proofErr w:type="spellEnd"/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incluir</w:t>
      </w:r>
      <w:proofErr w:type="spellEnd"/>
      <w:r w:rsidRPr="005C7A43">
        <w:rPr>
          <w:sz w:val="24"/>
          <w:szCs w:val="24"/>
        </w:rPr>
        <w:t>:</w:t>
      </w:r>
    </w:p>
    <w:p w:rsidR="007E4EA2" w:rsidRPr="005C7A43" w:rsidRDefault="005076BD" w:rsidP="00121C4E">
      <w:pPr>
        <w:spacing w:after="0" w:line="240" w:lineRule="auto"/>
        <w:ind w:left="1134" w:hanging="1134"/>
        <w:rPr>
          <w:sz w:val="24"/>
          <w:szCs w:val="24"/>
        </w:rPr>
      </w:pPr>
      <w:r w:rsidRPr="005C7A43">
        <w:rPr>
          <w:sz w:val="24"/>
          <w:szCs w:val="24"/>
        </w:rPr>
        <w:br/>
        <w:t xml:space="preserve">• </w:t>
      </w:r>
      <w:proofErr w:type="spellStart"/>
      <w:proofErr w:type="gramStart"/>
      <w:r w:rsidRPr="005C7A43">
        <w:rPr>
          <w:sz w:val="24"/>
          <w:szCs w:val="24"/>
        </w:rPr>
        <w:t>orientação</w:t>
      </w:r>
      <w:proofErr w:type="spellEnd"/>
      <w:proofErr w:type="gramEnd"/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pedagógica</w:t>
      </w:r>
      <w:proofErr w:type="spellEnd"/>
      <w:r w:rsidRPr="005C7A43">
        <w:rPr>
          <w:sz w:val="24"/>
          <w:szCs w:val="24"/>
        </w:rPr>
        <w:t>;</w:t>
      </w:r>
      <w:r w:rsidRPr="005C7A43">
        <w:rPr>
          <w:sz w:val="24"/>
          <w:szCs w:val="24"/>
        </w:rPr>
        <w:br/>
        <w:t xml:space="preserve">• </w:t>
      </w:r>
      <w:proofErr w:type="spellStart"/>
      <w:r w:rsidRPr="005C7A43">
        <w:rPr>
          <w:sz w:val="24"/>
          <w:szCs w:val="24"/>
        </w:rPr>
        <w:t>organização</w:t>
      </w:r>
      <w:proofErr w:type="spellEnd"/>
      <w:r w:rsidRPr="005C7A43">
        <w:rPr>
          <w:sz w:val="24"/>
          <w:szCs w:val="24"/>
        </w:rPr>
        <w:t xml:space="preserve"> da </w:t>
      </w:r>
      <w:proofErr w:type="spellStart"/>
      <w:r w:rsidRPr="005C7A43">
        <w:rPr>
          <w:sz w:val="24"/>
          <w:szCs w:val="24"/>
        </w:rPr>
        <w:t>rotina</w:t>
      </w:r>
      <w:proofErr w:type="spellEnd"/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acadêmica</w:t>
      </w:r>
      <w:proofErr w:type="spellEnd"/>
      <w:r w:rsidRPr="005C7A43">
        <w:rPr>
          <w:sz w:val="24"/>
          <w:szCs w:val="24"/>
        </w:rPr>
        <w:t>;</w:t>
      </w:r>
      <w:r w:rsidRPr="005C7A43">
        <w:rPr>
          <w:sz w:val="24"/>
          <w:szCs w:val="24"/>
        </w:rPr>
        <w:br/>
        <w:t xml:space="preserve">• </w:t>
      </w:r>
      <w:proofErr w:type="spellStart"/>
      <w:r w:rsidRPr="005C7A43">
        <w:rPr>
          <w:sz w:val="24"/>
          <w:szCs w:val="24"/>
        </w:rPr>
        <w:t>estratégias</w:t>
      </w:r>
      <w:proofErr w:type="spellEnd"/>
      <w:r w:rsidRPr="005C7A43">
        <w:rPr>
          <w:sz w:val="24"/>
          <w:szCs w:val="24"/>
        </w:rPr>
        <w:t xml:space="preserve"> de </w:t>
      </w:r>
      <w:proofErr w:type="spellStart"/>
      <w:r w:rsidRPr="005C7A43">
        <w:rPr>
          <w:sz w:val="24"/>
          <w:szCs w:val="24"/>
        </w:rPr>
        <w:t>estudo</w:t>
      </w:r>
      <w:proofErr w:type="spellEnd"/>
      <w:r w:rsidRPr="005C7A43">
        <w:rPr>
          <w:sz w:val="24"/>
          <w:szCs w:val="24"/>
        </w:rPr>
        <w:t>;</w:t>
      </w:r>
      <w:r w:rsidRPr="005C7A43">
        <w:rPr>
          <w:sz w:val="24"/>
          <w:szCs w:val="24"/>
        </w:rPr>
        <w:br/>
        <w:t xml:space="preserve">• </w:t>
      </w:r>
      <w:proofErr w:type="spellStart"/>
      <w:r w:rsidRPr="005C7A43">
        <w:rPr>
          <w:sz w:val="24"/>
          <w:szCs w:val="24"/>
        </w:rPr>
        <w:t>acompanhamento</w:t>
      </w:r>
      <w:proofErr w:type="spellEnd"/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psicopedagógico</w:t>
      </w:r>
      <w:proofErr w:type="spellEnd"/>
      <w:r w:rsidRPr="005C7A43">
        <w:rPr>
          <w:sz w:val="24"/>
          <w:szCs w:val="24"/>
        </w:rPr>
        <w:t>;</w:t>
      </w:r>
      <w:r w:rsidRPr="005C7A43">
        <w:rPr>
          <w:sz w:val="24"/>
          <w:szCs w:val="24"/>
        </w:rPr>
        <w:br/>
        <w:t xml:space="preserve">• </w:t>
      </w:r>
      <w:proofErr w:type="spellStart"/>
      <w:r w:rsidRPr="005C7A43">
        <w:rPr>
          <w:sz w:val="24"/>
          <w:szCs w:val="24"/>
        </w:rPr>
        <w:t>apoio</w:t>
      </w:r>
      <w:proofErr w:type="spellEnd"/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psicológico</w:t>
      </w:r>
      <w:proofErr w:type="spellEnd"/>
      <w:r w:rsidRPr="005C7A43">
        <w:rPr>
          <w:sz w:val="24"/>
          <w:szCs w:val="24"/>
        </w:rPr>
        <w:t xml:space="preserve">, </w:t>
      </w:r>
      <w:proofErr w:type="spellStart"/>
      <w:r w:rsidRPr="005C7A43">
        <w:rPr>
          <w:sz w:val="24"/>
          <w:szCs w:val="24"/>
        </w:rPr>
        <w:t>quando</w:t>
      </w:r>
      <w:proofErr w:type="spellEnd"/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necessário</w:t>
      </w:r>
      <w:proofErr w:type="spellEnd"/>
      <w:r w:rsidRPr="005C7A43">
        <w:rPr>
          <w:sz w:val="24"/>
          <w:szCs w:val="24"/>
        </w:rPr>
        <w:t>.</w:t>
      </w:r>
    </w:p>
    <w:p w:rsidR="004231D9" w:rsidRDefault="007E4EA2" w:rsidP="005C7A43">
      <w:pPr>
        <w:spacing w:after="0" w:line="240" w:lineRule="auto"/>
        <w:jc w:val="both"/>
        <w:rPr>
          <w:sz w:val="24"/>
          <w:szCs w:val="24"/>
        </w:rPr>
      </w:pPr>
      <w:r w:rsidRPr="005C7A43">
        <w:rPr>
          <w:sz w:val="24"/>
          <w:szCs w:val="24"/>
        </w:rPr>
        <w:br/>
      </w:r>
      <w:r w:rsidR="005076BD" w:rsidRPr="005C7A43">
        <w:rPr>
          <w:sz w:val="24"/>
          <w:szCs w:val="24"/>
        </w:rPr>
        <w:t xml:space="preserve">O NAAP </w:t>
      </w:r>
      <w:proofErr w:type="spellStart"/>
      <w:r w:rsidR="005076BD" w:rsidRPr="005C7A43">
        <w:rPr>
          <w:sz w:val="24"/>
          <w:szCs w:val="24"/>
        </w:rPr>
        <w:t>também</w:t>
      </w:r>
      <w:proofErr w:type="spellEnd"/>
      <w:r w:rsidR="005076BD" w:rsidRPr="005C7A43">
        <w:rPr>
          <w:sz w:val="24"/>
          <w:szCs w:val="24"/>
        </w:rPr>
        <w:t xml:space="preserve"> </w:t>
      </w:r>
      <w:proofErr w:type="spellStart"/>
      <w:r w:rsidR="005076BD" w:rsidRPr="005C7A43">
        <w:rPr>
          <w:sz w:val="24"/>
          <w:szCs w:val="24"/>
        </w:rPr>
        <w:t>poderá</w:t>
      </w:r>
      <w:proofErr w:type="spellEnd"/>
      <w:r w:rsidR="005076BD" w:rsidRPr="005C7A43">
        <w:rPr>
          <w:sz w:val="24"/>
          <w:szCs w:val="24"/>
        </w:rPr>
        <w:t xml:space="preserve"> </w:t>
      </w:r>
      <w:proofErr w:type="spellStart"/>
      <w:r w:rsidR="005076BD" w:rsidRPr="005C7A43">
        <w:rPr>
          <w:sz w:val="24"/>
          <w:szCs w:val="24"/>
        </w:rPr>
        <w:t>acompanhar</w:t>
      </w:r>
      <w:proofErr w:type="spellEnd"/>
      <w:r w:rsidR="005076BD" w:rsidRPr="005C7A43">
        <w:rPr>
          <w:sz w:val="24"/>
          <w:szCs w:val="24"/>
        </w:rPr>
        <w:t xml:space="preserve"> o </w:t>
      </w:r>
      <w:proofErr w:type="spellStart"/>
      <w:r w:rsidR="005076BD" w:rsidRPr="005C7A43">
        <w:rPr>
          <w:sz w:val="24"/>
          <w:szCs w:val="24"/>
        </w:rPr>
        <w:t>retorno</w:t>
      </w:r>
      <w:proofErr w:type="spellEnd"/>
      <w:r w:rsidR="005076BD" w:rsidRPr="005C7A43">
        <w:rPr>
          <w:sz w:val="24"/>
          <w:szCs w:val="24"/>
        </w:rPr>
        <w:t xml:space="preserve"> do </w:t>
      </w:r>
      <w:proofErr w:type="spellStart"/>
      <w:r w:rsidR="005076BD" w:rsidRPr="005C7A43">
        <w:rPr>
          <w:sz w:val="24"/>
          <w:szCs w:val="24"/>
        </w:rPr>
        <w:t>estudante</w:t>
      </w:r>
      <w:proofErr w:type="spellEnd"/>
      <w:r w:rsidR="005076BD" w:rsidRPr="005C7A43">
        <w:rPr>
          <w:sz w:val="24"/>
          <w:szCs w:val="24"/>
        </w:rPr>
        <w:t xml:space="preserve"> </w:t>
      </w:r>
      <w:proofErr w:type="spellStart"/>
      <w:r w:rsidR="005076BD" w:rsidRPr="005C7A43">
        <w:rPr>
          <w:sz w:val="24"/>
          <w:szCs w:val="24"/>
        </w:rPr>
        <w:t>às</w:t>
      </w:r>
      <w:proofErr w:type="spellEnd"/>
      <w:r w:rsidR="005076BD" w:rsidRPr="005C7A43">
        <w:rPr>
          <w:sz w:val="24"/>
          <w:szCs w:val="24"/>
        </w:rPr>
        <w:t xml:space="preserve"> </w:t>
      </w:r>
      <w:proofErr w:type="spellStart"/>
      <w:r w:rsidR="005076BD" w:rsidRPr="005C7A43">
        <w:rPr>
          <w:sz w:val="24"/>
          <w:szCs w:val="24"/>
        </w:rPr>
        <w:t>atividades</w:t>
      </w:r>
      <w:proofErr w:type="spellEnd"/>
      <w:r w:rsidR="005076BD" w:rsidRPr="005C7A43">
        <w:rPr>
          <w:sz w:val="24"/>
          <w:szCs w:val="24"/>
        </w:rPr>
        <w:t xml:space="preserve"> </w:t>
      </w:r>
      <w:proofErr w:type="spellStart"/>
      <w:r w:rsidR="005076BD" w:rsidRPr="005C7A43">
        <w:rPr>
          <w:sz w:val="24"/>
          <w:szCs w:val="24"/>
        </w:rPr>
        <w:t>acadêmicas</w:t>
      </w:r>
      <w:proofErr w:type="spellEnd"/>
      <w:r w:rsidR="005076BD" w:rsidRPr="005C7A43">
        <w:rPr>
          <w:sz w:val="24"/>
          <w:szCs w:val="24"/>
        </w:rPr>
        <w:t xml:space="preserve"> </w:t>
      </w:r>
      <w:proofErr w:type="spellStart"/>
      <w:r w:rsidR="005076BD" w:rsidRPr="005C7A43">
        <w:rPr>
          <w:sz w:val="24"/>
          <w:szCs w:val="24"/>
        </w:rPr>
        <w:t>p</w:t>
      </w:r>
      <w:r w:rsidR="00D62664">
        <w:rPr>
          <w:sz w:val="24"/>
          <w:szCs w:val="24"/>
        </w:rPr>
        <w:t>REE</w:t>
      </w:r>
      <w:r w:rsidR="005076BD" w:rsidRPr="005C7A43">
        <w:rPr>
          <w:sz w:val="24"/>
          <w:szCs w:val="24"/>
        </w:rPr>
        <w:t>enciais</w:t>
      </w:r>
      <w:proofErr w:type="spellEnd"/>
      <w:r w:rsidR="005076BD" w:rsidRPr="005C7A43">
        <w:rPr>
          <w:sz w:val="24"/>
          <w:szCs w:val="24"/>
        </w:rPr>
        <w:t>.</w:t>
      </w:r>
    </w:p>
    <w:p w:rsidR="00457E2D" w:rsidRPr="005C7A43" w:rsidRDefault="00457E2D" w:rsidP="005C7A43">
      <w:pPr>
        <w:spacing w:after="0" w:line="240" w:lineRule="auto"/>
        <w:jc w:val="both"/>
        <w:rPr>
          <w:sz w:val="24"/>
          <w:szCs w:val="24"/>
        </w:rPr>
      </w:pPr>
    </w:p>
    <w:p w:rsidR="004231D9" w:rsidRPr="00310465" w:rsidRDefault="00D62664" w:rsidP="004B5BD4">
      <w:pPr>
        <w:pStyle w:val="Ttulo1"/>
        <w:numPr>
          <w:ilvl w:val="0"/>
          <w:numId w:val="18"/>
        </w:numPr>
        <w:rPr>
          <w:rFonts w:asciiTheme="minorHAnsi" w:hAnsiTheme="minorHAnsi"/>
          <w:color w:val="auto"/>
          <w:sz w:val="24"/>
          <w:szCs w:val="24"/>
        </w:rPr>
      </w:pPr>
      <w:bookmarkStart w:id="14" w:name="_Toc233826708"/>
      <w:r w:rsidRPr="00310465">
        <w:rPr>
          <w:rFonts w:asciiTheme="minorHAnsi" w:hAnsiTheme="minorHAnsi"/>
          <w:color w:val="auto"/>
          <w:sz w:val="24"/>
          <w:szCs w:val="24"/>
        </w:rPr>
        <w:t>REE</w:t>
      </w:r>
      <w:r w:rsidR="005076BD" w:rsidRPr="00310465">
        <w:rPr>
          <w:rFonts w:asciiTheme="minorHAnsi" w:hAnsiTheme="minorHAnsi"/>
          <w:color w:val="auto"/>
          <w:sz w:val="24"/>
          <w:szCs w:val="24"/>
        </w:rPr>
        <w:t>PONSABILIDADES DO ESTUDANTE</w:t>
      </w:r>
      <w:bookmarkEnd w:id="14"/>
    </w:p>
    <w:p w:rsidR="00457E2D" w:rsidRDefault="005076BD" w:rsidP="005C7A43">
      <w:pPr>
        <w:spacing w:after="0" w:line="240" w:lineRule="auto"/>
        <w:rPr>
          <w:sz w:val="24"/>
          <w:szCs w:val="24"/>
        </w:rPr>
      </w:pPr>
      <w:r w:rsidRPr="005C7A43">
        <w:rPr>
          <w:sz w:val="24"/>
          <w:szCs w:val="24"/>
        </w:rPr>
        <w:t xml:space="preserve">Compete </w:t>
      </w:r>
      <w:proofErr w:type="spellStart"/>
      <w:r w:rsidRPr="005C7A43">
        <w:rPr>
          <w:sz w:val="24"/>
          <w:szCs w:val="24"/>
        </w:rPr>
        <w:t>ao</w:t>
      </w:r>
      <w:proofErr w:type="spellEnd"/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estudante</w:t>
      </w:r>
      <w:proofErr w:type="spellEnd"/>
      <w:r w:rsidRPr="005C7A43">
        <w:rPr>
          <w:sz w:val="24"/>
          <w:szCs w:val="24"/>
        </w:rPr>
        <w:t>:</w:t>
      </w:r>
    </w:p>
    <w:p w:rsidR="00457E2D" w:rsidRDefault="005076BD" w:rsidP="00457E2D">
      <w:pPr>
        <w:pStyle w:val="PargrafodaLista"/>
        <w:numPr>
          <w:ilvl w:val="0"/>
          <w:numId w:val="15"/>
        </w:numPr>
        <w:spacing w:after="0" w:line="240" w:lineRule="auto"/>
        <w:rPr>
          <w:sz w:val="24"/>
          <w:szCs w:val="24"/>
        </w:rPr>
      </w:pPr>
      <w:proofErr w:type="spellStart"/>
      <w:r w:rsidRPr="00457E2D">
        <w:rPr>
          <w:sz w:val="24"/>
          <w:szCs w:val="24"/>
        </w:rPr>
        <w:t>realizar</w:t>
      </w:r>
      <w:proofErr w:type="spellEnd"/>
      <w:r w:rsidRPr="00457E2D">
        <w:rPr>
          <w:sz w:val="24"/>
          <w:szCs w:val="24"/>
        </w:rPr>
        <w:t xml:space="preserve"> </w:t>
      </w:r>
      <w:proofErr w:type="spellStart"/>
      <w:r w:rsidRPr="00457E2D">
        <w:rPr>
          <w:sz w:val="24"/>
          <w:szCs w:val="24"/>
        </w:rPr>
        <w:t>corre</w:t>
      </w:r>
      <w:r w:rsidR="00457E2D">
        <w:rPr>
          <w:sz w:val="24"/>
          <w:szCs w:val="24"/>
        </w:rPr>
        <w:t>tamente</w:t>
      </w:r>
      <w:proofErr w:type="spellEnd"/>
      <w:r w:rsidR="00457E2D">
        <w:rPr>
          <w:sz w:val="24"/>
          <w:szCs w:val="24"/>
        </w:rPr>
        <w:t xml:space="preserve"> a </w:t>
      </w:r>
      <w:proofErr w:type="spellStart"/>
      <w:r w:rsidR="00457E2D">
        <w:rPr>
          <w:sz w:val="24"/>
          <w:szCs w:val="24"/>
        </w:rPr>
        <w:t>solicitação</w:t>
      </w:r>
      <w:proofErr w:type="spellEnd"/>
      <w:r w:rsidR="00457E2D">
        <w:rPr>
          <w:sz w:val="24"/>
          <w:szCs w:val="24"/>
        </w:rPr>
        <w:t xml:space="preserve"> do </w:t>
      </w:r>
      <w:r w:rsidR="00D62664">
        <w:rPr>
          <w:sz w:val="24"/>
          <w:szCs w:val="24"/>
        </w:rPr>
        <w:t>REE</w:t>
      </w:r>
      <w:r w:rsidR="00457E2D">
        <w:rPr>
          <w:sz w:val="24"/>
          <w:szCs w:val="24"/>
        </w:rPr>
        <w:t>;</w:t>
      </w:r>
    </w:p>
    <w:p w:rsidR="00457E2D" w:rsidRDefault="005076BD" w:rsidP="00457E2D">
      <w:pPr>
        <w:pStyle w:val="PargrafodaLista"/>
        <w:numPr>
          <w:ilvl w:val="0"/>
          <w:numId w:val="15"/>
        </w:numPr>
        <w:spacing w:after="0" w:line="240" w:lineRule="auto"/>
        <w:rPr>
          <w:sz w:val="24"/>
          <w:szCs w:val="24"/>
        </w:rPr>
      </w:pPr>
      <w:proofErr w:type="spellStart"/>
      <w:r w:rsidRPr="00457E2D">
        <w:rPr>
          <w:sz w:val="24"/>
          <w:szCs w:val="24"/>
        </w:rPr>
        <w:t>ap</w:t>
      </w:r>
      <w:r w:rsidR="00D62664">
        <w:rPr>
          <w:sz w:val="24"/>
          <w:szCs w:val="24"/>
        </w:rPr>
        <w:t>REE</w:t>
      </w:r>
      <w:r w:rsidRPr="00457E2D">
        <w:rPr>
          <w:sz w:val="24"/>
          <w:szCs w:val="24"/>
        </w:rPr>
        <w:t>entar</w:t>
      </w:r>
      <w:proofErr w:type="spellEnd"/>
      <w:r w:rsidRPr="00457E2D">
        <w:rPr>
          <w:sz w:val="24"/>
          <w:szCs w:val="24"/>
        </w:rPr>
        <w:t xml:space="preserve"> </w:t>
      </w:r>
      <w:proofErr w:type="spellStart"/>
      <w:r w:rsidRPr="00457E2D">
        <w:rPr>
          <w:sz w:val="24"/>
          <w:szCs w:val="24"/>
        </w:rPr>
        <w:t>documentação</w:t>
      </w:r>
      <w:proofErr w:type="spellEnd"/>
      <w:r w:rsidRPr="00457E2D">
        <w:rPr>
          <w:sz w:val="24"/>
          <w:szCs w:val="24"/>
        </w:rPr>
        <w:t xml:space="preserve"> </w:t>
      </w:r>
      <w:proofErr w:type="spellStart"/>
      <w:r w:rsidRPr="00457E2D">
        <w:rPr>
          <w:sz w:val="24"/>
          <w:szCs w:val="24"/>
        </w:rPr>
        <w:t>c</w:t>
      </w:r>
      <w:r w:rsidR="00457E2D" w:rsidRPr="00457E2D">
        <w:rPr>
          <w:sz w:val="24"/>
          <w:szCs w:val="24"/>
        </w:rPr>
        <w:t>omprobatória</w:t>
      </w:r>
      <w:proofErr w:type="spellEnd"/>
      <w:r w:rsidR="00457E2D" w:rsidRPr="00457E2D">
        <w:rPr>
          <w:sz w:val="24"/>
          <w:szCs w:val="24"/>
        </w:rPr>
        <w:t xml:space="preserve"> </w:t>
      </w:r>
      <w:proofErr w:type="spellStart"/>
      <w:r w:rsidR="00457E2D" w:rsidRPr="00457E2D">
        <w:rPr>
          <w:sz w:val="24"/>
          <w:szCs w:val="24"/>
        </w:rPr>
        <w:t>pe</w:t>
      </w:r>
      <w:r w:rsidR="00457E2D">
        <w:rPr>
          <w:sz w:val="24"/>
          <w:szCs w:val="24"/>
        </w:rPr>
        <w:t>rtinente</w:t>
      </w:r>
      <w:proofErr w:type="spellEnd"/>
      <w:r w:rsidR="00457E2D">
        <w:rPr>
          <w:sz w:val="24"/>
          <w:szCs w:val="24"/>
        </w:rPr>
        <w:t>;</w:t>
      </w:r>
    </w:p>
    <w:p w:rsidR="00457E2D" w:rsidRDefault="005076BD" w:rsidP="00457E2D">
      <w:pPr>
        <w:pStyle w:val="PargrafodaLista"/>
        <w:numPr>
          <w:ilvl w:val="0"/>
          <w:numId w:val="15"/>
        </w:numPr>
        <w:spacing w:after="0" w:line="240" w:lineRule="auto"/>
        <w:rPr>
          <w:sz w:val="24"/>
          <w:szCs w:val="24"/>
        </w:rPr>
      </w:pPr>
      <w:proofErr w:type="spellStart"/>
      <w:r w:rsidRPr="00457E2D">
        <w:rPr>
          <w:sz w:val="24"/>
          <w:szCs w:val="24"/>
        </w:rPr>
        <w:t>acompanhar</w:t>
      </w:r>
      <w:proofErr w:type="spellEnd"/>
      <w:r w:rsidRPr="00457E2D">
        <w:rPr>
          <w:sz w:val="24"/>
          <w:szCs w:val="24"/>
        </w:rPr>
        <w:t xml:space="preserve"> </w:t>
      </w:r>
      <w:proofErr w:type="spellStart"/>
      <w:r w:rsidRPr="00457E2D">
        <w:rPr>
          <w:sz w:val="24"/>
          <w:szCs w:val="24"/>
        </w:rPr>
        <w:t>os</w:t>
      </w:r>
      <w:proofErr w:type="spellEnd"/>
      <w:r w:rsidRPr="00457E2D">
        <w:rPr>
          <w:sz w:val="24"/>
          <w:szCs w:val="24"/>
        </w:rPr>
        <w:t xml:space="preserve"> </w:t>
      </w:r>
      <w:proofErr w:type="spellStart"/>
      <w:r w:rsidRPr="00457E2D">
        <w:rPr>
          <w:sz w:val="24"/>
          <w:szCs w:val="24"/>
        </w:rPr>
        <w:t>canais</w:t>
      </w:r>
      <w:proofErr w:type="spellEnd"/>
      <w:r w:rsidRPr="00457E2D">
        <w:rPr>
          <w:sz w:val="24"/>
          <w:szCs w:val="24"/>
        </w:rPr>
        <w:t xml:space="preserve"> </w:t>
      </w:r>
      <w:proofErr w:type="spellStart"/>
      <w:r w:rsidRPr="00457E2D">
        <w:rPr>
          <w:sz w:val="24"/>
          <w:szCs w:val="24"/>
        </w:rPr>
        <w:t>i</w:t>
      </w:r>
      <w:r w:rsidR="00457E2D" w:rsidRPr="00457E2D">
        <w:rPr>
          <w:sz w:val="24"/>
          <w:szCs w:val="24"/>
        </w:rPr>
        <w:t>nstitucionais</w:t>
      </w:r>
      <w:proofErr w:type="spellEnd"/>
      <w:r w:rsidR="00457E2D" w:rsidRPr="00457E2D">
        <w:rPr>
          <w:sz w:val="24"/>
          <w:szCs w:val="24"/>
        </w:rPr>
        <w:t xml:space="preserve"> de </w:t>
      </w:r>
      <w:proofErr w:type="spellStart"/>
      <w:r w:rsidR="00457E2D" w:rsidRPr="00457E2D">
        <w:rPr>
          <w:sz w:val="24"/>
          <w:szCs w:val="24"/>
        </w:rPr>
        <w:t>comunicaçã</w:t>
      </w:r>
      <w:r w:rsidR="00457E2D">
        <w:rPr>
          <w:sz w:val="24"/>
          <w:szCs w:val="24"/>
        </w:rPr>
        <w:t>o</w:t>
      </w:r>
      <w:proofErr w:type="spellEnd"/>
      <w:r w:rsidR="00457E2D">
        <w:rPr>
          <w:sz w:val="24"/>
          <w:szCs w:val="24"/>
        </w:rPr>
        <w:t>;</w:t>
      </w:r>
    </w:p>
    <w:p w:rsidR="00457E2D" w:rsidRDefault="00457E2D" w:rsidP="00457E2D">
      <w:pPr>
        <w:pStyle w:val="PargrafodaLista"/>
        <w:numPr>
          <w:ilvl w:val="0"/>
          <w:numId w:val="15"/>
        </w:numPr>
        <w:spacing w:after="0" w:line="240" w:lineRule="auto"/>
        <w:rPr>
          <w:sz w:val="24"/>
          <w:szCs w:val="24"/>
        </w:rPr>
      </w:pPr>
      <w:proofErr w:type="spellStart"/>
      <w:r>
        <w:rPr>
          <w:sz w:val="24"/>
          <w:szCs w:val="24"/>
        </w:rPr>
        <w:t>acessar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regularmente</w:t>
      </w:r>
      <w:proofErr w:type="spellEnd"/>
      <w:r>
        <w:rPr>
          <w:sz w:val="24"/>
          <w:szCs w:val="24"/>
        </w:rPr>
        <w:t xml:space="preserve"> o AVA;</w:t>
      </w:r>
    </w:p>
    <w:p w:rsidR="00457E2D" w:rsidRDefault="005076BD" w:rsidP="00457E2D">
      <w:pPr>
        <w:pStyle w:val="PargrafodaLista"/>
        <w:numPr>
          <w:ilvl w:val="0"/>
          <w:numId w:val="15"/>
        </w:numPr>
        <w:spacing w:after="0" w:line="240" w:lineRule="auto"/>
        <w:rPr>
          <w:sz w:val="24"/>
          <w:szCs w:val="24"/>
        </w:rPr>
      </w:pPr>
      <w:proofErr w:type="spellStart"/>
      <w:r w:rsidRPr="00457E2D">
        <w:rPr>
          <w:sz w:val="24"/>
          <w:szCs w:val="24"/>
        </w:rPr>
        <w:t>realizar</w:t>
      </w:r>
      <w:proofErr w:type="spellEnd"/>
      <w:r w:rsidRPr="00457E2D">
        <w:rPr>
          <w:sz w:val="24"/>
          <w:szCs w:val="24"/>
        </w:rPr>
        <w:t xml:space="preserve"> as </w:t>
      </w:r>
      <w:proofErr w:type="spellStart"/>
      <w:r w:rsidRPr="00457E2D">
        <w:rPr>
          <w:sz w:val="24"/>
          <w:szCs w:val="24"/>
        </w:rPr>
        <w:t>ati</w:t>
      </w:r>
      <w:r w:rsidR="00457E2D">
        <w:rPr>
          <w:sz w:val="24"/>
          <w:szCs w:val="24"/>
        </w:rPr>
        <w:t>vidades</w:t>
      </w:r>
      <w:proofErr w:type="spellEnd"/>
      <w:r w:rsidR="00457E2D">
        <w:rPr>
          <w:sz w:val="24"/>
          <w:szCs w:val="24"/>
        </w:rPr>
        <w:t xml:space="preserve"> </w:t>
      </w:r>
      <w:proofErr w:type="spellStart"/>
      <w:r w:rsidR="00457E2D">
        <w:rPr>
          <w:sz w:val="24"/>
          <w:szCs w:val="24"/>
        </w:rPr>
        <w:t>acadêmicas</w:t>
      </w:r>
      <w:proofErr w:type="spellEnd"/>
      <w:r w:rsidR="00457E2D">
        <w:rPr>
          <w:sz w:val="24"/>
          <w:szCs w:val="24"/>
        </w:rPr>
        <w:t xml:space="preserve"> </w:t>
      </w:r>
      <w:proofErr w:type="spellStart"/>
      <w:r w:rsidR="00457E2D">
        <w:rPr>
          <w:sz w:val="24"/>
          <w:szCs w:val="24"/>
        </w:rPr>
        <w:t>propostas</w:t>
      </w:r>
      <w:proofErr w:type="spellEnd"/>
      <w:r w:rsidR="00457E2D">
        <w:rPr>
          <w:sz w:val="24"/>
          <w:szCs w:val="24"/>
        </w:rPr>
        <w:t>;</w:t>
      </w:r>
    </w:p>
    <w:p w:rsidR="00457E2D" w:rsidRDefault="005076BD" w:rsidP="00457E2D">
      <w:pPr>
        <w:pStyle w:val="PargrafodaLista"/>
        <w:numPr>
          <w:ilvl w:val="0"/>
          <w:numId w:val="15"/>
        </w:numPr>
        <w:spacing w:after="0" w:line="240" w:lineRule="auto"/>
        <w:rPr>
          <w:sz w:val="24"/>
          <w:szCs w:val="24"/>
        </w:rPr>
      </w:pPr>
      <w:proofErr w:type="spellStart"/>
      <w:r w:rsidRPr="00457E2D">
        <w:rPr>
          <w:sz w:val="24"/>
          <w:szCs w:val="24"/>
        </w:rPr>
        <w:t>obse</w:t>
      </w:r>
      <w:r w:rsidR="00457E2D" w:rsidRPr="00457E2D">
        <w:rPr>
          <w:sz w:val="24"/>
          <w:szCs w:val="24"/>
        </w:rPr>
        <w:t>rvar</w:t>
      </w:r>
      <w:proofErr w:type="spellEnd"/>
      <w:r w:rsidR="00457E2D" w:rsidRPr="00457E2D">
        <w:rPr>
          <w:sz w:val="24"/>
          <w:szCs w:val="24"/>
        </w:rPr>
        <w:t xml:space="preserve"> </w:t>
      </w:r>
      <w:proofErr w:type="spellStart"/>
      <w:r w:rsidR="00457E2D" w:rsidRPr="00457E2D">
        <w:rPr>
          <w:sz w:val="24"/>
          <w:szCs w:val="24"/>
        </w:rPr>
        <w:t>os</w:t>
      </w:r>
      <w:proofErr w:type="spellEnd"/>
      <w:r w:rsidR="00457E2D" w:rsidRPr="00457E2D">
        <w:rPr>
          <w:sz w:val="24"/>
          <w:szCs w:val="24"/>
        </w:rPr>
        <w:t xml:space="preserve"> </w:t>
      </w:r>
      <w:proofErr w:type="spellStart"/>
      <w:r w:rsidR="00457E2D" w:rsidRPr="00457E2D">
        <w:rPr>
          <w:sz w:val="24"/>
          <w:szCs w:val="24"/>
        </w:rPr>
        <w:t>prazos</w:t>
      </w:r>
      <w:proofErr w:type="spellEnd"/>
      <w:r w:rsidR="00457E2D" w:rsidRPr="00457E2D">
        <w:rPr>
          <w:sz w:val="24"/>
          <w:szCs w:val="24"/>
        </w:rPr>
        <w:t xml:space="preserve"> </w:t>
      </w:r>
      <w:proofErr w:type="spellStart"/>
      <w:r w:rsidR="00457E2D" w:rsidRPr="00457E2D">
        <w:rPr>
          <w:sz w:val="24"/>
          <w:szCs w:val="24"/>
        </w:rPr>
        <w:t>estabel</w:t>
      </w:r>
      <w:r w:rsidR="00457E2D">
        <w:rPr>
          <w:sz w:val="24"/>
          <w:szCs w:val="24"/>
        </w:rPr>
        <w:t>ecidos</w:t>
      </w:r>
      <w:proofErr w:type="spellEnd"/>
      <w:r w:rsidR="00457E2D">
        <w:rPr>
          <w:sz w:val="24"/>
          <w:szCs w:val="24"/>
        </w:rPr>
        <w:t>;</w:t>
      </w:r>
    </w:p>
    <w:p w:rsidR="00457E2D" w:rsidRDefault="005076BD" w:rsidP="00457E2D">
      <w:pPr>
        <w:pStyle w:val="PargrafodaLista"/>
        <w:numPr>
          <w:ilvl w:val="0"/>
          <w:numId w:val="15"/>
        </w:numPr>
        <w:spacing w:after="0" w:line="240" w:lineRule="auto"/>
        <w:rPr>
          <w:sz w:val="24"/>
          <w:szCs w:val="24"/>
        </w:rPr>
      </w:pPr>
      <w:proofErr w:type="spellStart"/>
      <w:r w:rsidRPr="00457E2D">
        <w:rPr>
          <w:sz w:val="24"/>
          <w:szCs w:val="24"/>
        </w:rPr>
        <w:lastRenderedPageBreak/>
        <w:t>solicitar</w:t>
      </w:r>
      <w:proofErr w:type="spellEnd"/>
      <w:r w:rsidRPr="00457E2D">
        <w:rPr>
          <w:sz w:val="24"/>
          <w:szCs w:val="24"/>
        </w:rPr>
        <w:t xml:space="preserve"> </w:t>
      </w:r>
      <w:proofErr w:type="spellStart"/>
      <w:r w:rsidRPr="00457E2D">
        <w:rPr>
          <w:sz w:val="24"/>
          <w:szCs w:val="24"/>
        </w:rPr>
        <w:t>segun</w:t>
      </w:r>
      <w:r w:rsidR="00457E2D">
        <w:rPr>
          <w:sz w:val="24"/>
          <w:szCs w:val="24"/>
        </w:rPr>
        <w:t>da</w:t>
      </w:r>
      <w:proofErr w:type="spellEnd"/>
      <w:r w:rsidR="00457E2D">
        <w:rPr>
          <w:sz w:val="24"/>
          <w:szCs w:val="24"/>
        </w:rPr>
        <w:t xml:space="preserve"> </w:t>
      </w:r>
      <w:proofErr w:type="spellStart"/>
      <w:r w:rsidR="00457E2D">
        <w:rPr>
          <w:sz w:val="24"/>
          <w:szCs w:val="24"/>
        </w:rPr>
        <w:t>chamada</w:t>
      </w:r>
      <w:proofErr w:type="spellEnd"/>
      <w:r w:rsidR="00457E2D">
        <w:rPr>
          <w:sz w:val="24"/>
          <w:szCs w:val="24"/>
        </w:rPr>
        <w:t xml:space="preserve"> </w:t>
      </w:r>
      <w:proofErr w:type="spellStart"/>
      <w:r w:rsidR="00457E2D">
        <w:rPr>
          <w:sz w:val="24"/>
          <w:szCs w:val="24"/>
        </w:rPr>
        <w:t>quando</w:t>
      </w:r>
      <w:proofErr w:type="spellEnd"/>
      <w:r w:rsidR="00457E2D">
        <w:rPr>
          <w:sz w:val="24"/>
          <w:szCs w:val="24"/>
        </w:rPr>
        <w:t xml:space="preserve"> </w:t>
      </w:r>
      <w:proofErr w:type="spellStart"/>
      <w:r w:rsidR="00457E2D">
        <w:rPr>
          <w:sz w:val="24"/>
          <w:szCs w:val="24"/>
        </w:rPr>
        <w:t>necessário</w:t>
      </w:r>
      <w:proofErr w:type="spellEnd"/>
      <w:r w:rsidR="00457E2D">
        <w:rPr>
          <w:sz w:val="24"/>
          <w:szCs w:val="24"/>
        </w:rPr>
        <w:t>;</w:t>
      </w:r>
    </w:p>
    <w:p w:rsidR="005C7A43" w:rsidRPr="00457E2D" w:rsidRDefault="005076BD" w:rsidP="00457E2D">
      <w:pPr>
        <w:pStyle w:val="PargrafodaLista"/>
        <w:numPr>
          <w:ilvl w:val="0"/>
          <w:numId w:val="15"/>
        </w:numPr>
        <w:spacing w:after="0" w:line="240" w:lineRule="auto"/>
        <w:rPr>
          <w:sz w:val="24"/>
          <w:szCs w:val="24"/>
        </w:rPr>
      </w:pPr>
      <w:proofErr w:type="spellStart"/>
      <w:proofErr w:type="gramStart"/>
      <w:r w:rsidRPr="00457E2D">
        <w:rPr>
          <w:sz w:val="24"/>
          <w:szCs w:val="24"/>
        </w:rPr>
        <w:t>cumprir</w:t>
      </w:r>
      <w:proofErr w:type="spellEnd"/>
      <w:proofErr w:type="gramEnd"/>
      <w:r w:rsidRPr="00457E2D">
        <w:rPr>
          <w:sz w:val="24"/>
          <w:szCs w:val="24"/>
        </w:rPr>
        <w:t xml:space="preserve"> as </w:t>
      </w:r>
      <w:proofErr w:type="spellStart"/>
      <w:r w:rsidRPr="00457E2D">
        <w:rPr>
          <w:sz w:val="24"/>
          <w:szCs w:val="24"/>
        </w:rPr>
        <w:t>orientações</w:t>
      </w:r>
      <w:proofErr w:type="spellEnd"/>
      <w:r w:rsidRPr="00457E2D">
        <w:rPr>
          <w:sz w:val="24"/>
          <w:szCs w:val="24"/>
        </w:rPr>
        <w:t xml:space="preserve"> </w:t>
      </w:r>
      <w:proofErr w:type="spellStart"/>
      <w:r w:rsidRPr="00457E2D">
        <w:rPr>
          <w:sz w:val="24"/>
          <w:szCs w:val="24"/>
        </w:rPr>
        <w:t>institucionais</w:t>
      </w:r>
      <w:proofErr w:type="spellEnd"/>
      <w:r w:rsidRPr="00457E2D">
        <w:rPr>
          <w:sz w:val="24"/>
          <w:szCs w:val="24"/>
        </w:rPr>
        <w:t xml:space="preserve"> </w:t>
      </w:r>
      <w:proofErr w:type="spellStart"/>
      <w:r w:rsidRPr="00457E2D">
        <w:rPr>
          <w:sz w:val="24"/>
          <w:szCs w:val="24"/>
        </w:rPr>
        <w:t>relativas</w:t>
      </w:r>
      <w:proofErr w:type="spellEnd"/>
      <w:r w:rsidRPr="00457E2D">
        <w:rPr>
          <w:sz w:val="24"/>
          <w:szCs w:val="24"/>
        </w:rPr>
        <w:t xml:space="preserve"> </w:t>
      </w:r>
      <w:proofErr w:type="spellStart"/>
      <w:r w:rsidRPr="00457E2D">
        <w:rPr>
          <w:sz w:val="24"/>
          <w:szCs w:val="24"/>
        </w:rPr>
        <w:t>ao</w:t>
      </w:r>
      <w:proofErr w:type="spellEnd"/>
      <w:r w:rsidRPr="00457E2D">
        <w:rPr>
          <w:sz w:val="24"/>
          <w:szCs w:val="24"/>
        </w:rPr>
        <w:t xml:space="preserve"> </w:t>
      </w:r>
      <w:r w:rsidR="00D62664">
        <w:rPr>
          <w:sz w:val="24"/>
          <w:szCs w:val="24"/>
        </w:rPr>
        <w:t>REE</w:t>
      </w:r>
      <w:r w:rsidRPr="00457E2D">
        <w:rPr>
          <w:sz w:val="24"/>
          <w:szCs w:val="24"/>
        </w:rPr>
        <w:t>.</w:t>
      </w:r>
    </w:p>
    <w:p w:rsidR="00457E2D" w:rsidRPr="005C7A43" w:rsidRDefault="00457E2D" w:rsidP="00FD2A42">
      <w:pPr>
        <w:pStyle w:val="Ttulo1"/>
      </w:pPr>
    </w:p>
    <w:p w:rsidR="004231D9" w:rsidRPr="00310465" w:rsidRDefault="005076BD" w:rsidP="004B5BD4">
      <w:pPr>
        <w:pStyle w:val="Ttulo1"/>
        <w:numPr>
          <w:ilvl w:val="0"/>
          <w:numId w:val="18"/>
        </w:numPr>
        <w:rPr>
          <w:rFonts w:asciiTheme="minorHAnsi" w:hAnsiTheme="minorHAnsi"/>
          <w:color w:val="auto"/>
          <w:sz w:val="24"/>
          <w:szCs w:val="24"/>
        </w:rPr>
      </w:pPr>
      <w:bookmarkStart w:id="15" w:name="_Toc233826709"/>
      <w:r w:rsidRPr="00310465">
        <w:rPr>
          <w:rFonts w:asciiTheme="minorHAnsi" w:hAnsiTheme="minorHAnsi"/>
          <w:color w:val="auto"/>
          <w:sz w:val="24"/>
          <w:szCs w:val="24"/>
        </w:rPr>
        <w:t>PERGUNTAS FREQUENTES</w:t>
      </w:r>
      <w:bookmarkEnd w:id="15"/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8780"/>
      </w:tblGrid>
      <w:tr w:rsidR="005C7A43" w:rsidRPr="005C7A43" w:rsidTr="005C7A43">
        <w:tc>
          <w:tcPr>
            <w:tcW w:w="8780" w:type="dxa"/>
          </w:tcPr>
          <w:p w:rsidR="005C7A43" w:rsidRPr="005C7A43" w:rsidRDefault="005C7A43" w:rsidP="005C7A43">
            <w:pPr>
              <w:jc w:val="both"/>
              <w:rPr>
                <w:b/>
                <w:sz w:val="24"/>
                <w:szCs w:val="24"/>
              </w:rPr>
            </w:pPr>
            <w:proofErr w:type="spellStart"/>
            <w:r w:rsidRPr="005C7A43">
              <w:rPr>
                <w:b/>
                <w:sz w:val="24"/>
                <w:szCs w:val="24"/>
              </w:rPr>
              <w:t>Posso</w:t>
            </w:r>
            <w:proofErr w:type="spellEnd"/>
            <w:r w:rsidRPr="005C7A43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5C7A43">
              <w:rPr>
                <w:b/>
                <w:sz w:val="24"/>
                <w:szCs w:val="24"/>
              </w:rPr>
              <w:t>frequentar</w:t>
            </w:r>
            <w:proofErr w:type="spellEnd"/>
            <w:r w:rsidRPr="005C7A43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5C7A43">
              <w:rPr>
                <w:b/>
                <w:sz w:val="24"/>
                <w:szCs w:val="24"/>
              </w:rPr>
              <w:t>apenas</w:t>
            </w:r>
            <w:proofErr w:type="spellEnd"/>
            <w:r w:rsidRPr="005C7A43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5C7A43">
              <w:rPr>
                <w:b/>
                <w:sz w:val="24"/>
                <w:szCs w:val="24"/>
              </w:rPr>
              <w:t>algumas</w:t>
            </w:r>
            <w:proofErr w:type="spellEnd"/>
            <w:r w:rsidRPr="005C7A43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5C7A43">
              <w:rPr>
                <w:b/>
                <w:sz w:val="24"/>
                <w:szCs w:val="24"/>
              </w:rPr>
              <w:t>aulas</w:t>
            </w:r>
            <w:proofErr w:type="spellEnd"/>
            <w:r w:rsidRPr="005C7A43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5C7A43">
              <w:rPr>
                <w:b/>
                <w:sz w:val="24"/>
                <w:szCs w:val="24"/>
              </w:rPr>
              <w:t>durante</w:t>
            </w:r>
            <w:proofErr w:type="spellEnd"/>
            <w:r w:rsidRPr="005C7A43">
              <w:rPr>
                <w:b/>
                <w:sz w:val="24"/>
                <w:szCs w:val="24"/>
              </w:rPr>
              <w:t xml:space="preserve"> o </w:t>
            </w:r>
            <w:r w:rsidR="00D62664">
              <w:rPr>
                <w:b/>
                <w:sz w:val="24"/>
                <w:szCs w:val="24"/>
              </w:rPr>
              <w:t>REE</w:t>
            </w:r>
            <w:r w:rsidRPr="005C7A43">
              <w:rPr>
                <w:b/>
                <w:sz w:val="24"/>
                <w:szCs w:val="24"/>
              </w:rPr>
              <w:t>?</w:t>
            </w:r>
          </w:p>
          <w:p w:rsidR="005C7A43" w:rsidRPr="005C7A43" w:rsidRDefault="005C7A43" w:rsidP="005C7A43">
            <w:pPr>
              <w:jc w:val="both"/>
              <w:rPr>
                <w:b/>
                <w:sz w:val="24"/>
                <w:szCs w:val="24"/>
              </w:rPr>
            </w:pPr>
            <w:r w:rsidRPr="005C7A43">
              <w:rPr>
                <w:sz w:val="24"/>
                <w:szCs w:val="24"/>
              </w:rPr>
              <w:br/>
            </w:r>
            <w:proofErr w:type="spellStart"/>
            <w:r w:rsidRPr="005C7A43">
              <w:rPr>
                <w:sz w:val="24"/>
                <w:szCs w:val="24"/>
              </w:rPr>
              <w:t>Não</w:t>
            </w:r>
            <w:proofErr w:type="spellEnd"/>
            <w:r w:rsidRPr="005C7A43">
              <w:rPr>
                <w:sz w:val="24"/>
                <w:szCs w:val="24"/>
              </w:rPr>
              <w:t xml:space="preserve">. O </w:t>
            </w:r>
            <w:r w:rsidR="00D62664">
              <w:rPr>
                <w:sz w:val="24"/>
                <w:szCs w:val="24"/>
              </w:rPr>
              <w:t>REE</w:t>
            </w:r>
            <w:r w:rsidRPr="005C7A43">
              <w:rPr>
                <w:sz w:val="24"/>
                <w:szCs w:val="24"/>
              </w:rPr>
              <w:t xml:space="preserve"> é </w:t>
            </w:r>
            <w:proofErr w:type="spellStart"/>
            <w:r w:rsidRPr="005C7A43">
              <w:rPr>
                <w:sz w:val="24"/>
                <w:szCs w:val="24"/>
              </w:rPr>
              <w:t>concedido</w:t>
            </w:r>
            <w:proofErr w:type="spellEnd"/>
            <w:r w:rsidRPr="005C7A43">
              <w:rPr>
                <w:sz w:val="24"/>
                <w:szCs w:val="24"/>
              </w:rPr>
              <w:t xml:space="preserve"> de forma integral </w:t>
            </w:r>
            <w:proofErr w:type="spellStart"/>
            <w:r w:rsidRPr="005C7A43">
              <w:rPr>
                <w:sz w:val="24"/>
                <w:szCs w:val="24"/>
              </w:rPr>
              <w:t>durante</w:t>
            </w:r>
            <w:proofErr w:type="spellEnd"/>
            <w:r w:rsidRPr="005C7A43">
              <w:rPr>
                <w:sz w:val="24"/>
                <w:szCs w:val="24"/>
              </w:rPr>
              <w:t xml:space="preserve"> o </w:t>
            </w:r>
            <w:proofErr w:type="spellStart"/>
            <w:r w:rsidRPr="005C7A43">
              <w:rPr>
                <w:sz w:val="24"/>
                <w:szCs w:val="24"/>
              </w:rPr>
              <w:t>período</w:t>
            </w:r>
            <w:proofErr w:type="spellEnd"/>
            <w:r w:rsidRPr="005C7A43">
              <w:rPr>
                <w:sz w:val="24"/>
                <w:szCs w:val="24"/>
              </w:rPr>
              <w:t xml:space="preserve"> de </w:t>
            </w:r>
            <w:proofErr w:type="spellStart"/>
            <w:r w:rsidRPr="005C7A43">
              <w:rPr>
                <w:sz w:val="24"/>
                <w:szCs w:val="24"/>
              </w:rPr>
              <w:t>afastamento</w:t>
            </w:r>
            <w:proofErr w:type="spellEnd"/>
            <w:r w:rsidRPr="005C7A43">
              <w:rPr>
                <w:sz w:val="24"/>
                <w:szCs w:val="24"/>
              </w:rPr>
              <w:t xml:space="preserve">, </w:t>
            </w:r>
            <w:proofErr w:type="spellStart"/>
            <w:r w:rsidRPr="005C7A43">
              <w:rPr>
                <w:sz w:val="24"/>
                <w:szCs w:val="24"/>
              </w:rPr>
              <w:t>não</w:t>
            </w:r>
            <w:proofErr w:type="spellEnd"/>
            <w:r w:rsidRPr="005C7A43">
              <w:rPr>
                <w:sz w:val="24"/>
                <w:szCs w:val="24"/>
              </w:rPr>
              <w:t xml:space="preserve"> </w:t>
            </w:r>
            <w:proofErr w:type="spellStart"/>
            <w:r w:rsidRPr="005C7A43">
              <w:rPr>
                <w:sz w:val="24"/>
                <w:szCs w:val="24"/>
              </w:rPr>
              <w:t>sendo</w:t>
            </w:r>
            <w:proofErr w:type="spellEnd"/>
            <w:r w:rsidRPr="005C7A43">
              <w:rPr>
                <w:sz w:val="24"/>
                <w:szCs w:val="24"/>
              </w:rPr>
              <w:t xml:space="preserve"> </w:t>
            </w:r>
            <w:proofErr w:type="spellStart"/>
            <w:r w:rsidRPr="005C7A43">
              <w:rPr>
                <w:sz w:val="24"/>
                <w:szCs w:val="24"/>
              </w:rPr>
              <w:t>permitido</w:t>
            </w:r>
            <w:proofErr w:type="spellEnd"/>
            <w:r w:rsidRPr="005C7A43">
              <w:rPr>
                <w:sz w:val="24"/>
                <w:szCs w:val="24"/>
              </w:rPr>
              <w:t xml:space="preserve"> o </w:t>
            </w:r>
            <w:proofErr w:type="spellStart"/>
            <w:r w:rsidRPr="005C7A43">
              <w:rPr>
                <w:sz w:val="24"/>
                <w:szCs w:val="24"/>
              </w:rPr>
              <w:t>comparecimento</w:t>
            </w:r>
            <w:proofErr w:type="spellEnd"/>
            <w:r w:rsidRPr="005C7A43">
              <w:rPr>
                <w:sz w:val="24"/>
                <w:szCs w:val="24"/>
              </w:rPr>
              <w:t xml:space="preserve"> </w:t>
            </w:r>
            <w:proofErr w:type="spellStart"/>
            <w:r w:rsidRPr="005C7A43">
              <w:rPr>
                <w:sz w:val="24"/>
                <w:szCs w:val="24"/>
              </w:rPr>
              <w:t>parcial</w:t>
            </w:r>
            <w:proofErr w:type="spellEnd"/>
            <w:r w:rsidRPr="005C7A43">
              <w:rPr>
                <w:sz w:val="24"/>
                <w:szCs w:val="24"/>
              </w:rPr>
              <w:t xml:space="preserve"> </w:t>
            </w:r>
            <w:proofErr w:type="spellStart"/>
            <w:r w:rsidRPr="005C7A43">
              <w:rPr>
                <w:sz w:val="24"/>
                <w:szCs w:val="24"/>
              </w:rPr>
              <w:t>às</w:t>
            </w:r>
            <w:proofErr w:type="spellEnd"/>
            <w:r w:rsidRPr="005C7A43">
              <w:rPr>
                <w:sz w:val="24"/>
                <w:szCs w:val="24"/>
              </w:rPr>
              <w:t xml:space="preserve"> </w:t>
            </w:r>
            <w:proofErr w:type="spellStart"/>
            <w:r w:rsidRPr="005C7A43">
              <w:rPr>
                <w:sz w:val="24"/>
                <w:szCs w:val="24"/>
              </w:rPr>
              <w:t>atividades</w:t>
            </w:r>
            <w:proofErr w:type="spellEnd"/>
            <w:r w:rsidRPr="005C7A43">
              <w:rPr>
                <w:sz w:val="24"/>
                <w:szCs w:val="24"/>
              </w:rPr>
              <w:t xml:space="preserve"> </w:t>
            </w:r>
            <w:proofErr w:type="spellStart"/>
            <w:r w:rsidRPr="005C7A43">
              <w:rPr>
                <w:sz w:val="24"/>
                <w:szCs w:val="24"/>
              </w:rPr>
              <w:t>p</w:t>
            </w:r>
            <w:r w:rsidR="00D62664">
              <w:rPr>
                <w:sz w:val="24"/>
                <w:szCs w:val="24"/>
              </w:rPr>
              <w:t>REE</w:t>
            </w:r>
            <w:r w:rsidRPr="005C7A43">
              <w:rPr>
                <w:sz w:val="24"/>
                <w:szCs w:val="24"/>
              </w:rPr>
              <w:t>enciais</w:t>
            </w:r>
            <w:proofErr w:type="spellEnd"/>
            <w:r w:rsidRPr="005C7A43">
              <w:rPr>
                <w:sz w:val="24"/>
                <w:szCs w:val="24"/>
              </w:rPr>
              <w:t>.</w:t>
            </w:r>
          </w:p>
        </w:tc>
      </w:tr>
    </w:tbl>
    <w:p w:rsidR="005C7A43" w:rsidRPr="005C7A43" w:rsidRDefault="005C7A43" w:rsidP="005C7A43">
      <w:pPr>
        <w:spacing w:after="0" w:line="240" w:lineRule="auto"/>
        <w:jc w:val="both"/>
        <w:rPr>
          <w:sz w:val="24"/>
          <w:szCs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8780"/>
      </w:tblGrid>
      <w:tr w:rsidR="005C7A43" w:rsidRPr="005C7A43" w:rsidTr="005C7A43">
        <w:tc>
          <w:tcPr>
            <w:tcW w:w="8780" w:type="dxa"/>
          </w:tcPr>
          <w:p w:rsidR="005C7A43" w:rsidRPr="005C7A43" w:rsidRDefault="005C7A43" w:rsidP="005C7A43">
            <w:pPr>
              <w:rPr>
                <w:b/>
                <w:sz w:val="24"/>
                <w:szCs w:val="24"/>
              </w:rPr>
            </w:pPr>
            <w:r w:rsidRPr="005C7A43">
              <w:rPr>
                <w:b/>
                <w:sz w:val="24"/>
                <w:szCs w:val="24"/>
              </w:rPr>
              <w:t xml:space="preserve">O </w:t>
            </w:r>
            <w:r w:rsidR="00D62664">
              <w:rPr>
                <w:b/>
                <w:sz w:val="24"/>
                <w:szCs w:val="24"/>
              </w:rPr>
              <w:t>REE</w:t>
            </w:r>
            <w:r w:rsidRPr="005C7A43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5C7A43">
              <w:rPr>
                <w:b/>
                <w:sz w:val="24"/>
                <w:szCs w:val="24"/>
              </w:rPr>
              <w:t>substitui</w:t>
            </w:r>
            <w:proofErr w:type="spellEnd"/>
            <w:r w:rsidRPr="005C7A43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5C7A43">
              <w:rPr>
                <w:b/>
                <w:sz w:val="24"/>
                <w:szCs w:val="24"/>
              </w:rPr>
              <w:t>atividades</w:t>
            </w:r>
            <w:proofErr w:type="spellEnd"/>
            <w:r w:rsidRPr="005C7A43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5C7A43">
              <w:rPr>
                <w:b/>
                <w:sz w:val="24"/>
                <w:szCs w:val="24"/>
              </w:rPr>
              <w:t>práticas</w:t>
            </w:r>
            <w:proofErr w:type="spellEnd"/>
            <w:r w:rsidRPr="005C7A43">
              <w:rPr>
                <w:b/>
                <w:sz w:val="24"/>
                <w:szCs w:val="24"/>
              </w:rPr>
              <w:t xml:space="preserve"> e </w:t>
            </w:r>
            <w:proofErr w:type="spellStart"/>
            <w:r w:rsidRPr="005C7A43">
              <w:rPr>
                <w:b/>
                <w:sz w:val="24"/>
                <w:szCs w:val="24"/>
              </w:rPr>
              <w:t>estágios</w:t>
            </w:r>
            <w:proofErr w:type="spellEnd"/>
            <w:r w:rsidRPr="005C7A43">
              <w:rPr>
                <w:b/>
                <w:sz w:val="24"/>
                <w:szCs w:val="24"/>
              </w:rPr>
              <w:t>?</w:t>
            </w:r>
            <w:r w:rsidRPr="005C7A43">
              <w:rPr>
                <w:b/>
                <w:sz w:val="24"/>
                <w:szCs w:val="24"/>
              </w:rPr>
              <w:br/>
            </w:r>
            <w:proofErr w:type="spellStart"/>
            <w:r w:rsidRPr="005C7A43">
              <w:rPr>
                <w:sz w:val="24"/>
                <w:szCs w:val="24"/>
              </w:rPr>
              <w:t>Não</w:t>
            </w:r>
            <w:proofErr w:type="spellEnd"/>
            <w:r w:rsidRPr="005C7A43">
              <w:rPr>
                <w:sz w:val="24"/>
                <w:szCs w:val="24"/>
              </w:rPr>
              <w:t xml:space="preserve">. </w:t>
            </w:r>
            <w:proofErr w:type="spellStart"/>
            <w:r w:rsidRPr="005C7A43">
              <w:rPr>
                <w:sz w:val="24"/>
                <w:szCs w:val="24"/>
              </w:rPr>
              <w:t>Atividades</w:t>
            </w:r>
            <w:proofErr w:type="spellEnd"/>
            <w:r w:rsidRPr="005C7A43">
              <w:rPr>
                <w:sz w:val="24"/>
                <w:szCs w:val="24"/>
              </w:rPr>
              <w:t xml:space="preserve"> </w:t>
            </w:r>
            <w:proofErr w:type="spellStart"/>
            <w:r w:rsidRPr="005C7A43">
              <w:rPr>
                <w:sz w:val="24"/>
                <w:szCs w:val="24"/>
              </w:rPr>
              <w:t>práticas</w:t>
            </w:r>
            <w:proofErr w:type="spellEnd"/>
            <w:r w:rsidRPr="005C7A43">
              <w:rPr>
                <w:sz w:val="24"/>
                <w:szCs w:val="24"/>
              </w:rPr>
              <w:t xml:space="preserve">, </w:t>
            </w:r>
            <w:proofErr w:type="spellStart"/>
            <w:r w:rsidRPr="005C7A43">
              <w:rPr>
                <w:sz w:val="24"/>
                <w:szCs w:val="24"/>
              </w:rPr>
              <w:t>estágios</w:t>
            </w:r>
            <w:proofErr w:type="spellEnd"/>
            <w:r w:rsidRPr="005C7A43">
              <w:rPr>
                <w:sz w:val="24"/>
                <w:szCs w:val="24"/>
              </w:rPr>
              <w:t xml:space="preserve">, </w:t>
            </w:r>
            <w:proofErr w:type="spellStart"/>
            <w:r w:rsidRPr="005C7A43">
              <w:rPr>
                <w:sz w:val="24"/>
                <w:szCs w:val="24"/>
              </w:rPr>
              <w:t>internatos</w:t>
            </w:r>
            <w:proofErr w:type="spellEnd"/>
            <w:r w:rsidRPr="005C7A43">
              <w:rPr>
                <w:sz w:val="24"/>
                <w:szCs w:val="24"/>
              </w:rPr>
              <w:t xml:space="preserve"> e </w:t>
            </w:r>
            <w:proofErr w:type="spellStart"/>
            <w:r w:rsidRPr="005C7A43">
              <w:rPr>
                <w:sz w:val="24"/>
                <w:szCs w:val="24"/>
              </w:rPr>
              <w:t>extensão</w:t>
            </w:r>
            <w:proofErr w:type="spellEnd"/>
            <w:r w:rsidRPr="005C7A43">
              <w:rPr>
                <w:sz w:val="24"/>
                <w:szCs w:val="24"/>
              </w:rPr>
              <w:t xml:space="preserve"> </w:t>
            </w:r>
            <w:proofErr w:type="spellStart"/>
            <w:r w:rsidRPr="005C7A43">
              <w:rPr>
                <w:sz w:val="24"/>
                <w:szCs w:val="24"/>
              </w:rPr>
              <w:t>deverão</w:t>
            </w:r>
            <w:proofErr w:type="spellEnd"/>
            <w:r w:rsidRPr="005C7A43">
              <w:rPr>
                <w:sz w:val="24"/>
                <w:szCs w:val="24"/>
              </w:rPr>
              <w:t xml:space="preserve"> </w:t>
            </w:r>
            <w:proofErr w:type="spellStart"/>
            <w:r w:rsidRPr="005C7A43">
              <w:rPr>
                <w:sz w:val="24"/>
                <w:szCs w:val="24"/>
              </w:rPr>
              <w:t>ser</w:t>
            </w:r>
            <w:proofErr w:type="spellEnd"/>
            <w:r w:rsidRPr="005C7A43">
              <w:rPr>
                <w:sz w:val="24"/>
                <w:szCs w:val="24"/>
              </w:rPr>
              <w:t xml:space="preserve"> </w:t>
            </w:r>
            <w:proofErr w:type="spellStart"/>
            <w:r w:rsidRPr="005C7A43">
              <w:rPr>
                <w:sz w:val="24"/>
                <w:szCs w:val="24"/>
              </w:rPr>
              <w:t>realizados</w:t>
            </w:r>
            <w:proofErr w:type="spellEnd"/>
            <w:r w:rsidRPr="005C7A43">
              <w:rPr>
                <w:sz w:val="24"/>
                <w:szCs w:val="24"/>
              </w:rPr>
              <w:t xml:space="preserve"> </w:t>
            </w:r>
            <w:proofErr w:type="spellStart"/>
            <w:r w:rsidRPr="005C7A43">
              <w:rPr>
                <w:sz w:val="24"/>
                <w:szCs w:val="24"/>
              </w:rPr>
              <w:t>posteriormente</w:t>
            </w:r>
            <w:proofErr w:type="spellEnd"/>
            <w:r w:rsidRPr="005C7A43">
              <w:rPr>
                <w:sz w:val="24"/>
                <w:szCs w:val="24"/>
              </w:rPr>
              <w:t xml:space="preserve">, </w:t>
            </w:r>
            <w:proofErr w:type="spellStart"/>
            <w:r w:rsidRPr="005C7A43">
              <w:rPr>
                <w:sz w:val="24"/>
                <w:szCs w:val="24"/>
              </w:rPr>
              <w:t>conforme</w:t>
            </w:r>
            <w:proofErr w:type="spellEnd"/>
            <w:r w:rsidRPr="005C7A43">
              <w:rPr>
                <w:sz w:val="24"/>
                <w:szCs w:val="24"/>
              </w:rPr>
              <w:t xml:space="preserve"> </w:t>
            </w:r>
            <w:proofErr w:type="spellStart"/>
            <w:r w:rsidRPr="005C7A43">
              <w:rPr>
                <w:sz w:val="24"/>
                <w:szCs w:val="24"/>
              </w:rPr>
              <w:t>planejamento</w:t>
            </w:r>
            <w:proofErr w:type="spellEnd"/>
            <w:r w:rsidRPr="005C7A43">
              <w:rPr>
                <w:sz w:val="24"/>
                <w:szCs w:val="24"/>
              </w:rPr>
              <w:t xml:space="preserve"> </w:t>
            </w:r>
            <w:proofErr w:type="spellStart"/>
            <w:r w:rsidRPr="005C7A43">
              <w:rPr>
                <w:sz w:val="24"/>
                <w:szCs w:val="24"/>
              </w:rPr>
              <w:t>acadêmico</w:t>
            </w:r>
            <w:proofErr w:type="spellEnd"/>
            <w:r w:rsidRPr="005C7A43">
              <w:rPr>
                <w:sz w:val="24"/>
                <w:szCs w:val="24"/>
              </w:rPr>
              <w:t xml:space="preserve"> do </w:t>
            </w:r>
            <w:proofErr w:type="spellStart"/>
            <w:r w:rsidRPr="005C7A43">
              <w:rPr>
                <w:sz w:val="24"/>
                <w:szCs w:val="24"/>
              </w:rPr>
              <w:t>curso</w:t>
            </w:r>
            <w:proofErr w:type="spellEnd"/>
            <w:r w:rsidRPr="005C7A43">
              <w:rPr>
                <w:sz w:val="24"/>
                <w:szCs w:val="24"/>
              </w:rPr>
              <w:t>.</w:t>
            </w:r>
            <w:r w:rsidRPr="005C7A43">
              <w:rPr>
                <w:sz w:val="24"/>
                <w:szCs w:val="24"/>
              </w:rPr>
              <w:br/>
            </w:r>
          </w:p>
        </w:tc>
      </w:tr>
    </w:tbl>
    <w:p w:rsidR="005C7A43" w:rsidRPr="005C7A43" w:rsidRDefault="005C7A43" w:rsidP="005C7A43">
      <w:pPr>
        <w:spacing w:after="0" w:line="240" w:lineRule="auto"/>
        <w:jc w:val="both"/>
        <w:rPr>
          <w:sz w:val="24"/>
          <w:szCs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8780"/>
      </w:tblGrid>
      <w:tr w:rsidR="005C7A43" w:rsidRPr="005C7A43" w:rsidTr="005C7A43">
        <w:trPr>
          <w:trHeight w:val="853"/>
        </w:trPr>
        <w:tc>
          <w:tcPr>
            <w:tcW w:w="8780" w:type="dxa"/>
          </w:tcPr>
          <w:p w:rsidR="005C7A43" w:rsidRPr="005C7A43" w:rsidRDefault="005C7A43" w:rsidP="005C7A43">
            <w:pPr>
              <w:jc w:val="both"/>
              <w:rPr>
                <w:b/>
                <w:sz w:val="24"/>
                <w:szCs w:val="24"/>
              </w:rPr>
            </w:pPr>
            <w:proofErr w:type="gramStart"/>
            <w:r w:rsidRPr="005C7A43">
              <w:rPr>
                <w:b/>
                <w:sz w:val="24"/>
                <w:szCs w:val="24"/>
              </w:rPr>
              <w:t>A</w:t>
            </w:r>
            <w:proofErr w:type="gramEnd"/>
            <w:r w:rsidRPr="005C7A43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="00D62664">
              <w:rPr>
                <w:b/>
                <w:sz w:val="24"/>
                <w:szCs w:val="24"/>
              </w:rPr>
              <w:t>apresentação</w:t>
            </w:r>
            <w:proofErr w:type="spellEnd"/>
            <w:r w:rsidRPr="005C7A43">
              <w:rPr>
                <w:b/>
                <w:sz w:val="24"/>
                <w:szCs w:val="24"/>
              </w:rPr>
              <w:t xml:space="preserve"> de </w:t>
            </w:r>
            <w:proofErr w:type="spellStart"/>
            <w:r w:rsidRPr="005C7A43">
              <w:rPr>
                <w:b/>
                <w:sz w:val="24"/>
                <w:szCs w:val="24"/>
              </w:rPr>
              <w:t>atestado</w:t>
            </w:r>
            <w:proofErr w:type="spellEnd"/>
            <w:r w:rsidRPr="005C7A43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5C7A43">
              <w:rPr>
                <w:b/>
                <w:sz w:val="24"/>
                <w:szCs w:val="24"/>
              </w:rPr>
              <w:t>garante</w:t>
            </w:r>
            <w:proofErr w:type="spellEnd"/>
            <w:r w:rsidRPr="005C7A43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5C7A43">
              <w:rPr>
                <w:b/>
                <w:sz w:val="24"/>
                <w:szCs w:val="24"/>
              </w:rPr>
              <w:t>automaticamente</w:t>
            </w:r>
            <w:proofErr w:type="spellEnd"/>
            <w:r w:rsidRPr="005C7A43">
              <w:rPr>
                <w:b/>
                <w:sz w:val="24"/>
                <w:szCs w:val="24"/>
              </w:rPr>
              <w:t xml:space="preserve"> o </w:t>
            </w:r>
            <w:r w:rsidR="00D62664">
              <w:rPr>
                <w:b/>
                <w:sz w:val="24"/>
                <w:szCs w:val="24"/>
              </w:rPr>
              <w:t>REE</w:t>
            </w:r>
            <w:r w:rsidRPr="005C7A43">
              <w:rPr>
                <w:b/>
                <w:sz w:val="24"/>
                <w:szCs w:val="24"/>
              </w:rPr>
              <w:t>?</w:t>
            </w:r>
          </w:p>
          <w:p w:rsidR="005C7A43" w:rsidRPr="005C7A43" w:rsidRDefault="005C7A43" w:rsidP="005C7A43">
            <w:pPr>
              <w:jc w:val="both"/>
              <w:rPr>
                <w:b/>
                <w:sz w:val="24"/>
                <w:szCs w:val="24"/>
              </w:rPr>
            </w:pPr>
            <w:r w:rsidRPr="005C7A43">
              <w:rPr>
                <w:b/>
                <w:sz w:val="24"/>
                <w:szCs w:val="24"/>
              </w:rPr>
              <w:br/>
            </w:r>
            <w:proofErr w:type="spellStart"/>
            <w:r w:rsidRPr="005C7A43">
              <w:rPr>
                <w:sz w:val="24"/>
                <w:szCs w:val="24"/>
              </w:rPr>
              <w:t>Não</w:t>
            </w:r>
            <w:proofErr w:type="spellEnd"/>
            <w:r w:rsidRPr="005C7A43">
              <w:rPr>
                <w:sz w:val="24"/>
                <w:szCs w:val="24"/>
              </w:rPr>
              <w:t xml:space="preserve">. O </w:t>
            </w:r>
            <w:proofErr w:type="spellStart"/>
            <w:r w:rsidRPr="005C7A43">
              <w:rPr>
                <w:sz w:val="24"/>
                <w:szCs w:val="24"/>
              </w:rPr>
              <w:t>requerimento</w:t>
            </w:r>
            <w:proofErr w:type="spellEnd"/>
            <w:r w:rsidRPr="005C7A43">
              <w:rPr>
                <w:sz w:val="24"/>
                <w:szCs w:val="24"/>
              </w:rPr>
              <w:t xml:space="preserve"> </w:t>
            </w:r>
            <w:proofErr w:type="spellStart"/>
            <w:r w:rsidRPr="005C7A43">
              <w:rPr>
                <w:sz w:val="24"/>
                <w:szCs w:val="24"/>
              </w:rPr>
              <w:t>será</w:t>
            </w:r>
            <w:proofErr w:type="spellEnd"/>
            <w:r w:rsidRPr="005C7A43">
              <w:rPr>
                <w:sz w:val="24"/>
                <w:szCs w:val="24"/>
              </w:rPr>
              <w:t xml:space="preserve"> </w:t>
            </w:r>
            <w:proofErr w:type="spellStart"/>
            <w:r w:rsidRPr="005C7A43">
              <w:rPr>
                <w:sz w:val="24"/>
                <w:szCs w:val="24"/>
              </w:rPr>
              <w:t>analisado</w:t>
            </w:r>
            <w:proofErr w:type="spellEnd"/>
            <w:r w:rsidRPr="005C7A43">
              <w:rPr>
                <w:sz w:val="24"/>
                <w:szCs w:val="24"/>
              </w:rPr>
              <w:t xml:space="preserve"> pela </w:t>
            </w:r>
            <w:proofErr w:type="spellStart"/>
            <w:r w:rsidRPr="005C7A43">
              <w:rPr>
                <w:sz w:val="24"/>
                <w:szCs w:val="24"/>
              </w:rPr>
              <w:t>instituição</w:t>
            </w:r>
            <w:proofErr w:type="spellEnd"/>
            <w:r w:rsidRPr="005C7A43">
              <w:rPr>
                <w:sz w:val="24"/>
                <w:szCs w:val="24"/>
              </w:rPr>
              <w:t xml:space="preserve"> </w:t>
            </w:r>
            <w:proofErr w:type="spellStart"/>
            <w:r w:rsidRPr="005C7A43">
              <w:rPr>
                <w:sz w:val="24"/>
                <w:szCs w:val="24"/>
              </w:rPr>
              <w:t>conforme</w:t>
            </w:r>
            <w:proofErr w:type="spellEnd"/>
            <w:r w:rsidRPr="005C7A43">
              <w:rPr>
                <w:sz w:val="24"/>
                <w:szCs w:val="24"/>
              </w:rPr>
              <w:t xml:space="preserve"> </w:t>
            </w:r>
            <w:proofErr w:type="spellStart"/>
            <w:r w:rsidRPr="005C7A43">
              <w:rPr>
                <w:sz w:val="24"/>
                <w:szCs w:val="24"/>
              </w:rPr>
              <w:t>critérios</w:t>
            </w:r>
            <w:proofErr w:type="spellEnd"/>
            <w:r w:rsidRPr="005C7A43">
              <w:rPr>
                <w:sz w:val="24"/>
                <w:szCs w:val="24"/>
              </w:rPr>
              <w:t xml:space="preserve"> </w:t>
            </w:r>
            <w:proofErr w:type="spellStart"/>
            <w:r w:rsidRPr="005C7A43">
              <w:rPr>
                <w:sz w:val="24"/>
                <w:szCs w:val="24"/>
              </w:rPr>
              <w:t>legais</w:t>
            </w:r>
            <w:proofErr w:type="spellEnd"/>
            <w:r w:rsidRPr="005C7A43">
              <w:rPr>
                <w:sz w:val="24"/>
                <w:szCs w:val="24"/>
              </w:rPr>
              <w:t xml:space="preserve"> e </w:t>
            </w:r>
            <w:proofErr w:type="spellStart"/>
            <w:r w:rsidRPr="005C7A43">
              <w:rPr>
                <w:sz w:val="24"/>
                <w:szCs w:val="24"/>
              </w:rPr>
              <w:t>institucionais</w:t>
            </w:r>
            <w:proofErr w:type="spellEnd"/>
            <w:r w:rsidRPr="005C7A43">
              <w:rPr>
                <w:sz w:val="24"/>
                <w:szCs w:val="24"/>
              </w:rPr>
              <w:t xml:space="preserve"> </w:t>
            </w:r>
            <w:proofErr w:type="spellStart"/>
            <w:r w:rsidRPr="005C7A43">
              <w:rPr>
                <w:sz w:val="24"/>
                <w:szCs w:val="24"/>
              </w:rPr>
              <w:t>vigentes</w:t>
            </w:r>
            <w:proofErr w:type="spellEnd"/>
            <w:r w:rsidRPr="005C7A43">
              <w:rPr>
                <w:sz w:val="24"/>
                <w:szCs w:val="24"/>
              </w:rPr>
              <w:t>.</w:t>
            </w:r>
          </w:p>
        </w:tc>
      </w:tr>
    </w:tbl>
    <w:p w:rsidR="005C7A43" w:rsidRPr="005C7A43" w:rsidRDefault="005C7A43" w:rsidP="005C7A43">
      <w:pPr>
        <w:spacing w:after="0" w:line="240" w:lineRule="auto"/>
        <w:jc w:val="both"/>
        <w:rPr>
          <w:sz w:val="24"/>
          <w:szCs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8780"/>
      </w:tblGrid>
      <w:tr w:rsidR="005C7A43" w:rsidRPr="005C7A43" w:rsidTr="005C7A43">
        <w:tc>
          <w:tcPr>
            <w:tcW w:w="8780" w:type="dxa"/>
          </w:tcPr>
          <w:p w:rsidR="005C7A43" w:rsidRPr="005C7A43" w:rsidRDefault="005C7A43" w:rsidP="005C7A43">
            <w:pPr>
              <w:rPr>
                <w:b/>
                <w:sz w:val="24"/>
                <w:szCs w:val="24"/>
              </w:rPr>
            </w:pPr>
            <w:proofErr w:type="spellStart"/>
            <w:proofErr w:type="gramStart"/>
            <w:r w:rsidRPr="005C7A43">
              <w:rPr>
                <w:b/>
                <w:sz w:val="24"/>
                <w:szCs w:val="24"/>
              </w:rPr>
              <w:t>Posso</w:t>
            </w:r>
            <w:proofErr w:type="spellEnd"/>
            <w:r w:rsidRPr="005C7A43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5C7A43">
              <w:rPr>
                <w:b/>
                <w:sz w:val="24"/>
                <w:szCs w:val="24"/>
              </w:rPr>
              <w:t>solicitar</w:t>
            </w:r>
            <w:proofErr w:type="spellEnd"/>
            <w:r w:rsidRPr="005C7A43">
              <w:rPr>
                <w:b/>
                <w:sz w:val="24"/>
                <w:szCs w:val="24"/>
              </w:rPr>
              <w:t xml:space="preserve"> </w:t>
            </w:r>
            <w:r w:rsidR="00D62664">
              <w:rPr>
                <w:b/>
                <w:sz w:val="24"/>
                <w:szCs w:val="24"/>
              </w:rPr>
              <w:t>REE</w:t>
            </w:r>
            <w:r w:rsidRPr="005C7A43">
              <w:rPr>
                <w:b/>
                <w:sz w:val="24"/>
                <w:szCs w:val="24"/>
              </w:rPr>
              <w:t xml:space="preserve"> para </w:t>
            </w:r>
            <w:proofErr w:type="spellStart"/>
            <w:r w:rsidRPr="005C7A43">
              <w:rPr>
                <w:b/>
                <w:sz w:val="24"/>
                <w:szCs w:val="24"/>
              </w:rPr>
              <w:t>afastamentos</w:t>
            </w:r>
            <w:proofErr w:type="spellEnd"/>
            <w:r w:rsidRPr="005C7A43">
              <w:rPr>
                <w:b/>
                <w:sz w:val="24"/>
                <w:szCs w:val="24"/>
              </w:rPr>
              <w:t xml:space="preserve"> inferio</w:t>
            </w:r>
            <w:r w:rsidR="00F1521D">
              <w:rPr>
                <w:b/>
                <w:sz w:val="24"/>
                <w:szCs w:val="24"/>
              </w:rPr>
              <w:t>r</w:t>
            </w:r>
            <w:proofErr w:type="gramEnd"/>
            <w:r w:rsidRPr="005C7A43">
              <w:rPr>
                <w:b/>
                <w:sz w:val="24"/>
                <w:szCs w:val="24"/>
              </w:rPr>
              <w:t xml:space="preserve"> a 15 </w:t>
            </w:r>
            <w:proofErr w:type="spellStart"/>
            <w:r w:rsidRPr="005C7A43">
              <w:rPr>
                <w:b/>
                <w:sz w:val="24"/>
                <w:szCs w:val="24"/>
              </w:rPr>
              <w:t>dias</w:t>
            </w:r>
            <w:proofErr w:type="spellEnd"/>
            <w:r w:rsidRPr="005C7A43">
              <w:rPr>
                <w:b/>
                <w:sz w:val="24"/>
                <w:szCs w:val="24"/>
              </w:rPr>
              <w:t>?</w:t>
            </w:r>
          </w:p>
          <w:p w:rsidR="005C7A43" w:rsidRPr="005C7A43" w:rsidRDefault="005C7A43" w:rsidP="005C7A43">
            <w:pPr>
              <w:jc w:val="both"/>
              <w:rPr>
                <w:b/>
                <w:sz w:val="24"/>
                <w:szCs w:val="24"/>
              </w:rPr>
            </w:pPr>
            <w:r w:rsidRPr="005C7A43">
              <w:rPr>
                <w:b/>
                <w:sz w:val="24"/>
                <w:szCs w:val="24"/>
              </w:rPr>
              <w:br/>
            </w:r>
            <w:proofErr w:type="spellStart"/>
            <w:r w:rsidRPr="005C7A43">
              <w:rPr>
                <w:sz w:val="24"/>
                <w:szCs w:val="24"/>
              </w:rPr>
              <w:t>Não</w:t>
            </w:r>
            <w:proofErr w:type="spellEnd"/>
            <w:r w:rsidRPr="005C7A43">
              <w:rPr>
                <w:sz w:val="24"/>
                <w:szCs w:val="24"/>
              </w:rPr>
              <w:t xml:space="preserve">. O </w:t>
            </w:r>
            <w:r w:rsidR="00D62664">
              <w:rPr>
                <w:sz w:val="24"/>
                <w:szCs w:val="24"/>
              </w:rPr>
              <w:t>REE</w:t>
            </w:r>
            <w:r w:rsidRPr="005C7A43">
              <w:rPr>
                <w:sz w:val="24"/>
                <w:szCs w:val="24"/>
              </w:rPr>
              <w:t xml:space="preserve"> </w:t>
            </w:r>
            <w:proofErr w:type="spellStart"/>
            <w:r w:rsidRPr="005C7A43">
              <w:rPr>
                <w:sz w:val="24"/>
                <w:szCs w:val="24"/>
              </w:rPr>
              <w:t>aplica</w:t>
            </w:r>
            <w:proofErr w:type="spellEnd"/>
            <w:r w:rsidRPr="005C7A43">
              <w:rPr>
                <w:sz w:val="24"/>
                <w:szCs w:val="24"/>
              </w:rPr>
              <w:t>-</w:t>
            </w:r>
            <w:proofErr w:type="spellStart"/>
            <w:r w:rsidRPr="005C7A43">
              <w:rPr>
                <w:sz w:val="24"/>
                <w:szCs w:val="24"/>
              </w:rPr>
              <w:t xml:space="preserve">se </w:t>
            </w:r>
            <w:proofErr w:type="gramStart"/>
            <w:r w:rsidRPr="005C7A43">
              <w:rPr>
                <w:sz w:val="24"/>
                <w:szCs w:val="24"/>
              </w:rPr>
              <w:t>a</w:t>
            </w:r>
            <w:proofErr w:type="spellEnd"/>
            <w:proofErr w:type="gramEnd"/>
            <w:r w:rsidRPr="005C7A43">
              <w:rPr>
                <w:sz w:val="24"/>
                <w:szCs w:val="24"/>
              </w:rPr>
              <w:t xml:space="preserve"> </w:t>
            </w:r>
            <w:proofErr w:type="spellStart"/>
            <w:r w:rsidRPr="005C7A43">
              <w:rPr>
                <w:sz w:val="24"/>
                <w:szCs w:val="24"/>
              </w:rPr>
              <w:t>afastamentos</w:t>
            </w:r>
            <w:proofErr w:type="spellEnd"/>
            <w:r w:rsidRPr="005C7A43">
              <w:rPr>
                <w:sz w:val="24"/>
                <w:szCs w:val="24"/>
              </w:rPr>
              <w:t xml:space="preserve"> </w:t>
            </w:r>
            <w:proofErr w:type="spellStart"/>
            <w:r w:rsidRPr="005C7A43">
              <w:rPr>
                <w:sz w:val="24"/>
                <w:szCs w:val="24"/>
              </w:rPr>
              <w:t>iguais</w:t>
            </w:r>
            <w:proofErr w:type="spellEnd"/>
            <w:r w:rsidRPr="005C7A43">
              <w:rPr>
                <w:sz w:val="24"/>
                <w:szCs w:val="24"/>
              </w:rPr>
              <w:t xml:space="preserve"> </w:t>
            </w:r>
            <w:proofErr w:type="spellStart"/>
            <w:r w:rsidRPr="005C7A43">
              <w:rPr>
                <w:sz w:val="24"/>
                <w:szCs w:val="24"/>
              </w:rPr>
              <w:t>ou</w:t>
            </w:r>
            <w:proofErr w:type="spellEnd"/>
            <w:r w:rsidRPr="005C7A43">
              <w:rPr>
                <w:sz w:val="24"/>
                <w:szCs w:val="24"/>
              </w:rPr>
              <w:t xml:space="preserve"> </w:t>
            </w:r>
            <w:proofErr w:type="spellStart"/>
            <w:r w:rsidRPr="005C7A43">
              <w:rPr>
                <w:sz w:val="24"/>
                <w:szCs w:val="24"/>
              </w:rPr>
              <w:t>superio</w:t>
            </w:r>
            <w:r w:rsidR="00D62664">
              <w:rPr>
                <w:sz w:val="24"/>
                <w:szCs w:val="24"/>
              </w:rPr>
              <w:t>REE</w:t>
            </w:r>
            <w:proofErr w:type="spellEnd"/>
            <w:r w:rsidRPr="005C7A43">
              <w:rPr>
                <w:sz w:val="24"/>
                <w:szCs w:val="24"/>
              </w:rPr>
              <w:t xml:space="preserve"> a 15 </w:t>
            </w:r>
            <w:proofErr w:type="spellStart"/>
            <w:r w:rsidRPr="005C7A43">
              <w:rPr>
                <w:sz w:val="24"/>
                <w:szCs w:val="24"/>
              </w:rPr>
              <w:t>dias</w:t>
            </w:r>
            <w:proofErr w:type="spellEnd"/>
            <w:r w:rsidRPr="005C7A43">
              <w:rPr>
                <w:sz w:val="24"/>
                <w:szCs w:val="24"/>
              </w:rPr>
              <w:t xml:space="preserve"> </w:t>
            </w:r>
            <w:proofErr w:type="spellStart"/>
            <w:r w:rsidRPr="005C7A43">
              <w:rPr>
                <w:sz w:val="24"/>
                <w:szCs w:val="24"/>
              </w:rPr>
              <w:t>corridos</w:t>
            </w:r>
            <w:proofErr w:type="spellEnd"/>
            <w:r w:rsidRPr="005C7A43">
              <w:rPr>
                <w:sz w:val="24"/>
                <w:szCs w:val="24"/>
              </w:rPr>
              <w:t xml:space="preserve">, </w:t>
            </w:r>
            <w:proofErr w:type="spellStart"/>
            <w:r w:rsidRPr="005C7A43">
              <w:rPr>
                <w:sz w:val="24"/>
                <w:szCs w:val="24"/>
              </w:rPr>
              <w:t>conforme</w:t>
            </w:r>
            <w:proofErr w:type="spellEnd"/>
            <w:r w:rsidRPr="005C7A43">
              <w:rPr>
                <w:sz w:val="24"/>
                <w:szCs w:val="24"/>
              </w:rPr>
              <w:t xml:space="preserve"> </w:t>
            </w:r>
            <w:proofErr w:type="spellStart"/>
            <w:r w:rsidRPr="005C7A43">
              <w:rPr>
                <w:sz w:val="24"/>
                <w:szCs w:val="24"/>
              </w:rPr>
              <w:t>legislação</w:t>
            </w:r>
            <w:proofErr w:type="spellEnd"/>
            <w:r w:rsidRPr="005C7A43">
              <w:rPr>
                <w:sz w:val="24"/>
                <w:szCs w:val="24"/>
              </w:rPr>
              <w:t xml:space="preserve"> </w:t>
            </w:r>
            <w:proofErr w:type="spellStart"/>
            <w:r w:rsidRPr="005C7A43">
              <w:rPr>
                <w:sz w:val="24"/>
                <w:szCs w:val="24"/>
              </w:rPr>
              <w:t>vigente</w:t>
            </w:r>
            <w:proofErr w:type="spellEnd"/>
            <w:r w:rsidRPr="005C7A43">
              <w:rPr>
                <w:sz w:val="24"/>
                <w:szCs w:val="24"/>
              </w:rPr>
              <w:t>.</w:t>
            </w:r>
          </w:p>
        </w:tc>
      </w:tr>
    </w:tbl>
    <w:p w:rsidR="005C7A43" w:rsidRPr="005C7A43" w:rsidRDefault="005C7A43" w:rsidP="005C7A43">
      <w:pPr>
        <w:spacing w:after="0" w:line="240" w:lineRule="auto"/>
        <w:jc w:val="both"/>
        <w:rPr>
          <w:sz w:val="24"/>
          <w:szCs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8780"/>
      </w:tblGrid>
      <w:tr w:rsidR="005C7A43" w:rsidRPr="005C7A43" w:rsidTr="005C7A43">
        <w:tc>
          <w:tcPr>
            <w:tcW w:w="8780" w:type="dxa"/>
          </w:tcPr>
          <w:p w:rsidR="005C7A43" w:rsidRPr="005C7A43" w:rsidRDefault="005C7A43" w:rsidP="005C7A43">
            <w:pPr>
              <w:jc w:val="both"/>
              <w:rPr>
                <w:b/>
                <w:sz w:val="24"/>
                <w:szCs w:val="24"/>
              </w:rPr>
            </w:pPr>
            <w:r w:rsidRPr="005C7A43">
              <w:rPr>
                <w:b/>
                <w:sz w:val="24"/>
                <w:szCs w:val="24"/>
              </w:rPr>
              <w:t xml:space="preserve">Como </w:t>
            </w:r>
            <w:proofErr w:type="spellStart"/>
            <w:r w:rsidRPr="005C7A43">
              <w:rPr>
                <w:b/>
                <w:sz w:val="24"/>
                <w:szCs w:val="24"/>
              </w:rPr>
              <w:t>faço</w:t>
            </w:r>
            <w:proofErr w:type="spellEnd"/>
            <w:r w:rsidRPr="005C7A43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5C7A43">
              <w:rPr>
                <w:b/>
                <w:sz w:val="24"/>
                <w:szCs w:val="24"/>
              </w:rPr>
              <w:t>prova</w:t>
            </w:r>
            <w:proofErr w:type="spellEnd"/>
            <w:r w:rsidRPr="005C7A43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5C7A43">
              <w:rPr>
                <w:b/>
                <w:sz w:val="24"/>
                <w:szCs w:val="24"/>
              </w:rPr>
              <w:t>durante</w:t>
            </w:r>
            <w:proofErr w:type="spellEnd"/>
            <w:r w:rsidRPr="005C7A43">
              <w:rPr>
                <w:b/>
                <w:sz w:val="24"/>
                <w:szCs w:val="24"/>
              </w:rPr>
              <w:t xml:space="preserve"> o </w:t>
            </w:r>
            <w:r w:rsidR="00D62664">
              <w:rPr>
                <w:b/>
                <w:sz w:val="24"/>
                <w:szCs w:val="24"/>
              </w:rPr>
              <w:t>REE</w:t>
            </w:r>
            <w:r w:rsidRPr="005C7A43">
              <w:rPr>
                <w:b/>
                <w:sz w:val="24"/>
                <w:szCs w:val="24"/>
              </w:rPr>
              <w:t>?</w:t>
            </w:r>
          </w:p>
          <w:p w:rsidR="005C7A43" w:rsidRPr="005C7A43" w:rsidRDefault="005C7A43" w:rsidP="005C7A43">
            <w:pPr>
              <w:jc w:val="both"/>
              <w:rPr>
                <w:b/>
                <w:sz w:val="24"/>
                <w:szCs w:val="24"/>
              </w:rPr>
            </w:pPr>
            <w:r w:rsidRPr="005C7A43">
              <w:rPr>
                <w:sz w:val="24"/>
                <w:szCs w:val="24"/>
              </w:rPr>
              <w:br/>
              <w:t xml:space="preserve">As </w:t>
            </w:r>
            <w:proofErr w:type="spellStart"/>
            <w:r w:rsidRPr="005C7A43">
              <w:rPr>
                <w:sz w:val="24"/>
                <w:szCs w:val="24"/>
              </w:rPr>
              <w:t>avaliações</w:t>
            </w:r>
            <w:proofErr w:type="spellEnd"/>
            <w:r w:rsidRPr="005C7A43">
              <w:rPr>
                <w:sz w:val="24"/>
                <w:szCs w:val="24"/>
              </w:rPr>
              <w:t xml:space="preserve"> </w:t>
            </w:r>
            <w:proofErr w:type="spellStart"/>
            <w:r w:rsidRPr="005C7A43">
              <w:rPr>
                <w:sz w:val="24"/>
                <w:szCs w:val="24"/>
              </w:rPr>
              <w:t>serão</w:t>
            </w:r>
            <w:proofErr w:type="spellEnd"/>
            <w:r w:rsidRPr="005C7A43">
              <w:rPr>
                <w:sz w:val="24"/>
                <w:szCs w:val="24"/>
              </w:rPr>
              <w:t xml:space="preserve"> </w:t>
            </w:r>
            <w:proofErr w:type="spellStart"/>
            <w:r w:rsidRPr="005C7A43">
              <w:rPr>
                <w:sz w:val="24"/>
                <w:szCs w:val="24"/>
              </w:rPr>
              <w:t>realizadas</w:t>
            </w:r>
            <w:proofErr w:type="spellEnd"/>
            <w:r w:rsidRPr="005C7A43">
              <w:rPr>
                <w:sz w:val="24"/>
                <w:szCs w:val="24"/>
              </w:rPr>
              <w:t xml:space="preserve"> </w:t>
            </w:r>
            <w:proofErr w:type="spellStart"/>
            <w:r w:rsidRPr="005C7A43">
              <w:rPr>
                <w:sz w:val="24"/>
                <w:szCs w:val="24"/>
              </w:rPr>
              <w:t>p</w:t>
            </w:r>
            <w:r w:rsidR="00D62664">
              <w:rPr>
                <w:sz w:val="24"/>
                <w:szCs w:val="24"/>
              </w:rPr>
              <w:t>REE</w:t>
            </w:r>
            <w:r w:rsidRPr="005C7A43">
              <w:rPr>
                <w:sz w:val="24"/>
                <w:szCs w:val="24"/>
              </w:rPr>
              <w:t>encialmente</w:t>
            </w:r>
            <w:proofErr w:type="spellEnd"/>
            <w:r w:rsidRPr="005C7A43">
              <w:rPr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5C7A43">
              <w:rPr>
                <w:sz w:val="24"/>
                <w:szCs w:val="24"/>
              </w:rPr>
              <w:t>após</w:t>
            </w:r>
            <w:proofErr w:type="spellEnd"/>
            <w:proofErr w:type="gramEnd"/>
            <w:r w:rsidRPr="005C7A43">
              <w:rPr>
                <w:sz w:val="24"/>
                <w:szCs w:val="24"/>
              </w:rPr>
              <w:t xml:space="preserve"> o </w:t>
            </w:r>
            <w:proofErr w:type="spellStart"/>
            <w:r w:rsidRPr="005C7A43">
              <w:rPr>
                <w:sz w:val="24"/>
                <w:szCs w:val="24"/>
              </w:rPr>
              <w:t>retorno</w:t>
            </w:r>
            <w:proofErr w:type="spellEnd"/>
            <w:r w:rsidRPr="005C7A43">
              <w:rPr>
                <w:sz w:val="24"/>
                <w:szCs w:val="24"/>
              </w:rPr>
              <w:t xml:space="preserve"> do </w:t>
            </w:r>
            <w:proofErr w:type="spellStart"/>
            <w:r w:rsidRPr="005C7A43">
              <w:rPr>
                <w:sz w:val="24"/>
                <w:szCs w:val="24"/>
              </w:rPr>
              <w:t>estudante</w:t>
            </w:r>
            <w:proofErr w:type="spellEnd"/>
            <w:r w:rsidRPr="005C7A43">
              <w:rPr>
                <w:sz w:val="24"/>
                <w:szCs w:val="24"/>
              </w:rPr>
              <w:t xml:space="preserve">, </w:t>
            </w:r>
            <w:proofErr w:type="spellStart"/>
            <w:r w:rsidRPr="005C7A43">
              <w:rPr>
                <w:sz w:val="24"/>
                <w:szCs w:val="24"/>
              </w:rPr>
              <w:t>mediante</w:t>
            </w:r>
            <w:proofErr w:type="spellEnd"/>
            <w:r w:rsidRPr="005C7A43">
              <w:rPr>
                <w:sz w:val="24"/>
                <w:szCs w:val="24"/>
              </w:rPr>
              <w:t xml:space="preserve"> </w:t>
            </w:r>
            <w:proofErr w:type="spellStart"/>
            <w:r w:rsidRPr="005C7A43">
              <w:rPr>
                <w:sz w:val="24"/>
                <w:szCs w:val="24"/>
              </w:rPr>
              <w:t>solicitação</w:t>
            </w:r>
            <w:proofErr w:type="spellEnd"/>
            <w:r w:rsidRPr="005C7A43">
              <w:rPr>
                <w:sz w:val="24"/>
                <w:szCs w:val="24"/>
              </w:rPr>
              <w:t xml:space="preserve"> de </w:t>
            </w:r>
            <w:proofErr w:type="spellStart"/>
            <w:r w:rsidRPr="005C7A43">
              <w:rPr>
                <w:sz w:val="24"/>
                <w:szCs w:val="24"/>
              </w:rPr>
              <w:t>segunda</w:t>
            </w:r>
            <w:proofErr w:type="spellEnd"/>
            <w:r w:rsidRPr="005C7A43">
              <w:rPr>
                <w:sz w:val="24"/>
                <w:szCs w:val="24"/>
              </w:rPr>
              <w:t xml:space="preserve"> </w:t>
            </w:r>
            <w:proofErr w:type="spellStart"/>
            <w:r w:rsidRPr="005C7A43">
              <w:rPr>
                <w:sz w:val="24"/>
                <w:szCs w:val="24"/>
              </w:rPr>
              <w:t>chamada</w:t>
            </w:r>
            <w:proofErr w:type="spellEnd"/>
            <w:r w:rsidRPr="005C7A43">
              <w:rPr>
                <w:sz w:val="24"/>
                <w:szCs w:val="24"/>
              </w:rPr>
              <w:t xml:space="preserve"> </w:t>
            </w:r>
            <w:proofErr w:type="spellStart"/>
            <w:r w:rsidRPr="005C7A43">
              <w:rPr>
                <w:sz w:val="24"/>
                <w:szCs w:val="24"/>
              </w:rPr>
              <w:t>conforme</w:t>
            </w:r>
            <w:proofErr w:type="spellEnd"/>
            <w:r w:rsidRPr="005C7A43">
              <w:rPr>
                <w:sz w:val="24"/>
                <w:szCs w:val="24"/>
              </w:rPr>
              <w:t xml:space="preserve"> </w:t>
            </w:r>
            <w:proofErr w:type="spellStart"/>
            <w:r w:rsidRPr="005C7A43">
              <w:rPr>
                <w:sz w:val="24"/>
                <w:szCs w:val="24"/>
              </w:rPr>
              <w:t>orientações</w:t>
            </w:r>
            <w:proofErr w:type="spellEnd"/>
            <w:r w:rsidRPr="005C7A43">
              <w:rPr>
                <w:sz w:val="24"/>
                <w:szCs w:val="24"/>
              </w:rPr>
              <w:t xml:space="preserve"> </w:t>
            </w:r>
            <w:proofErr w:type="spellStart"/>
            <w:r w:rsidRPr="005C7A43">
              <w:rPr>
                <w:sz w:val="24"/>
                <w:szCs w:val="24"/>
              </w:rPr>
              <w:t>institucionais</w:t>
            </w:r>
            <w:proofErr w:type="spellEnd"/>
            <w:r w:rsidRPr="005C7A43">
              <w:rPr>
                <w:sz w:val="24"/>
                <w:szCs w:val="24"/>
              </w:rPr>
              <w:t>.</w:t>
            </w:r>
          </w:p>
        </w:tc>
      </w:tr>
    </w:tbl>
    <w:p w:rsidR="005C7A43" w:rsidRPr="005C7A43" w:rsidRDefault="005C7A43" w:rsidP="005C7A43">
      <w:pPr>
        <w:spacing w:after="0" w:line="240" w:lineRule="auto"/>
        <w:jc w:val="both"/>
        <w:rPr>
          <w:sz w:val="24"/>
          <w:szCs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8780"/>
      </w:tblGrid>
      <w:tr w:rsidR="005C7A43" w:rsidRPr="005C7A43" w:rsidTr="005C7A43">
        <w:tc>
          <w:tcPr>
            <w:tcW w:w="8780" w:type="dxa"/>
          </w:tcPr>
          <w:p w:rsidR="005C7A43" w:rsidRPr="005C7A43" w:rsidRDefault="005C7A43" w:rsidP="005C7A43">
            <w:pPr>
              <w:jc w:val="both"/>
              <w:rPr>
                <w:b/>
                <w:sz w:val="24"/>
                <w:szCs w:val="24"/>
              </w:rPr>
            </w:pPr>
            <w:proofErr w:type="spellStart"/>
            <w:r w:rsidRPr="005C7A43">
              <w:rPr>
                <w:b/>
                <w:sz w:val="24"/>
                <w:szCs w:val="24"/>
              </w:rPr>
              <w:t>Preciso</w:t>
            </w:r>
            <w:proofErr w:type="spellEnd"/>
            <w:r w:rsidRPr="005C7A43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5C7A43">
              <w:rPr>
                <w:b/>
                <w:sz w:val="24"/>
                <w:szCs w:val="24"/>
              </w:rPr>
              <w:t>renovar</w:t>
            </w:r>
            <w:proofErr w:type="spellEnd"/>
            <w:r w:rsidRPr="005C7A43">
              <w:rPr>
                <w:b/>
                <w:sz w:val="24"/>
                <w:szCs w:val="24"/>
              </w:rPr>
              <w:t xml:space="preserve"> o </w:t>
            </w:r>
            <w:proofErr w:type="spellStart"/>
            <w:r w:rsidRPr="005C7A43">
              <w:rPr>
                <w:b/>
                <w:sz w:val="24"/>
                <w:szCs w:val="24"/>
              </w:rPr>
              <w:t>pedido</w:t>
            </w:r>
            <w:proofErr w:type="spellEnd"/>
            <w:r w:rsidRPr="005C7A43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5C7A43">
              <w:rPr>
                <w:b/>
                <w:sz w:val="24"/>
                <w:szCs w:val="24"/>
              </w:rPr>
              <w:t>em</w:t>
            </w:r>
            <w:proofErr w:type="spellEnd"/>
            <w:r w:rsidRPr="005C7A43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5C7A43">
              <w:rPr>
                <w:b/>
                <w:sz w:val="24"/>
                <w:szCs w:val="24"/>
              </w:rPr>
              <w:t>caso</w:t>
            </w:r>
            <w:proofErr w:type="spellEnd"/>
            <w:r w:rsidRPr="005C7A43">
              <w:rPr>
                <w:b/>
                <w:sz w:val="24"/>
                <w:szCs w:val="24"/>
              </w:rPr>
              <w:t xml:space="preserve"> de </w:t>
            </w:r>
            <w:proofErr w:type="spellStart"/>
            <w:r w:rsidRPr="005C7A43">
              <w:rPr>
                <w:b/>
                <w:sz w:val="24"/>
                <w:szCs w:val="24"/>
              </w:rPr>
              <w:t>prorrogação</w:t>
            </w:r>
            <w:proofErr w:type="spellEnd"/>
            <w:r w:rsidRPr="005C7A43">
              <w:rPr>
                <w:b/>
                <w:sz w:val="24"/>
                <w:szCs w:val="24"/>
              </w:rPr>
              <w:t>?</w:t>
            </w:r>
          </w:p>
          <w:p w:rsidR="005C7A43" w:rsidRDefault="005C7A43" w:rsidP="005C7A43">
            <w:pPr>
              <w:jc w:val="both"/>
              <w:rPr>
                <w:sz w:val="24"/>
                <w:szCs w:val="24"/>
              </w:rPr>
            </w:pPr>
            <w:r w:rsidRPr="005C7A43">
              <w:rPr>
                <w:sz w:val="24"/>
                <w:szCs w:val="24"/>
              </w:rPr>
              <w:br/>
              <w:t xml:space="preserve">Sim. A </w:t>
            </w:r>
            <w:proofErr w:type="spellStart"/>
            <w:r w:rsidRPr="005C7A43">
              <w:rPr>
                <w:sz w:val="24"/>
                <w:szCs w:val="24"/>
              </w:rPr>
              <w:t>prorrogação</w:t>
            </w:r>
            <w:proofErr w:type="spellEnd"/>
            <w:r w:rsidRPr="005C7A43">
              <w:rPr>
                <w:sz w:val="24"/>
                <w:szCs w:val="24"/>
              </w:rPr>
              <w:t xml:space="preserve"> do </w:t>
            </w:r>
            <w:r w:rsidR="00D62664">
              <w:rPr>
                <w:sz w:val="24"/>
                <w:szCs w:val="24"/>
              </w:rPr>
              <w:t>REE</w:t>
            </w:r>
            <w:r w:rsidRPr="005C7A43">
              <w:rPr>
                <w:sz w:val="24"/>
                <w:szCs w:val="24"/>
              </w:rPr>
              <w:t xml:space="preserve"> </w:t>
            </w:r>
            <w:proofErr w:type="spellStart"/>
            <w:r w:rsidRPr="005C7A43">
              <w:rPr>
                <w:sz w:val="24"/>
                <w:szCs w:val="24"/>
              </w:rPr>
              <w:t>dependerá</w:t>
            </w:r>
            <w:proofErr w:type="spellEnd"/>
            <w:r w:rsidRPr="005C7A43">
              <w:rPr>
                <w:sz w:val="24"/>
                <w:szCs w:val="24"/>
              </w:rPr>
              <w:t xml:space="preserve"> de nova </w:t>
            </w:r>
            <w:proofErr w:type="spellStart"/>
            <w:r w:rsidRPr="005C7A43">
              <w:rPr>
                <w:sz w:val="24"/>
                <w:szCs w:val="24"/>
              </w:rPr>
              <w:t>solicitação</w:t>
            </w:r>
            <w:proofErr w:type="spellEnd"/>
            <w:r w:rsidRPr="005C7A43">
              <w:rPr>
                <w:sz w:val="24"/>
                <w:szCs w:val="24"/>
              </w:rPr>
              <w:t xml:space="preserve">, via </w:t>
            </w:r>
            <w:proofErr w:type="spellStart"/>
            <w:r w:rsidRPr="005C7A43">
              <w:rPr>
                <w:sz w:val="24"/>
                <w:szCs w:val="24"/>
              </w:rPr>
              <w:t>requerimento</w:t>
            </w:r>
            <w:proofErr w:type="spellEnd"/>
            <w:proofErr w:type="gramStart"/>
            <w:r w:rsidRPr="005C7A43">
              <w:rPr>
                <w:sz w:val="24"/>
                <w:szCs w:val="24"/>
              </w:rPr>
              <w:t xml:space="preserve">,  </w:t>
            </w:r>
            <w:proofErr w:type="spellStart"/>
            <w:r w:rsidRPr="005C7A43">
              <w:rPr>
                <w:sz w:val="24"/>
                <w:szCs w:val="24"/>
              </w:rPr>
              <w:t>acompanhada</w:t>
            </w:r>
            <w:proofErr w:type="spellEnd"/>
            <w:proofErr w:type="gramEnd"/>
            <w:r w:rsidRPr="005C7A43">
              <w:rPr>
                <w:sz w:val="24"/>
                <w:szCs w:val="24"/>
              </w:rPr>
              <w:t xml:space="preserve"> de </w:t>
            </w:r>
            <w:proofErr w:type="spellStart"/>
            <w:r w:rsidRPr="005C7A43">
              <w:rPr>
                <w:sz w:val="24"/>
                <w:szCs w:val="24"/>
              </w:rPr>
              <w:t>documentação</w:t>
            </w:r>
            <w:proofErr w:type="spellEnd"/>
            <w:r w:rsidRPr="005C7A43">
              <w:rPr>
                <w:sz w:val="24"/>
                <w:szCs w:val="24"/>
              </w:rPr>
              <w:t xml:space="preserve"> </w:t>
            </w:r>
            <w:proofErr w:type="spellStart"/>
            <w:r w:rsidRPr="005C7A43">
              <w:rPr>
                <w:sz w:val="24"/>
                <w:szCs w:val="24"/>
              </w:rPr>
              <w:t>comprobatória</w:t>
            </w:r>
            <w:proofErr w:type="spellEnd"/>
            <w:r w:rsidRPr="005C7A43">
              <w:rPr>
                <w:sz w:val="24"/>
                <w:szCs w:val="24"/>
              </w:rPr>
              <w:t xml:space="preserve"> </w:t>
            </w:r>
            <w:proofErr w:type="spellStart"/>
            <w:r w:rsidRPr="005C7A43">
              <w:rPr>
                <w:sz w:val="24"/>
                <w:szCs w:val="24"/>
              </w:rPr>
              <w:t>atualizada</w:t>
            </w:r>
            <w:proofErr w:type="spellEnd"/>
            <w:r w:rsidRPr="005C7A43">
              <w:rPr>
                <w:sz w:val="24"/>
                <w:szCs w:val="24"/>
              </w:rPr>
              <w:t>.</w:t>
            </w:r>
          </w:p>
          <w:p w:rsidR="00912183" w:rsidRPr="005C7A43" w:rsidRDefault="00912183" w:rsidP="005C7A43">
            <w:pPr>
              <w:jc w:val="both"/>
              <w:rPr>
                <w:b/>
                <w:sz w:val="24"/>
                <w:szCs w:val="24"/>
              </w:rPr>
            </w:pPr>
          </w:p>
        </w:tc>
      </w:tr>
    </w:tbl>
    <w:p w:rsidR="00F1521D" w:rsidRPr="00F1521D" w:rsidRDefault="00F1521D" w:rsidP="004B5BD4">
      <w:pPr>
        <w:pStyle w:val="Ttulo3"/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0" w:color="auto"/>
        </w:pBdr>
        <w:jc w:val="both"/>
        <w:rPr>
          <w:rFonts w:asciiTheme="minorHAnsi" w:hAnsiTheme="minorHAnsi"/>
          <w:color w:val="auto"/>
          <w:sz w:val="24"/>
          <w:szCs w:val="24"/>
        </w:rPr>
      </w:pPr>
      <w:bookmarkStart w:id="16" w:name="_Toc232261529"/>
      <w:bookmarkStart w:id="17" w:name="_Toc233826710"/>
      <w:r w:rsidRPr="00F1521D">
        <w:rPr>
          <w:rFonts w:asciiTheme="minorHAnsi" w:hAnsiTheme="minorHAnsi"/>
          <w:color w:val="auto"/>
          <w:sz w:val="24"/>
          <w:szCs w:val="24"/>
        </w:rPr>
        <w:t xml:space="preserve">O </w:t>
      </w:r>
      <w:proofErr w:type="spellStart"/>
      <w:r w:rsidRPr="00F1521D">
        <w:rPr>
          <w:rFonts w:asciiTheme="minorHAnsi" w:hAnsiTheme="minorHAnsi"/>
          <w:color w:val="auto"/>
          <w:sz w:val="24"/>
          <w:szCs w:val="24"/>
        </w:rPr>
        <w:t>cumprimento</w:t>
      </w:r>
      <w:proofErr w:type="spellEnd"/>
      <w:r w:rsidRPr="00F1521D">
        <w:rPr>
          <w:rFonts w:asciiTheme="minorHAnsi" w:hAnsiTheme="minorHAnsi"/>
          <w:color w:val="auto"/>
          <w:sz w:val="24"/>
          <w:szCs w:val="24"/>
        </w:rPr>
        <w:t xml:space="preserve"> das </w:t>
      </w:r>
      <w:proofErr w:type="spellStart"/>
      <w:r w:rsidRPr="00F1521D">
        <w:rPr>
          <w:rFonts w:asciiTheme="minorHAnsi" w:hAnsiTheme="minorHAnsi"/>
          <w:color w:val="auto"/>
          <w:sz w:val="24"/>
          <w:szCs w:val="24"/>
        </w:rPr>
        <w:t>atividades</w:t>
      </w:r>
      <w:proofErr w:type="spellEnd"/>
      <w:r w:rsidRPr="00F1521D">
        <w:rPr>
          <w:rFonts w:asciiTheme="minorHAnsi" w:hAnsiTheme="minorHAnsi"/>
          <w:color w:val="auto"/>
          <w:sz w:val="24"/>
          <w:szCs w:val="24"/>
        </w:rPr>
        <w:t xml:space="preserve"> no AVA </w:t>
      </w:r>
      <w:proofErr w:type="spellStart"/>
      <w:r w:rsidRPr="00F1521D">
        <w:rPr>
          <w:rFonts w:asciiTheme="minorHAnsi" w:hAnsiTheme="minorHAnsi"/>
          <w:color w:val="auto"/>
          <w:sz w:val="24"/>
          <w:szCs w:val="24"/>
        </w:rPr>
        <w:t>substitui</w:t>
      </w:r>
      <w:proofErr w:type="spellEnd"/>
      <w:r w:rsidRPr="00F1521D">
        <w:rPr>
          <w:rFonts w:asciiTheme="minorHAnsi" w:hAnsiTheme="minorHAnsi"/>
          <w:color w:val="auto"/>
          <w:sz w:val="24"/>
          <w:szCs w:val="24"/>
        </w:rPr>
        <w:t xml:space="preserve"> as </w:t>
      </w:r>
      <w:proofErr w:type="spellStart"/>
      <w:r w:rsidRPr="00F1521D">
        <w:rPr>
          <w:rFonts w:asciiTheme="minorHAnsi" w:hAnsiTheme="minorHAnsi"/>
          <w:color w:val="auto"/>
          <w:sz w:val="24"/>
          <w:szCs w:val="24"/>
        </w:rPr>
        <w:t>avaliações</w:t>
      </w:r>
      <w:proofErr w:type="spellEnd"/>
      <w:r w:rsidRPr="00F1521D">
        <w:rPr>
          <w:rFonts w:asciiTheme="minorHAnsi" w:hAnsiTheme="minorHAnsi"/>
          <w:color w:val="auto"/>
          <w:sz w:val="24"/>
          <w:szCs w:val="24"/>
        </w:rPr>
        <w:t>?</w:t>
      </w:r>
      <w:bookmarkEnd w:id="16"/>
      <w:bookmarkEnd w:id="17"/>
    </w:p>
    <w:p w:rsidR="00F1521D" w:rsidRPr="00F1521D" w:rsidRDefault="00F1521D" w:rsidP="004B5BD4">
      <w:pPr>
        <w:pStyle w:val="NormalWeb"/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0" w:color="auto"/>
        </w:pBdr>
        <w:jc w:val="both"/>
        <w:rPr>
          <w:rFonts w:asciiTheme="minorHAnsi" w:hAnsiTheme="minorHAnsi"/>
        </w:rPr>
      </w:pPr>
      <w:r w:rsidRPr="00F1521D">
        <w:rPr>
          <w:rStyle w:val="Forte"/>
          <w:rFonts w:asciiTheme="minorHAnsi" w:hAnsiTheme="minorHAnsi"/>
          <w:b w:val="0"/>
        </w:rPr>
        <w:t>Não</w:t>
      </w:r>
      <w:r w:rsidRPr="00F1521D">
        <w:rPr>
          <w:rStyle w:val="Forte"/>
          <w:rFonts w:asciiTheme="minorHAnsi" w:hAnsiTheme="minorHAnsi"/>
        </w:rPr>
        <w:t>.</w:t>
      </w:r>
      <w:r w:rsidRPr="00F1521D">
        <w:rPr>
          <w:rFonts w:asciiTheme="minorHAnsi" w:hAnsiTheme="minorHAnsi"/>
        </w:rPr>
        <w:t xml:space="preserve"> As atividades disponibilizadas no AVA têm finalidade de acompanhamento pedagógico e apuração de frequência. As avaliações acadêmicas deverão ser realizadas presencialmente após o retorno do estudante, conforme orientações institucionais vigentes.</w:t>
      </w:r>
    </w:p>
    <w:p w:rsidR="004231D9" w:rsidRPr="005C7A43" w:rsidRDefault="004231D9" w:rsidP="005C7A43">
      <w:pPr>
        <w:spacing w:after="0" w:line="240" w:lineRule="auto"/>
        <w:jc w:val="both"/>
        <w:rPr>
          <w:b/>
          <w:sz w:val="24"/>
          <w:szCs w:val="24"/>
        </w:rPr>
      </w:pPr>
    </w:p>
    <w:p w:rsidR="004231D9" w:rsidRPr="00310465" w:rsidRDefault="005076BD" w:rsidP="004B5BD4">
      <w:pPr>
        <w:pStyle w:val="Ttulo1"/>
        <w:numPr>
          <w:ilvl w:val="0"/>
          <w:numId w:val="18"/>
        </w:numPr>
        <w:rPr>
          <w:rFonts w:asciiTheme="minorHAnsi" w:hAnsiTheme="minorHAnsi"/>
          <w:color w:val="auto"/>
          <w:sz w:val="24"/>
          <w:szCs w:val="24"/>
        </w:rPr>
      </w:pPr>
      <w:bookmarkStart w:id="18" w:name="_Toc233826711"/>
      <w:r w:rsidRPr="00310465">
        <w:rPr>
          <w:rFonts w:asciiTheme="minorHAnsi" w:hAnsiTheme="minorHAnsi"/>
          <w:color w:val="auto"/>
          <w:sz w:val="24"/>
          <w:szCs w:val="24"/>
        </w:rPr>
        <w:lastRenderedPageBreak/>
        <w:t>DISPOSIÇÕES FINAIS</w:t>
      </w:r>
      <w:bookmarkEnd w:id="18"/>
    </w:p>
    <w:p w:rsidR="00457E2D" w:rsidRPr="00457E2D" w:rsidRDefault="00457E2D" w:rsidP="00457E2D">
      <w:pPr>
        <w:pStyle w:val="PargrafodaLista"/>
        <w:spacing w:after="0" w:line="240" w:lineRule="auto"/>
        <w:ind w:left="360"/>
        <w:rPr>
          <w:sz w:val="24"/>
          <w:szCs w:val="24"/>
        </w:rPr>
      </w:pPr>
    </w:p>
    <w:p w:rsidR="00457E2D" w:rsidRDefault="006A5674" w:rsidP="005C7A43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Este Manual de </w:t>
      </w:r>
      <w:proofErr w:type="spellStart"/>
      <w:r>
        <w:rPr>
          <w:sz w:val="24"/>
          <w:szCs w:val="24"/>
        </w:rPr>
        <w:t>orientações</w:t>
      </w:r>
      <w:proofErr w:type="spellEnd"/>
      <w:r>
        <w:rPr>
          <w:sz w:val="24"/>
          <w:szCs w:val="24"/>
        </w:rPr>
        <w:t xml:space="preserve"> para o Regime Especial de </w:t>
      </w:r>
      <w:proofErr w:type="spellStart"/>
      <w:r>
        <w:rPr>
          <w:sz w:val="24"/>
          <w:szCs w:val="24"/>
        </w:rPr>
        <w:t>Estudos</w:t>
      </w:r>
      <w:proofErr w:type="spellEnd"/>
      <w:r w:rsidR="005076BD" w:rsidRPr="005C7A43">
        <w:rPr>
          <w:sz w:val="24"/>
          <w:szCs w:val="24"/>
        </w:rPr>
        <w:t xml:space="preserve"> </w:t>
      </w:r>
      <w:proofErr w:type="spellStart"/>
      <w:r w:rsidR="005076BD" w:rsidRPr="005C7A43">
        <w:rPr>
          <w:sz w:val="24"/>
          <w:szCs w:val="24"/>
        </w:rPr>
        <w:t>possui</w:t>
      </w:r>
      <w:proofErr w:type="spellEnd"/>
      <w:r w:rsidR="005076BD" w:rsidRPr="005C7A43">
        <w:rPr>
          <w:sz w:val="24"/>
          <w:szCs w:val="24"/>
        </w:rPr>
        <w:t xml:space="preserve"> </w:t>
      </w:r>
      <w:proofErr w:type="spellStart"/>
      <w:r w:rsidR="005076BD" w:rsidRPr="005C7A43">
        <w:rPr>
          <w:sz w:val="24"/>
          <w:szCs w:val="24"/>
        </w:rPr>
        <w:t>caráter</w:t>
      </w:r>
      <w:proofErr w:type="spellEnd"/>
      <w:r w:rsidR="005076BD" w:rsidRPr="005C7A43">
        <w:rPr>
          <w:sz w:val="24"/>
          <w:szCs w:val="24"/>
        </w:rPr>
        <w:t xml:space="preserve"> </w:t>
      </w:r>
      <w:proofErr w:type="spellStart"/>
      <w:r w:rsidR="005076BD" w:rsidRPr="005C7A43">
        <w:rPr>
          <w:sz w:val="24"/>
          <w:szCs w:val="24"/>
        </w:rPr>
        <w:t>orientativo</w:t>
      </w:r>
      <w:proofErr w:type="spellEnd"/>
      <w:r w:rsidR="005076BD" w:rsidRPr="005C7A43">
        <w:rPr>
          <w:sz w:val="24"/>
          <w:szCs w:val="24"/>
        </w:rPr>
        <w:t xml:space="preserve"> e </w:t>
      </w:r>
      <w:proofErr w:type="spellStart"/>
      <w:r w:rsidR="005076BD" w:rsidRPr="005C7A43">
        <w:rPr>
          <w:sz w:val="24"/>
          <w:szCs w:val="24"/>
        </w:rPr>
        <w:t>complementar</w:t>
      </w:r>
      <w:proofErr w:type="spellEnd"/>
      <w:r w:rsidR="005076BD" w:rsidRPr="005C7A43">
        <w:rPr>
          <w:sz w:val="24"/>
          <w:szCs w:val="24"/>
        </w:rPr>
        <w:t xml:space="preserve"> à </w:t>
      </w:r>
      <w:proofErr w:type="spellStart"/>
      <w:r w:rsidR="005076BD" w:rsidRPr="005C7A43">
        <w:rPr>
          <w:sz w:val="24"/>
          <w:szCs w:val="24"/>
        </w:rPr>
        <w:t>Portaria</w:t>
      </w:r>
      <w:proofErr w:type="spellEnd"/>
      <w:r w:rsidR="005076BD" w:rsidRPr="005C7A43">
        <w:rPr>
          <w:sz w:val="24"/>
          <w:szCs w:val="24"/>
        </w:rPr>
        <w:t xml:space="preserve"> </w:t>
      </w:r>
      <w:proofErr w:type="spellStart"/>
      <w:r w:rsidR="005076BD" w:rsidRPr="005C7A43">
        <w:rPr>
          <w:sz w:val="24"/>
          <w:szCs w:val="24"/>
        </w:rPr>
        <w:t>Institucional</w:t>
      </w:r>
      <w:proofErr w:type="spellEnd"/>
      <w:r w:rsidR="005076BD" w:rsidRPr="005C7A43">
        <w:rPr>
          <w:sz w:val="24"/>
          <w:szCs w:val="24"/>
        </w:rPr>
        <w:t xml:space="preserve"> do Regime Especial de </w:t>
      </w:r>
      <w:proofErr w:type="spellStart"/>
      <w:r w:rsidR="005076BD" w:rsidRPr="005C7A43">
        <w:rPr>
          <w:sz w:val="24"/>
          <w:szCs w:val="24"/>
        </w:rPr>
        <w:t>Estudos</w:t>
      </w:r>
      <w:proofErr w:type="spellEnd"/>
      <w:r w:rsidR="005076BD" w:rsidRPr="005C7A43">
        <w:rPr>
          <w:sz w:val="24"/>
          <w:szCs w:val="24"/>
        </w:rPr>
        <w:t xml:space="preserve"> (</w:t>
      </w:r>
      <w:r w:rsidR="00D62664">
        <w:rPr>
          <w:sz w:val="24"/>
          <w:szCs w:val="24"/>
        </w:rPr>
        <w:t>REE</w:t>
      </w:r>
      <w:r w:rsidR="005076BD" w:rsidRPr="005C7A43">
        <w:rPr>
          <w:sz w:val="24"/>
          <w:szCs w:val="24"/>
        </w:rPr>
        <w:t xml:space="preserve">) e </w:t>
      </w:r>
      <w:proofErr w:type="spellStart"/>
      <w:r w:rsidR="005076BD" w:rsidRPr="005C7A43">
        <w:rPr>
          <w:sz w:val="24"/>
          <w:szCs w:val="24"/>
        </w:rPr>
        <w:t>às</w:t>
      </w:r>
      <w:proofErr w:type="spellEnd"/>
      <w:r w:rsidR="005076BD" w:rsidRPr="005C7A43">
        <w:rPr>
          <w:sz w:val="24"/>
          <w:szCs w:val="24"/>
        </w:rPr>
        <w:t xml:space="preserve"> </w:t>
      </w:r>
      <w:proofErr w:type="spellStart"/>
      <w:r w:rsidR="005076BD" w:rsidRPr="005C7A43">
        <w:rPr>
          <w:sz w:val="24"/>
          <w:szCs w:val="24"/>
        </w:rPr>
        <w:t>demais</w:t>
      </w:r>
      <w:proofErr w:type="spellEnd"/>
      <w:r w:rsidR="005076BD" w:rsidRPr="005C7A43">
        <w:rPr>
          <w:sz w:val="24"/>
          <w:szCs w:val="24"/>
        </w:rPr>
        <w:t xml:space="preserve"> </w:t>
      </w:r>
      <w:proofErr w:type="spellStart"/>
      <w:r w:rsidR="005076BD" w:rsidRPr="005C7A43">
        <w:rPr>
          <w:sz w:val="24"/>
          <w:szCs w:val="24"/>
        </w:rPr>
        <w:t>normativas</w:t>
      </w:r>
      <w:proofErr w:type="spellEnd"/>
      <w:r w:rsidR="005076BD" w:rsidRPr="005C7A43">
        <w:rPr>
          <w:sz w:val="24"/>
          <w:szCs w:val="24"/>
        </w:rPr>
        <w:t xml:space="preserve"> </w:t>
      </w:r>
      <w:proofErr w:type="spellStart"/>
      <w:r w:rsidR="005076BD" w:rsidRPr="005C7A43">
        <w:rPr>
          <w:sz w:val="24"/>
          <w:szCs w:val="24"/>
        </w:rPr>
        <w:t>acadêmicas</w:t>
      </w:r>
      <w:proofErr w:type="spellEnd"/>
      <w:r w:rsidR="005076BD" w:rsidRPr="005C7A43">
        <w:rPr>
          <w:sz w:val="24"/>
          <w:szCs w:val="24"/>
        </w:rPr>
        <w:t xml:space="preserve"> </w:t>
      </w:r>
      <w:proofErr w:type="spellStart"/>
      <w:r w:rsidR="005076BD" w:rsidRPr="005C7A43">
        <w:rPr>
          <w:sz w:val="24"/>
          <w:szCs w:val="24"/>
        </w:rPr>
        <w:t>vigentes</w:t>
      </w:r>
      <w:proofErr w:type="spellEnd"/>
      <w:r w:rsidR="005076BD" w:rsidRPr="005C7A43">
        <w:rPr>
          <w:sz w:val="24"/>
          <w:szCs w:val="24"/>
        </w:rPr>
        <w:t xml:space="preserve"> da </w:t>
      </w:r>
      <w:proofErr w:type="spellStart"/>
      <w:r w:rsidR="005076BD" w:rsidRPr="005C7A43">
        <w:rPr>
          <w:sz w:val="24"/>
          <w:szCs w:val="24"/>
        </w:rPr>
        <w:t>Faculdade</w:t>
      </w:r>
      <w:proofErr w:type="spellEnd"/>
      <w:r w:rsidR="005076BD" w:rsidRPr="005C7A43">
        <w:rPr>
          <w:sz w:val="24"/>
          <w:szCs w:val="24"/>
        </w:rPr>
        <w:t xml:space="preserve"> </w:t>
      </w:r>
      <w:proofErr w:type="spellStart"/>
      <w:r w:rsidR="005076BD" w:rsidRPr="005C7A43">
        <w:rPr>
          <w:sz w:val="24"/>
          <w:szCs w:val="24"/>
        </w:rPr>
        <w:t>Ciências</w:t>
      </w:r>
      <w:proofErr w:type="spellEnd"/>
      <w:r w:rsidR="005076BD" w:rsidRPr="005C7A43">
        <w:rPr>
          <w:sz w:val="24"/>
          <w:szCs w:val="24"/>
        </w:rPr>
        <w:t xml:space="preserve"> </w:t>
      </w:r>
      <w:proofErr w:type="spellStart"/>
      <w:r w:rsidR="005076BD" w:rsidRPr="005C7A43">
        <w:rPr>
          <w:sz w:val="24"/>
          <w:szCs w:val="24"/>
        </w:rPr>
        <w:t>Médicas</w:t>
      </w:r>
      <w:proofErr w:type="spellEnd"/>
      <w:r w:rsidR="005076BD" w:rsidRPr="005C7A43">
        <w:rPr>
          <w:sz w:val="24"/>
          <w:szCs w:val="24"/>
        </w:rPr>
        <w:t xml:space="preserve"> de Minas </w:t>
      </w:r>
      <w:proofErr w:type="spellStart"/>
      <w:r w:rsidR="005076BD" w:rsidRPr="005C7A43">
        <w:rPr>
          <w:sz w:val="24"/>
          <w:szCs w:val="24"/>
        </w:rPr>
        <w:t>Gerais</w:t>
      </w:r>
      <w:proofErr w:type="spellEnd"/>
      <w:r w:rsidR="005076BD" w:rsidRPr="005C7A43">
        <w:rPr>
          <w:sz w:val="24"/>
          <w:szCs w:val="24"/>
        </w:rPr>
        <w:t xml:space="preserve"> – FCMMG.</w:t>
      </w:r>
    </w:p>
    <w:p w:rsidR="004231D9" w:rsidRPr="005C7A43" w:rsidRDefault="005076BD" w:rsidP="005C7A43">
      <w:pPr>
        <w:spacing w:after="0" w:line="240" w:lineRule="auto"/>
        <w:jc w:val="both"/>
        <w:rPr>
          <w:sz w:val="24"/>
          <w:szCs w:val="24"/>
        </w:rPr>
      </w:pPr>
      <w:r w:rsidRPr="005C7A43">
        <w:rPr>
          <w:sz w:val="24"/>
          <w:szCs w:val="24"/>
        </w:rPr>
        <w:br/>
      </w:r>
      <w:r w:rsidRPr="005C7A43">
        <w:rPr>
          <w:sz w:val="24"/>
          <w:szCs w:val="24"/>
        </w:rPr>
        <w:br/>
      </w:r>
      <w:proofErr w:type="spellStart"/>
      <w:r w:rsidRPr="005C7A43">
        <w:rPr>
          <w:sz w:val="24"/>
          <w:szCs w:val="24"/>
        </w:rPr>
        <w:t>Os</w:t>
      </w:r>
      <w:proofErr w:type="spellEnd"/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casos</w:t>
      </w:r>
      <w:proofErr w:type="spellEnd"/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omissos</w:t>
      </w:r>
      <w:proofErr w:type="spellEnd"/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serão</w:t>
      </w:r>
      <w:proofErr w:type="spellEnd"/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analisados</w:t>
      </w:r>
      <w:proofErr w:type="spellEnd"/>
      <w:r w:rsidRPr="005C7A43">
        <w:rPr>
          <w:sz w:val="24"/>
          <w:szCs w:val="24"/>
        </w:rPr>
        <w:t xml:space="preserve"> </w:t>
      </w:r>
      <w:proofErr w:type="spellStart"/>
      <w:r w:rsidRPr="005C7A43">
        <w:rPr>
          <w:sz w:val="24"/>
          <w:szCs w:val="24"/>
        </w:rPr>
        <w:t>pelos</w:t>
      </w:r>
      <w:proofErr w:type="spellEnd"/>
      <w:r w:rsidRPr="005C7A43">
        <w:rPr>
          <w:sz w:val="24"/>
          <w:szCs w:val="24"/>
        </w:rPr>
        <w:t xml:space="preserve"> </w:t>
      </w:r>
      <w:proofErr w:type="spellStart"/>
      <w:r w:rsidR="009E4EEF" w:rsidRPr="005C7A43">
        <w:rPr>
          <w:sz w:val="24"/>
          <w:szCs w:val="24"/>
        </w:rPr>
        <w:t>Colegiados</w:t>
      </w:r>
      <w:proofErr w:type="spellEnd"/>
      <w:r w:rsidR="009E4EEF" w:rsidRPr="005C7A43">
        <w:rPr>
          <w:sz w:val="24"/>
          <w:szCs w:val="24"/>
        </w:rPr>
        <w:t xml:space="preserve"> de </w:t>
      </w:r>
      <w:proofErr w:type="spellStart"/>
      <w:r w:rsidR="009E4EEF" w:rsidRPr="005C7A43">
        <w:rPr>
          <w:sz w:val="24"/>
          <w:szCs w:val="24"/>
        </w:rPr>
        <w:t>Curso</w:t>
      </w:r>
      <w:proofErr w:type="spellEnd"/>
      <w:r w:rsidR="009E4EEF" w:rsidRPr="005C7A43">
        <w:rPr>
          <w:sz w:val="24"/>
          <w:szCs w:val="24"/>
        </w:rPr>
        <w:t>.</w:t>
      </w:r>
    </w:p>
    <w:p w:rsidR="004231D9" w:rsidRPr="005C7A43" w:rsidRDefault="004231D9" w:rsidP="005C7A43">
      <w:pPr>
        <w:spacing w:after="0" w:line="240" w:lineRule="auto"/>
        <w:rPr>
          <w:sz w:val="24"/>
          <w:szCs w:val="24"/>
        </w:rPr>
      </w:pPr>
    </w:p>
    <w:sectPr w:rsidR="004231D9" w:rsidRPr="005C7A43" w:rsidSect="00310465">
      <w:headerReference w:type="default" r:id="rId9"/>
      <w:pgSz w:w="12240" w:h="15840"/>
      <w:pgMar w:top="1276" w:right="1701" w:bottom="1134" w:left="170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5503C" w:rsidRDefault="0035503C" w:rsidP="009E4EEF">
      <w:pPr>
        <w:spacing w:after="0" w:line="240" w:lineRule="auto"/>
      </w:pPr>
      <w:r>
        <w:separator/>
      </w:r>
    </w:p>
  </w:endnote>
  <w:endnote w:type="continuationSeparator" w:id="0">
    <w:p w:rsidR="0035503C" w:rsidRDefault="0035503C" w:rsidP="009E4EE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nion Pro">
    <w:altName w:val="Cambria"/>
    <w:panose1 w:val="00000000000000000000"/>
    <w:charset w:val="00"/>
    <w:family w:val="roman"/>
    <w:notTrueType/>
    <w:pitch w:val="variable"/>
    <w:sig w:usb0="00000001" w:usb1="00000001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5503C" w:rsidRDefault="0035503C" w:rsidP="009E4EEF">
      <w:pPr>
        <w:spacing w:after="0" w:line="240" w:lineRule="auto"/>
      </w:pPr>
      <w:r>
        <w:separator/>
      </w:r>
    </w:p>
  </w:footnote>
  <w:footnote w:type="continuationSeparator" w:id="0">
    <w:p w:rsidR="0035503C" w:rsidRDefault="0035503C" w:rsidP="009E4EE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E4EEF" w:rsidRDefault="009E4EEF">
    <w:pPr>
      <w:pStyle w:val="Cabealho"/>
    </w:pPr>
    <w:r>
      <w:rPr>
        <w:noProof/>
        <w:lang w:val="pt-BR" w:eastAsia="pt-BR"/>
      </w:rPr>
      <w:drawing>
        <wp:anchor distT="0" distB="0" distL="114300" distR="114300" simplePos="0" relativeHeight="251657216" behindDoc="0" locked="0" layoutInCell="1" hidden="0" allowOverlap="1" wp14:anchorId="41A79ED8" wp14:editId="56859F6E">
          <wp:simplePos x="0" y="0"/>
          <wp:positionH relativeFrom="column">
            <wp:posOffset>1762125</wp:posOffset>
          </wp:positionH>
          <wp:positionV relativeFrom="paragraph">
            <wp:posOffset>-371475</wp:posOffset>
          </wp:positionV>
          <wp:extent cx="4823460" cy="827405"/>
          <wp:effectExtent l="0" t="0" r="0" b="0"/>
          <wp:wrapNone/>
          <wp:docPr id="6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823460" cy="82740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Numerada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Numerada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Commarcadore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Commarcadore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Numerad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Commarcadore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C1E1C95"/>
    <w:multiLevelType w:val="hybridMultilevel"/>
    <w:tmpl w:val="C456A880"/>
    <w:lvl w:ilvl="0" w:tplc="896A3EFC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E2B419D"/>
    <w:multiLevelType w:val="multilevel"/>
    <w:tmpl w:val="EECA62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17A67620"/>
    <w:multiLevelType w:val="hybridMultilevel"/>
    <w:tmpl w:val="0ADCE762"/>
    <w:lvl w:ilvl="0" w:tplc="0D724082">
      <w:numFmt w:val="bullet"/>
      <w:lvlText w:val=""/>
      <w:lvlJc w:val="left"/>
      <w:pPr>
        <w:ind w:left="1440" w:hanging="360"/>
      </w:pPr>
      <w:rPr>
        <w:rFonts w:ascii="Symbol" w:eastAsiaTheme="minorEastAsia" w:hAnsi="Symbol" w:cstheme="minorBidi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1DE74DE5"/>
    <w:multiLevelType w:val="hybridMultilevel"/>
    <w:tmpl w:val="06203422"/>
    <w:lvl w:ilvl="0" w:tplc="0D724082"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A180AF7"/>
    <w:multiLevelType w:val="hybridMultilevel"/>
    <w:tmpl w:val="BBD093CA"/>
    <w:lvl w:ilvl="0" w:tplc="0D724082"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3F2119B"/>
    <w:multiLevelType w:val="hybridMultilevel"/>
    <w:tmpl w:val="44027F24"/>
    <w:lvl w:ilvl="0" w:tplc="0D724082">
      <w:numFmt w:val="bullet"/>
      <w:lvlText w:val=""/>
      <w:lvlJc w:val="left"/>
      <w:pPr>
        <w:ind w:left="1440" w:hanging="360"/>
      </w:pPr>
      <w:rPr>
        <w:rFonts w:ascii="Symbol" w:eastAsiaTheme="minorEastAsia" w:hAnsi="Symbol" w:cstheme="minorBidi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671021FA"/>
    <w:multiLevelType w:val="hybridMultilevel"/>
    <w:tmpl w:val="7F0ED0F2"/>
    <w:lvl w:ilvl="0" w:tplc="494C4960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6D536925"/>
    <w:multiLevelType w:val="hybridMultilevel"/>
    <w:tmpl w:val="509E4DBC"/>
    <w:lvl w:ilvl="0" w:tplc="0D724082"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80366CD"/>
    <w:multiLevelType w:val="hybridMultilevel"/>
    <w:tmpl w:val="3B7C4D96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  <w:num w:numId="10">
    <w:abstractNumId w:val="15"/>
  </w:num>
  <w:num w:numId="11">
    <w:abstractNumId w:val="16"/>
  </w:num>
  <w:num w:numId="12">
    <w:abstractNumId w:val="13"/>
  </w:num>
  <w:num w:numId="13">
    <w:abstractNumId w:val="11"/>
  </w:num>
  <w:num w:numId="14">
    <w:abstractNumId w:val="12"/>
  </w:num>
  <w:num w:numId="15">
    <w:abstractNumId w:val="14"/>
  </w:num>
  <w:num w:numId="16">
    <w:abstractNumId w:val="17"/>
  </w:num>
  <w:num w:numId="17">
    <w:abstractNumId w:val="10"/>
  </w:num>
  <w:num w:numId="18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34616"/>
    <w:rsid w:val="0006063C"/>
    <w:rsid w:val="00084D31"/>
    <w:rsid w:val="00121C4E"/>
    <w:rsid w:val="001256F1"/>
    <w:rsid w:val="0015074B"/>
    <w:rsid w:val="001C7C07"/>
    <w:rsid w:val="0029639D"/>
    <w:rsid w:val="00310465"/>
    <w:rsid w:val="00326F90"/>
    <w:rsid w:val="00337818"/>
    <w:rsid w:val="0035503C"/>
    <w:rsid w:val="004231D9"/>
    <w:rsid w:val="00457E2D"/>
    <w:rsid w:val="004B5BD4"/>
    <w:rsid w:val="005076BD"/>
    <w:rsid w:val="005C7A43"/>
    <w:rsid w:val="005D379A"/>
    <w:rsid w:val="00607272"/>
    <w:rsid w:val="006A5674"/>
    <w:rsid w:val="006B093B"/>
    <w:rsid w:val="007232BA"/>
    <w:rsid w:val="00785A16"/>
    <w:rsid w:val="007E4EA2"/>
    <w:rsid w:val="007F0052"/>
    <w:rsid w:val="007F6192"/>
    <w:rsid w:val="008C7222"/>
    <w:rsid w:val="00912183"/>
    <w:rsid w:val="009D78E1"/>
    <w:rsid w:val="009E4EEF"/>
    <w:rsid w:val="00A21351"/>
    <w:rsid w:val="00A70937"/>
    <w:rsid w:val="00AA1D8D"/>
    <w:rsid w:val="00AB3C61"/>
    <w:rsid w:val="00AE3BAA"/>
    <w:rsid w:val="00B47730"/>
    <w:rsid w:val="00CB0664"/>
    <w:rsid w:val="00D62664"/>
    <w:rsid w:val="00F1521D"/>
    <w:rsid w:val="00F44377"/>
    <w:rsid w:val="00FC693F"/>
    <w:rsid w:val="00FD2A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921D5AA"/>
  <w14:defaultImageDpi w14:val="300"/>
  <w15:docId w15:val="{32394458-C90A-4A52-8E19-06728F8A62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C693F"/>
  </w:style>
  <w:style w:type="paragraph" w:styleId="Ttulo1">
    <w:name w:val="heading 1"/>
    <w:basedOn w:val="Normal"/>
    <w:next w:val="Normal"/>
    <w:link w:val="Ttulo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618BF"/>
  </w:style>
  <w:style w:type="paragraph" w:styleId="Rodap">
    <w:name w:val="footer"/>
    <w:basedOn w:val="Normal"/>
    <w:link w:val="Rodap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618BF"/>
  </w:style>
  <w:style w:type="paragraph" w:styleId="SemEspaamento">
    <w:name w:val="No Spacing"/>
    <w:uiPriority w:val="1"/>
    <w:qFormat/>
    <w:rsid w:val="00FC693F"/>
    <w:pPr>
      <w:spacing w:after="0" w:line="240" w:lineRule="auto"/>
    </w:pPr>
  </w:style>
  <w:style w:type="character" w:customStyle="1" w:styleId="Ttulo1Char">
    <w:name w:val="Título 1 Char"/>
    <w:basedOn w:val="Fontepargpadro"/>
    <w:link w:val="Ttu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har">
    <w:name w:val="Título 2 Char"/>
    <w:basedOn w:val="Fontepargpadro"/>
    <w:link w:val="Ttu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har">
    <w:name w:val="Título 3 Char"/>
    <w:basedOn w:val="Fontepargpadro"/>
    <w:link w:val="Ttu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">
    <w:name w:val="Title"/>
    <w:basedOn w:val="Normal"/>
    <w:next w:val="Normal"/>
    <w:link w:val="Ttulo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har">
    <w:name w:val="Título Char"/>
    <w:basedOn w:val="Fontepargpadro"/>
    <w:link w:val="Ttul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har">
    <w:name w:val="Subtítulo Char"/>
    <w:basedOn w:val="Fontepargpadro"/>
    <w:link w:val="Subttu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argrafodaLista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Corpodetexto">
    <w:name w:val="Body Text"/>
    <w:basedOn w:val="Normal"/>
    <w:link w:val="CorpodetextoChar"/>
    <w:uiPriority w:val="99"/>
    <w:unhideWhenUsed/>
    <w:rsid w:val="00AA1D8D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AA1D8D"/>
  </w:style>
  <w:style w:type="paragraph" w:styleId="Corpodetexto2">
    <w:name w:val="Body Text 2"/>
    <w:basedOn w:val="Normal"/>
    <w:link w:val="Corpodetexto2Char"/>
    <w:uiPriority w:val="99"/>
    <w:unhideWhenUsed/>
    <w:rsid w:val="00AA1D8D"/>
    <w:pPr>
      <w:spacing w:after="120" w:line="480" w:lineRule="auto"/>
    </w:pPr>
  </w:style>
  <w:style w:type="character" w:customStyle="1" w:styleId="Corpodetexto2Char">
    <w:name w:val="Corpo de texto 2 Char"/>
    <w:basedOn w:val="Fontepargpadro"/>
    <w:link w:val="Corpodetexto2"/>
    <w:uiPriority w:val="99"/>
    <w:rsid w:val="00AA1D8D"/>
  </w:style>
  <w:style w:type="paragraph" w:styleId="Corpodetexto3">
    <w:name w:val="Body Text 3"/>
    <w:basedOn w:val="Normal"/>
    <w:link w:val="Corpodetexto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Corpodetexto3Char">
    <w:name w:val="Corpo de texto 3 Char"/>
    <w:basedOn w:val="Fontepargpadro"/>
    <w:link w:val="Corpodetexto3"/>
    <w:uiPriority w:val="99"/>
    <w:rsid w:val="00AA1D8D"/>
    <w:rPr>
      <w:sz w:val="16"/>
      <w:szCs w:val="16"/>
    </w:rPr>
  </w:style>
  <w:style w:type="paragraph" w:styleId="Lista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Commarcadore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Commarcadore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Commarcadore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Numerada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Numerada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Numerada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adecontinuao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adecontinuao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adecontinuao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odemacro">
    <w:name w:val="macro"/>
    <w:link w:val="Textodemacro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odemacroChar">
    <w:name w:val="Texto de macro Char"/>
    <w:basedOn w:val="Fontepargpadro"/>
    <w:link w:val="Textodemacro"/>
    <w:uiPriority w:val="99"/>
    <w:rsid w:val="0029639D"/>
    <w:rPr>
      <w:rFonts w:ascii="Courier" w:hAnsi="Courier"/>
      <w:sz w:val="20"/>
      <w:szCs w:val="20"/>
    </w:rPr>
  </w:style>
  <w:style w:type="paragraph" w:styleId="Citao">
    <w:name w:val="Quote"/>
    <w:basedOn w:val="Normal"/>
    <w:next w:val="Normal"/>
    <w:link w:val="CitaoChar"/>
    <w:uiPriority w:val="29"/>
    <w:qFormat/>
    <w:rsid w:val="00FC693F"/>
    <w:rPr>
      <w:i/>
      <w:iCs/>
      <w:color w:val="000000" w:themeColor="text1"/>
    </w:rPr>
  </w:style>
  <w:style w:type="character" w:customStyle="1" w:styleId="CitaoChar">
    <w:name w:val="Citação Char"/>
    <w:basedOn w:val="Fontepargpadro"/>
    <w:link w:val="Citao"/>
    <w:uiPriority w:val="29"/>
    <w:rsid w:val="00FC693F"/>
    <w:rPr>
      <w:i/>
      <w:iCs/>
      <w:color w:val="000000" w:themeColor="text1"/>
    </w:rPr>
  </w:style>
  <w:style w:type="character" w:customStyle="1" w:styleId="Ttulo4Char">
    <w:name w:val="Título 4 Char"/>
    <w:basedOn w:val="Fontepargpadro"/>
    <w:link w:val="Ttu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har">
    <w:name w:val="Título 5 Char"/>
    <w:basedOn w:val="Fontepargpadro"/>
    <w:link w:val="Ttu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har">
    <w:name w:val="Título 7 Char"/>
    <w:basedOn w:val="Fontepargpadro"/>
    <w:link w:val="Ttu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har">
    <w:name w:val="Título 8 Char"/>
    <w:basedOn w:val="Fontepargpadro"/>
    <w:link w:val="Ttu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tulo9Char">
    <w:name w:val="Título 9 Char"/>
    <w:basedOn w:val="Fontepargpadro"/>
    <w:link w:val="Ttu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egenda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Forte">
    <w:name w:val="Strong"/>
    <w:basedOn w:val="Fontepargpadro"/>
    <w:uiPriority w:val="22"/>
    <w:qFormat/>
    <w:rsid w:val="00FC693F"/>
    <w:rPr>
      <w:b/>
      <w:bCs/>
    </w:rPr>
  </w:style>
  <w:style w:type="character" w:styleId="nfase">
    <w:name w:val="Emphasis"/>
    <w:basedOn w:val="Fontepargpadro"/>
    <w:uiPriority w:val="20"/>
    <w:qFormat/>
    <w:rsid w:val="00FC693F"/>
    <w:rPr>
      <w:i/>
      <w:iCs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FC693F"/>
    <w:rPr>
      <w:b/>
      <w:bCs/>
      <w:i/>
      <w:iCs/>
      <w:color w:val="4F81BD" w:themeColor="accent1"/>
    </w:rPr>
  </w:style>
  <w:style w:type="character" w:styleId="nfaseSutil">
    <w:name w:val="Subtle Emphasis"/>
    <w:basedOn w:val="Fontepargpadro"/>
    <w:uiPriority w:val="19"/>
    <w:qFormat/>
    <w:rsid w:val="00FC693F"/>
    <w:rPr>
      <w:i/>
      <w:iCs/>
      <w:color w:val="808080" w:themeColor="text1" w:themeTint="7F"/>
    </w:rPr>
  </w:style>
  <w:style w:type="character" w:styleId="nfaseIntensa">
    <w:name w:val="Intense Emphasis"/>
    <w:basedOn w:val="Fontepargpadro"/>
    <w:uiPriority w:val="21"/>
    <w:qFormat/>
    <w:rsid w:val="00FC693F"/>
    <w:rPr>
      <w:b/>
      <w:bCs/>
      <w:i/>
      <w:iCs/>
      <w:color w:val="4F81BD" w:themeColor="accent1"/>
    </w:rPr>
  </w:style>
  <w:style w:type="character" w:styleId="RefernciaSutil">
    <w:name w:val="Subtle Reference"/>
    <w:basedOn w:val="Fontepargpadro"/>
    <w:uiPriority w:val="31"/>
    <w:qFormat/>
    <w:rsid w:val="00FC693F"/>
    <w:rPr>
      <w:smallCaps/>
      <w:color w:val="C0504D" w:themeColor="accent2"/>
      <w:u w:val="single"/>
    </w:rPr>
  </w:style>
  <w:style w:type="character" w:styleId="RefernciaIntensa">
    <w:name w:val="Intense Reference"/>
    <w:basedOn w:val="Fontepargpadro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tulodoLivro">
    <w:name w:val="Book Title"/>
    <w:basedOn w:val="Fontepargpadro"/>
    <w:uiPriority w:val="33"/>
    <w:qFormat/>
    <w:rsid w:val="00FC693F"/>
    <w:rPr>
      <w:b/>
      <w:bCs/>
      <w:smallCaps/>
      <w:spacing w:val="5"/>
    </w:rPr>
  </w:style>
  <w:style w:type="paragraph" w:styleId="CabealhodoSumrio">
    <w:name w:val="TOC Heading"/>
    <w:basedOn w:val="Ttulo1"/>
    <w:next w:val="Normal"/>
    <w:uiPriority w:val="39"/>
    <w:unhideWhenUsed/>
    <w:qFormat/>
    <w:rsid w:val="00FC693F"/>
    <w:pPr>
      <w:outlineLvl w:val="9"/>
    </w:pPr>
  </w:style>
  <w:style w:type="table" w:styleId="Tabelacomgrade">
    <w:name w:val="Table Grid"/>
    <w:basedOn w:val="Tabela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ombreamentoClaro">
    <w:name w:val="Light Shading"/>
    <w:basedOn w:val="Tabela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mentoClaro-nfase1">
    <w:name w:val="Light Shading Accent 1"/>
    <w:basedOn w:val="Tabela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ombreamentoClaro-nfase2">
    <w:name w:val="Light Shading Accent 2"/>
    <w:basedOn w:val="Tabela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ombreamentoClaro-nfase3">
    <w:name w:val="Light Shading Accent 3"/>
    <w:basedOn w:val="Tabela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ombreamentoClaro-nfase4">
    <w:name w:val="Light Shading Accent 4"/>
    <w:basedOn w:val="Tabela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ombreamentoClaro-nfase5">
    <w:name w:val="Light Shading Accent 5"/>
    <w:basedOn w:val="Tabela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ombreamentoClaro-nfase6">
    <w:name w:val="Light Shading Accent 6"/>
    <w:basedOn w:val="Tabela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aClara">
    <w:name w:val="Light List"/>
    <w:basedOn w:val="Tabe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e1">
    <w:name w:val="Light List Accent 1"/>
    <w:basedOn w:val="Tabe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aClara-nfase2">
    <w:name w:val="Light List Accent 2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aClara-nfase3">
    <w:name w:val="Light List Accent 3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aClara-nfase4">
    <w:name w:val="Light List Accent 4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aClara-nfase5">
    <w:name w:val="Light List Accent 5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aClara-nfase6">
    <w:name w:val="Light List Accent 6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GradeClara">
    <w:name w:val="Light Grid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GradeClara-nfase1">
    <w:name w:val="Light Grid Accent 1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GradeClara-nfase2">
    <w:name w:val="Light Grid Accent 2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GradeClara-nfase3">
    <w:name w:val="Light Grid Accent 3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GradeClara-nfase4">
    <w:name w:val="Light Grid Accent 4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GradeClara-nfase5">
    <w:name w:val="Light Grid Accent 5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GradeClara-nfase6">
    <w:name w:val="Light Grid Accent 6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ombreamentoMdio1">
    <w:name w:val="Medium Shading 1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1">
    <w:name w:val="Medium Shading 1 Accent 1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2">
    <w:name w:val="Medium Shading 1 Accent 2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3">
    <w:name w:val="Medium Shading 1 Accent 3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4">
    <w:name w:val="Medium Shading 1 Accent 4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5">
    <w:name w:val="Medium Shading 1 Accent 5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6">
    <w:name w:val="Medium Shading 1 Accent 6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2">
    <w:name w:val="Medium Shading 2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1">
    <w:name w:val="Medium Shading 2 Accent 1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2">
    <w:name w:val="Medium Shading 2 Accent 2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3">
    <w:name w:val="Medium Shading 2 Accent 3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4">
    <w:name w:val="Medium Shading 2 Accent 4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5">
    <w:name w:val="Medium Shading 2 Accent 5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6">
    <w:name w:val="Medium Shading 2 Accent 6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aMdia1">
    <w:name w:val="Medium List 1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dia1-nfase1">
    <w:name w:val="Medium List 1 Accent 1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aMdia1-nfase2">
    <w:name w:val="Medium List 1 Accent 2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aMdia1-nfase3">
    <w:name w:val="Medium List 1 Accent 3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aMdia1-nfase4">
    <w:name w:val="Medium List 1 Accent 4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aMdia1-nfase5">
    <w:name w:val="Medium List 1 Accent 5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aMdia1-nfase6">
    <w:name w:val="Medium List 1 Accent 6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aMdia2">
    <w:name w:val="Medium List 2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1">
    <w:name w:val="Medium List 2 Accent 1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2">
    <w:name w:val="Medium List 2 Accent 2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3">
    <w:name w:val="Medium List 2 Accent 3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4">
    <w:name w:val="Medium List 2 Accent 4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5">
    <w:name w:val="Medium List 2 Accent 5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6">
    <w:name w:val="Medium List 2 Accent 6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radeMdia1">
    <w:name w:val="Medium Grid 1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adeMdia1-nfase1">
    <w:name w:val="Medium Grid 1 Accent 1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adeMdia1-nfase2">
    <w:name w:val="Medium Grid 1 Accent 2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adeMdia1-nfase3">
    <w:name w:val="Medium Grid 1 Accent 3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adeMdia1-nfase4">
    <w:name w:val="Medium Grid 1 Accent 4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adeMdia1-nfase5">
    <w:name w:val="Medium Grid 1 Accent 5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adeMdia1-nfase6">
    <w:name w:val="Medium Grid 1 Accent 6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GradeMdia2">
    <w:name w:val="Medium Grid 2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1">
    <w:name w:val="Medium Grid 2 Accent 1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2">
    <w:name w:val="Medium Grid 2 Accent 2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3">
    <w:name w:val="Medium Grid 2 Accent 3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4">
    <w:name w:val="Medium Grid 2 Accent 4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5">
    <w:name w:val="Medium Grid 2 Accent 5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6">
    <w:name w:val="Medium Grid 2 Accent 6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3">
    <w:name w:val="Medium Grid 3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GradeMdia3-nfase1">
    <w:name w:val="Medium Grid 3 Accent 1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GradeMdia3-nfase2">
    <w:name w:val="Medium Grid 3 Accent 2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GradeMdia3-nfase3">
    <w:name w:val="Medium Grid 3 Accent 3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GradeMdia3-nfase4">
    <w:name w:val="Medium Grid 3 Accent 4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GradeMdia3-nfase5">
    <w:name w:val="Medium Grid 3 Accent 5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GradeMdia3-nfase6">
    <w:name w:val="Medium Grid 3 Accent 6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aEscura">
    <w:name w:val="Dark List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Escura-nfase1">
    <w:name w:val="Dark List Accent 1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aEscura-nfase2">
    <w:name w:val="Dark List Accent 2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aEscura-nfase3">
    <w:name w:val="Dark List Accent 3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aEscura-nfase4">
    <w:name w:val="Dark List Accent 4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aEscura-nfase5">
    <w:name w:val="Dark List Accent 5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aEscura-nfase6">
    <w:name w:val="Dark List Accent 6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ombreamentoColorido">
    <w:name w:val="Colorful Shading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Escuro-nfase1">
    <w:name w:val="Colorful Shading Accent 1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Colorido-nfase2">
    <w:name w:val="Colorful Shading Accent 2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Colorido-nfase3">
    <w:name w:val="Colorful Shading Accent 3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ombreamentoColorido-nfase4">
    <w:name w:val="Colorful Shading Accent 4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Colorido-nfase5">
    <w:name w:val="Colorful Shading Accent 5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Colorido-nfase6">
    <w:name w:val="Colorful Shading Accent 6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aColorida">
    <w:name w:val="Colorful List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Colorida-nfase1">
    <w:name w:val="Colorful List Accent 1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aColorida-nfase2">
    <w:name w:val="Colorful List Accent 2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aColorida-nfase3">
    <w:name w:val="Colorful List Accent 3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aColorida-nfase4">
    <w:name w:val="Colorful List Accent 4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aColorida-nfase5">
    <w:name w:val="Colorful List Accent 5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aColorida-nfase6">
    <w:name w:val="Colorful List Accent 6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adeColorida">
    <w:name w:val="Colorful Grid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adeColorida-nfase1">
    <w:name w:val="Colorful Grid Accent 1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adeColorida-nfase2">
    <w:name w:val="Colorful Grid Accent 2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adeColorida-nfase3">
    <w:name w:val="Colorful Grid Accent 3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adeColorida-nfase4">
    <w:name w:val="Colorful Grid Accent 4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adeColorida-nfase5">
    <w:name w:val="Colorful Grid Accent 5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adeColorida-nfase6">
    <w:name w:val="Colorful Grid Accent 6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styleId="NormalWeb">
    <w:name w:val="Normal (Web)"/>
    <w:basedOn w:val="Normal"/>
    <w:uiPriority w:val="99"/>
    <w:unhideWhenUsed/>
    <w:rsid w:val="00D626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paragraph" w:styleId="Sumrio3">
    <w:name w:val="toc 3"/>
    <w:basedOn w:val="Normal"/>
    <w:next w:val="Normal"/>
    <w:autoRedefine/>
    <w:uiPriority w:val="39"/>
    <w:unhideWhenUsed/>
    <w:rsid w:val="00F44377"/>
    <w:pPr>
      <w:spacing w:after="100"/>
      <w:ind w:left="440"/>
    </w:pPr>
  </w:style>
  <w:style w:type="character" w:styleId="Hyperlink">
    <w:name w:val="Hyperlink"/>
    <w:basedOn w:val="Fontepargpadro"/>
    <w:uiPriority w:val="99"/>
    <w:unhideWhenUsed/>
    <w:rsid w:val="00F44377"/>
    <w:rPr>
      <w:color w:val="0000FF" w:themeColor="hyperlink"/>
      <w:u w:val="single"/>
    </w:rPr>
  </w:style>
  <w:style w:type="paragraph" w:styleId="Sumrio1">
    <w:name w:val="toc 1"/>
    <w:basedOn w:val="Normal"/>
    <w:next w:val="Normal"/>
    <w:autoRedefine/>
    <w:uiPriority w:val="39"/>
    <w:unhideWhenUsed/>
    <w:rsid w:val="00FD2A42"/>
    <w:pPr>
      <w:spacing w:after="1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72273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10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719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044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948F9421-FC75-402A-B398-161D6C6D88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13</Pages>
  <Words>2193</Words>
  <Characters>11844</Characters>
  <Application>Microsoft Office Word</Application>
  <DocSecurity>0</DocSecurity>
  <Lines>98</Lines>
  <Paragraphs>28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14009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Susan Martins Lage</cp:lastModifiedBy>
  <cp:revision>2</cp:revision>
  <cp:lastPrinted>2026-06-09T23:09:00Z</cp:lastPrinted>
  <dcterms:created xsi:type="dcterms:W3CDTF">2026-07-10T19:37:00Z</dcterms:created>
  <dcterms:modified xsi:type="dcterms:W3CDTF">2026-07-10T19:37:00Z</dcterms:modified>
  <cp:category/>
</cp:coreProperties>
</file>